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D711" w14:textId="4CDBF7C1" w:rsidR="00B2590D" w:rsidRPr="00452BD2" w:rsidRDefault="00845345" w:rsidP="00452BD2">
      <w:pPr>
        <w:pStyle w:val="aa"/>
        <w:rPr>
          <w:b/>
          <w:bCs/>
          <w:color w:val="000000" w:themeColor="text1"/>
          <w:sz w:val="28"/>
          <w:szCs w:val="28"/>
          <w:lang w:val="uk-UA"/>
        </w:rPr>
      </w:pPr>
      <w:r w:rsidRPr="006A433D">
        <w:rPr>
          <w:b/>
          <w:bCs/>
          <w:color w:val="000000" w:themeColor="text1"/>
          <w:sz w:val="28"/>
          <w:szCs w:val="28"/>
          <w:lang w:val="uk-UA"/>
        </w:rPr>
        <w:t xml:space="preserve">Українська версія </w:t>
      </w:r>
    </w:p>
    <w:p w14:paraId="511637C4" w14:textId="2DBC82E7" w:rsidR="00B2590D" w:rsidRDefault="00795444" w:rsidP="008872DA">
      <w:pPr>
        <w:pStyle w:val="aa"/>
        <w:rPr>
          <w:color w:val="1F497D" w:themeColor="text2"/>
          <w:lang w:val="uk-UA"/>
        </w:rPr>
      </w:pPr>
      <w:r w:rsidRPr="004408D8">
        <w:rPr>
          <w:color w:val="1F497D" w:themeColor="text2"/>
          <w:lang w:val="uk-UA"/>
        </w:rPr>
        <w:t>Р</w:t>
      </w:r>
      <w:proofErr w:type="spellStart"/>
      <w:r w:rsidRPr="004408D8">
        <w:rPr>
          <w:color w:val="1F497D" w:themeColor="text2"/>
        </w:rPr>
        <w:t>екламні</w:t>
      </w:r>
      <w:proofErr w:type="spellEnd"/>
      <w:r w:rsidRPr="004408D8">
        <w:rPr>
          <w:color w:val="1F497D" w:themeColor="text2"/>
        </w:rPr>
        <w:t xml:space="preserve"> </w:t>
      </w:r>
      <w:proofErr w:type="spellStart"/>
      <w:r w:rsidRPr="004408D8">
        <w:rPr>
          <w:color w:val="1F497D" w:themeColor="text2"/>
        </w:rPr>
        <w:t>тексти</w:t>
      </w:r>
      <w:proofErr w:type="spellEnd"/>
      <w:r w:rsidRPr="004408D8">
        <w:rPr>
          <w:color w:val="1F497D" w:themeColor="text2"/>
        </w:rPr>
        <w:t xml:space="preserve"> </w:t>
      </w:r>
      <w:proofErr w:type="spellStart"/>
      <w:r w:rsidRPr="004408D8">
        <w:rPr>
          <w:color w:val="1F497D" w:themeColor="text2"/>
        </w:rPr>
        <w:t>для</w:t>
      </w:r>
      <w:proofErr w:type="spellEnd"/>
      <w:r w:rsidRPr="004408D8">
        <w:rPr>
          <w:color w:val="1F497D" w:themeColor="text2"/>
        </w:rPr>
        <w:t xml:space="preserve"> </w:t>
      </w:r>
      <w:proofErr w:type="spellStart"/>
      <w:r w:rsidRPr="004408D8">
        <w:rPr>
          <w:color w:val="1F497D" w:themeColor="text2"/>
        </w:rPr>
        <w:t>соцмереж</w:t>
      </w:r>
      <w:proofErr w:type="spellEnd"/>
    </w:p>
    <w:p w14:paraId="068EF7A7" w14:textId="09926AC2" w:rsidR="00933B8A" w:rsidRPr="008872DA" w:rsidRDefault="00795444" w:rsidP="008872DA">
      <w:pPr>
        <w:pStyle w:val="aa"/>
        <w:rPr>
          <w:color w:val="1F497D" w:themeColor="text2"/>
        </w:rPr>
      </w:pPr>
      <w:proofErr w:type="spellStart"/>
      <w:r w:rsidRPr="00845136">
        <w:rPr>
          <w:color w:val="000000" w:themeColor="text1"/>
        </w:rPr>
        <w:t>Файл-демонстрація</w:t>
      </w:r>
      <w:proofErr w:type="spellEnd"/>
      <w:r w:rsidRPr="00845136">
        <w:rPr>
          <w:color w:val="000000" w:themeColor="text1"/>
        </w:rPr>
        <w:t xml:space="preserve"> (</w:t>
      </w:r>
      <w:proofErr w:type="spellStart"/>
      <w:r w:rsidRPr="00845136">
        <w:rPr>
          <w:color w:val="000000" w:themeColor="text1"/>
        </w:rPr>
        <w:t>приклади</w:t>
      </w:r>
      <w:proofErr w:type="spellEnd"/>
      <w:r w:rsidRPr="00845136">
        <w:rPr>
          <w:color w:val="000000" w:themeColor="text1"/>
        </w:rPr>
        <w:t xml:space="preserve"> </w:t>
      </w:r>
      <w:proofErr w:type="spellStart"/>
      <w:r w:rsidRPr="00845136">
        <w:rPr>
          <w:color w:val="000000" w:themeColor="text1"/>
        </w:rPr>
        <w:t>текстів</w:t>
      </w:r>
      <w:proofErr w:type="spellEnd"/>
      <w:r w:rsidRPr="00845136">
        <w:rPr>
          <w:color w:val="000000" w:themeColor="text1"/>
        </w:rPr>
        <w:t xml:space="preserve"> з </w:t>
      </w:r>
      <w:proofErr w:type="spellStart"/>
      <w:r w:rsidRPr="00845136">
        <w:rPr>
          <w:color w:val="000000" w:themeColor="text1"/>
        </w:rPr>
        <w:t>соцмережами</w:t>
      </w:r>
      <w:proofErr w:type="spellEnd"/>
      <w:r w:rsidRPr="00845136">
        <w:rPr>
          <w:color w:val="000000" w:themeColor="text1"/>
        </w:rPr>
        <w:t>):</w:t>
      </w:r>
    </w:p>
    <w:p w14:paraId="35BF699B" w14:textId="77777777" w:rsidR="00933B8A" w:rsidRPr="009818C5" w:rsidRDefault="00795444">
      <w:pPr>
        <w:pStyle w:val="21"/>
        <w:rPr>
          <w:color w:val="000000" w:themeColor="text1"/>
          <w:sz w:val="28"/>
          <w:szCs w:val="28"/>
        </w:rPr>
      </w:pPr>
      <w:r w:rsidRPr="009818C5">
        <w:rPr>
          <w:color w:val="000000" w:themeColor="text1"/>
          <w:sz w:val="28"/>
          <w:szCs w:val="28"/>
        </w:rPr>
        <w:t>Преміальний бренд одягу (тон: вишуканий, емоційний)</w:t>
      </w:r>
    </w:p>
    <w:p w14:paraId="0B433208" w14:textId="6DCE0670" w:rsidR="00933B8A" w:rsidRDefault="00795444" w:rsidP="0007189D">
      <w:pPr>
        <w:pStyle w:val="ae"/>
        <w:numPr>
          <w:ilvl w:val="0"/>
          <w:numId w:val="14"/>
        </w:numPr>
      </w:pPr>
      <w:proofErr w:type="spellStart"/>
      <w:r>
        <w:t>Короткий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сезон</w:t>
      </w:r>
      <w:proofErr w:type="spellEnd"/>
      <w:r>
        <w:t>. Нова ти</w:t>
      </w:r>
    </w:p>
    <w:p w14:paraId="2BE324C4" w14:textId="0C578EBE" w:rsidR="00933B8A" w:rsidRDefault="00795444" w:rsidP="0007189D">
      <w:pPr>
        <w:pStyle w:val="ae"/>
        <w:numPr>
          <w:ilvl w:val="0"/>
          <w:numId w:val="14"/>
        </w:numPr>
      </w:pPr>
      <w:proofErr w:type="spellStart"/>
      <w:r>
        <w:t>Довгий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Відчуй</w:t>
      </w:r>
      <w:proofErr w:type="spellEnd"/>
      <w:r>
        <w:t xml:space="preserve"> </w:t>
      </w:r>
      <w:proofErr w:type="spellStart"/>
      <w:r>
        <w:t>магію</w:t>
      </w:r>
      <w:proofErr w:type="spellEnd"/>
      <w:r>
        <w:t xml:space="preserve"> оновлення: колекція, створена для твоєї індивідуальності</w:t>
      </w:r>
    </w:p>
    <w:p w14:paraId="44062E19" w14:textId="5BD57E4F" w:rsidR="00933B8A" w:rsidRDefault="00795444" w:rsidP="00866B42">
      <w:pPr>
        <w:pStyle w:val="ae"/>
        <w:numPr>
          <w:ilvl w:val="0"/>
          <w:numId w:val="14"/>
        </w:numPr>
      </w:pPr>
      <w:proofErr w:type="spellStart"/>
      <w:r>
        <w:t>Опис</w:t>
      </w:r>
      <w:proofErr w:type="spellEnd"/>
      <w:r>
        <w:t xml:space="preserve">: </w:t>
      </w:r>
      <w:proofErr w:type="spellStart"/>
      <w:r>
        <w:t>Розкішні</w:t>
      </w:r>
      <w:proofErr w:type="spellEnd"/>
      <w:r>
        <w:t xml:space="preserve"> </w:t>
      </w:r>
      <w:proofErr w:type="spellStart"/>
      <w:r>
        <w:t>тканини</w:t>
      </w:r>
      <w:proofErr w:type="spellEnd"/>
      <w:r>
        <w:t xml:space="preserve">, </w:t>
      </w:r>
      <w:proofErr w:type="spellStart"/>
      <w:r>
        <w:t>бездоганний</w:t>
      </w:r>
      <w:proofErr w:type="spellEnd"/>
      <w:r>
        <w:t xml:space="preserve"> крій, стиль, що надихає. Твій гардероб заслуговує найкращого</w:t>
      </w:r>
    </w:p>
    <w:p w14:paraId="287462CB" w14:textId="5879AD9F" w:rsidR="00170CA9" w:rsidRPr="00A95938" w:rsidRDefault="00795444" w:rsidP="00A95938">
      <w:pPr>
        <w:pStyle w:val="ae"/>
        <w:numPr>
          <w:ilvl w:val="0"/>
          <w:numId w:val="14"/>
        </w:numPr>
      </w:pPr>
      <w:proofErr w:type="spellStart"/>
      <w:r>
        <w:t>Соцмережі</w:t>
      </w:r>
      <w:proofErr w:type="spellEnd"/>
      <w:r>
        <w:t xml:space="preserve">: Instagram, Facebook, </w:t>
      </w:r>
      <w:proofErr w:type="spellStart"/>
      <w:r>
        <w:t>TikTok</w:t>
      </w:r>
      <w:proofErr w:type="spellEnd"/>
    </w:p>
    <w:p w14:paraId="304454AB" w14:textId="77777777" w:rsidR="00933B8A" w:rsidRPr="00E05D78" w:rsidRDefault="00795444">
      <w:pPr>
        <w:pStyle w:val="21"/>
        <w:rPr>
          <w:color w:val="000000" w:themeColor="text1"/>
          <w:sz w:val="28"/>
          <w:szCs w:val="28"/>
        </w:rPr>
      </w:pPr>
      <w:r w:rsidRPr="00E05D78">
        <w:rPr>
          <w:color w:val="000000" w:themeColor="text1"/>
          <w:sz w:val="28"/>
          <w:szCs w:val="28"/>
        </w:rPr>
        <w:t>IT-</w:t>
      </w:r>
      <w:proofErr w:type="spellStart"/>
      <w:r w:rsidRPr="00E05D78">
        <w:rPr>
          <w:color w:val="000000" w:themeColor="text1"/>
          <w:sz w:val="28"/>
          <w:szCs w:val="28"/>
        </w:rPr>
        <w:t>продукт</w:t>
      </w:r>
      <w:proofErr w:type="spellEnd"/>
      <w:r w:rsidRPr="00E05D78">
        <w:rPr>
          <w:color w:val="000000" w:themeColor="text1"/>
          <w:sz w:val="28"/>
          <w:szCs w:val="28"/>
        </w:rPr>
        <w:t xml:space="preserve"> (</w:t>
      </w:r>
      <w:proofErr w:type="spellStart"/>
      <w:r w:rsidRPr="00E05D78">
        <w:rPr>
          <w:color w:val="000000" w:themeColor="text1"/>
          <w:sz w:val="28"/>
          <w:szCs w:val="28"/>
        </w:rPr>
        <w:t>тон</w:t>
      </w:r>
      <w:proofErr w:type="spellEnd"/>
      <w:r w:rsidRPr="00E05D78">
        <w:rPr>
          <w:color w:val="000000" w:themeColor="text1"/>
          <w:sz w:val="28"/>
          <w:szCs w:val="28"/>
        </w:rPr>
        <w:t xml:space="preserve">: </w:t>
      </w:r>
      <w:proofErr w:type="spellStart"/>
      <w:r w:rsidRPr="00E05D78">
        <w:rPr>
          <w:color w:val="000000" w:themeColor="text1"/>
          <w:sz w:val="28"/>
          <w:szCs w:val="28"/>
        </w:rPr>
        <w:t>експертний</w:t>
      </w:r>
      <w:proofErr w:type="spellEnd"/>
      <w:r w:rsidRPr="00E05D78">
        <w:rPr>
          <w:color w:val="000000" w:themeColor="text1"/>
          <w:sz w:val="28"/>
          <w:szCs w:val="28"/>
        </w:rPr>
        <w:t xml:space="preserve">, </w:t>
      </w:r>
      <w:proofErr w:type="spellStart"/>
      <w:r w:rsidRPr="00E05D78">
        <w:rPr>
          <w:color w:val="000000" w:themeColor="text1"/>
          <w:sz w:val="28"/>
          <w:szCs w:val="28"/>
        </w:rPr>
        <w:t>діловий</w:t>
      </w:r>
      <w:proofErr w:type="spellEnd"/>
      <w:r w:rsidRPr="00E05D78">
        <w:rPr>
          <w:color w:val="000000" w:themeColor="text1"/>
          <w:sz w:val="28"/>
          <w:szCs w:val="28"/>
        </w:rPr>
        <w:t>)</w:t>
      </w:r>
    </w:p>
    <w:p w14:paraId="4870F112" w14:textId="6D593FF2" w:rsidR="00933B8A" w:rsidRDefault="00795444" w:rsidP="00866B42">
      <w:pPr>
        <w:pStyle w:val="ae"/>
        <w:numPr>
          <w:ilvl w:val="0"/>
          <w:numId w:val="15"/>
        </w:numPr>
      </w:pPr>
      <w:proofErr w:type="spellStart"/>
      <w:r>
        <w:t>Короткий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Автоматизуй</w:t>
      </w:r>
      <w:proofErr w:type="spellEnd"/>
      <w:r>
        <w:t xml:space="preserve"> </w:t>
      </w:r>
      <w:proofErr w:type="spellStart"/>
      <w:r>
        <w:t>рутину</w:t>
      </w:r>
      <w:proofErr w:type="spellEnd"/>
      <w:r>
        <w:t>. Працюй головою</w:t>
      </w:r>
    </w:p>
    <w:p w14:paraId="2FDD2E49" w14:textId="062CEA1A" w:rsidR="00933B8A" w:rsidRDefault="00795444" w:rsidP="00866B42">
      <w:pPr>
        <w:pStyle w:val="ae"/>
        <w:numPr>
          <w:ilvl w:val="0"/>
          <w:numId w:val="15"/>
        </w:numPr>
      </w:pPr>
      <w:proofErr w:type="spellStart"/>
      <w:r>
        <w:t>Довгий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збільшити</w:t>
      </w:r>
      <w:proofErr w:type="spellEnd"/>
      <w:r>
        <w:t xml:space="preserve"> продуктивність команди на 30% без додаткових витрат? Ось рішення</w:t>
      </w:r>
    </w:p>
    <w:p w14:paraId="53456BD4" w14:textId="0B74F977" w:rsidR="00933B8A" w:rsidRDefault="00795444" w:rsidP="00866B42">
      <w:pPr>
        <w:pStyle w:val="ae"/>
        <w:numPr>
          <w:ilvl w:val="0"/>
          <w:numId w:val="15"/>
        </w:numPr>
      </w:pPr>
      <w:proofErr w:type="spellStart"/>
      <w:r>
        <w:t>Опис</w:t>
      </w:r>
      <w:proofErr w:type="spellEnd"/>
      <w:r>
        <w:t xml:space="preserve">: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софт</w:t>
      </w:r>
      <w:proofErr w:type="spellEnd"/>
      <w:r>
        <w:t xml:space="preserve"> </w:t>
      </w:r>
      <w:proofErr w:type="spellStart"/>
      <w:r>
        <w:t>оптимізує</w:t>
      </w:r>
      <w:proofErr w:type="spellEnd"/>
      <w:r>
        <w:t xml:space="preserve"> робочі процеси, звільняючи час для творчості та стратегічних рішень</w:t>
      </w:r>
    </w:p>
    <w:p w14:paraId="29467E88" w14:textId="57F70062" w:rsidR="00933B8A" w:rsidRDefault="00795444" w:rsidP="00866B42">
      <w:pPr>
        <w:pStyle w:val="ae"/>
        <w:numPr>
          <w:ilvl w:val="0"/>
          <w:numId w:val="15"/>
        </w:numPr>
      </w:pPr>
      <w:proofErr w:type="spellStart"/>
      <w:r>
        <w:t>Соцмережі</w:t>
      </w:r>
      <w:proofErr w:type="spellEnd"/>
      <w:r>
        <w:t xml:space="preserve">: Instagram, Facebook, </w:t>
      </w:r>
      <w:proofErr w:type="spellStart"/>
      <w:r>
        <w:t>TikTok</w:t>
      </w:r>
      <w:proofErr w:type="spellEnd"/>
    </w:p>
    <w:p w14:paraId="1070EB12" w14:textId="77777777" w:rsidR="00933B8A" w:rsidRPr="00E05D78" w:rsidRDefault="00795444">
      <w:pPr>
        <w:pStyle w:val="21"/>
        <w:rPr>
          <w:color w:val="000000" w:themeColor="text1"/>
          <w:sz w:val="28"/>
          <w:szCs w:val="28"/>
        </w:rPr>
      </w:pPr>
      <w:r w:rsidRPr="00E05D78">
        <w:rPr>
          <w:color w:val="000000" w:themeColor="text1"/>
          <w:sz w:val="28"/>
          <w:szCs w:val="28"/>
        </w:rPr>
        <w:t>Косметичний бренд (тон: теплий, турботливий)</w:t>
      </w:r>
    </w:p>
    <w:p w14:paraId="56F6C5D7" w14:textId="0108C5EF" w:rsidR="00933B8A" w:rsidRPr="00866B42" w:rsidRDefault="00795444" w:rsidP="00866B42">
      <w:pPr>
        <w:pStyle w:val="ae"/>
        <w:numPr>
          <w:ilvl w:val="0"/>
          <w:numId w:val="16"/>
        </w:numPr>
        <w:rPr>
          <w:lang w:val="uk-UA"/>
        </w:rPr>
      </w:pPr>
      <w:proofErr w:type="spellStart"/>
      <w:r>
        <w:t>Короткий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Сяйво</w:t>
      </w:r>
      <w:proofErr w:type="spellEnd"/>
      <w:r>
        <w:t xml:space="preserve"> </w:t>
      </w:r>
      <w:proofErr w:type="spellStart"/>
      <w:r>
        <w:t>зсередини</w:t>
      </w:r>
      <w:proofErr w:type="spellEnd"/>
      <w:r>
        <w:t xml:space="preserve"> </w:t>
      </w:r>
    </w:p>
    <w:p w14:paraId="54109AB4" w14:textId="51BB2790" w:rsidR="00933B8A" w:rsidRDefault="00795444" w:rsidP="00866B42">
      <w:pPr>
        <w:pStyle w:val="ae"/>
        <w:numPr>
          <w:ilvl w:val="0"/>
          <w:numId w:val="16"/>
        </w:numPr>
      </w:pPr>
      <w:proofErr w:type="spellStart"/>
      <w:r>
        <w:t>Довгий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Твоя</w:t>
      </w:r>
      <w:proofErr w:type="spellEnd"/>
      <w:r>
        <w:t xml:space="preserve"> </w:t>
      </w:r>
      <w:proofErr w:type="spellStart"/>
      <w:r>
        <w:t>шкіра</w:t>
      </w:r>
      <w:proofErr w:type="spellEnd"/>
      <w:r>
        <w:t xml:space="preserve"> заслуговує турботи. Нова лінія догляду для сяючого вигляду щодня</w:t>
      </w:r>
    </w:p>
    <w:p w14:paraId="1C0BBDD0" w14:textId="7C3AB2C7" w:rsidR="00933B8A" w:rsidRDefault="00795444" w:rsidP="00866B42">
      <w:pPr>
        <w:pStyle w:val="ae"/>
        <w:numPr>
          <w:ilvl w:val="0"/>
          <w:numId w:val="16"/>
        </w:numPr>
      </w:pPr>
      <w:proofErr w:type="spellStart"/>
      <w:r>
        <w:t>Опис</w:t>
      </w:r>
      <w:proofErr w:type="spellEnd"/>
      <w:r>
        <w:t xml:space="preserve">: </w:t>
      </w:r>
      <w:proofErr w:type="spellStart"/>
      <w:r>
        <w:t>Ніжні</w:t>
      </w:r>
      <w:proofErr w:type="spellEnd"/>
      <w:r>
        <w:t xml:space="preserve"> </w:t>
      </w:r>
      <w:proofErr w:type="spellStart"/>
      <w:r>
        <w:t>текстури</w:t>
      </w:r>
      <w:proofErr w:type="spellEnd"/>
      <w:r>
        <w:t xml:space="preserve">, </w:t>
      </w:r>
      <w:proofErr w:type="spellStart"/>
      <w:r>
        <w:t>натуральні</w:t>
      </w:r>
      <w:proofErr w:type="spellEnd"/>
      <w:r>
        <w:t xml:space="preserve"> компоненти, помітний результат. Подаруй собі момент розкоші</w:t>
      </w:r>
    </w:p>
    <w:p w14:paraId="097DA6EA" w14:textId="613F815D" w:rsidR="00933B8A" w:rsidRDefault="00795444" w:rsidP="00866B42">
      <w:pPr>
        <w:pStyle w:val="ae"/>
        <w:numPr>
          <w:ilvl w:val="0"/>
          <w:numId w:val="16"/>
        </w:numPr>
      </w:pPr>
      <w:proofErr w:type="spellStart"/>
      <w:r>
        <w:t>Соцмережі</w:t>
      </w:r>
      <w:proofErr w:type="spellEnd"/>
      <w:r>
        <w:t xml:space="preserve">: Instagram, Facebook, </w:t>
      </w:r>
      <w:proofErr w:type="spellStart"/>
      <w:r>
        <w:t>TikTok</w:t>
      </w:r>
      <w:proofErr w:type="spellEnd"/>
    </w:p>
    <w:p w14:paraId="34790406" w14:textId="77777777" w:rsidR="00933B8A" w:rsidRPr="00F810C1" w:rsidRDefault="00795444">
      <w:pPr>
        <w:pStyle w:val="21"/>
        <w:rPr>
          <w:color w:val="000000" w:themeColor="text1"/>
          <w:sz w:val="28"/>
          <w:szCs w:val="28"/>
        </w:rPr>
      </w:pPr>
      <w:r w:rsidRPr="00F810C1">
        <w:rPr>
          <w:color w:val="000000" w:themeColor="text1"/>
          <w:sz w:val="28"/>
          <w:szCs w:val="28"/>
        </w:rPr>
        <w:t>Освітній курс (тон: надихаючий, мотивуючий)</w:t>
      </w:r>
    </w:p>
    <w:p w14:paraId="219C29AE" w14:textId="5C10BF40" w:rsidR="00933B8A" w:rsidRDefault="00795444" w:rsidP="00866B42">
      <w:pPr>
        <w:pStyle w:val="ae"/>
        <w:numPr>
          <w:ilvl w:val="0"/>
          <w:numId w:val="17"/>
        </w:numPr>
      </w:pPr>
      <w:proofErr w:type="spellStart"/>
      <w:r>
        <w:t>Короткий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Почни</w:t>
      </w:r>
      <w:proofErr w:type="spellEnd"/>
      <w:r>
        <w:t xml:space="preserve"> </w:t>
      </w:r>
      <w:proofErr w:type="spellStart"/>
      <w:r>
        <w:t>заробляти</w:t>
      </w:r>
      <w:proofErr w:type="spellEnd"/>
      <w:r>
        <w:t xml:space="preserve"> на знаннях!</w:t>
      </w:r>
    </w:p>
    <w:p w14:paraId="7EF7C755" w14:textId="52E6D6AE" w:rsidR="00933B8A" w:rsidRDefault="00795444" w:rsidP="00866B42">
      <w:pPr>
        <w:pStyle w:val="ae"/>
        <w:numPr>
          <w:ilvl w:val="0"/>
          <w:numId w:val="17"/>
        </w:numPr>
      </w:pPr>
      <w:proofErr w:type="spellStart"/>
      <w:r>
        <w:t>Довгий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Мрієш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нову професію? Наш курс допоможе зробити перший крок до успіху вже сьогодні</w:t>
      </w:r>
    </w:p>
    <w:p w14:paraId="02A700E4" w14:textId="384F036C" w:rsidR="00933B8A" w:rsidRDefault="00795444" w:rsidP="00652B8D">
      <w:pPr>
        <w:pStyle w:val="ae"/>
        <w:numPr>
          <w:ilvl w:val="0"/>
          <w:numId w:val="17"/>
        </w:numPr>
      </w:pPr>
      <w:proofErr w:type="spellStart"/>
      <w:r>
        <w:t>Опис</w:t>
      </w:r>
      <w:proofErr w:type="spellEnd"/>
      <w:r>
        <w:t xml:space="preserve">: </w:t>
      </w:r>
      <w:proofErr w:type="spellStart"/>
      <w:r>
        <w:t>Досвідчені</w:t>
      </w:r>
      <w:proofErr w:type="spellEnd"/>
      <w:r>
        <w:t xml:space="preserve"> </w:t>
      </w:r>
      <w:proofErr w:type="spellStart"/>
      <w:r>
        <w:t>наставники</w:t>
      </w:r>
      <w:proofErr w:type="spellEnd"/>
      <w:r>
        <w:t xml:space="preserve">, </w:t>
      </w:r>
      <w:proofErr w:type="spellStart"/>
      <w:r>
        <w:t>практичні</w:t>
      </w:r>
      <w:proofErr w:type="spellEnd"/>
      <w:r>
        <w:t xml:space="preserve"> завдання, підтримка спільноти. Ти не сам на цьому шляху</w:t>
      </w:r>
    </w:p>
    <w:p w14:paraId="2DA71DE8" w14:textId="77777777" w:rsidR="00B53D6B" w:rsidRDefault="00795444" w:rsidP="00B53D6B">
      <w:pPr>
        <w:pStyle w:val="ae"/>
        <w:numPr>
          <w:ilvl w:val="0"/>
          <w:numId w:val="17"/>
        </w:numPr>
      </w:pPr>
      <w:proofErr w:type="spellStart"/>
      <w:r>
        <w:t>Соцмережі</w:t>
      </w:r>
      <w:proofErr w:type="spellEnd"/>
      <w:r>
        <w:t xml:space="preserve">: Instagram, Facebook, </w:t>
      </w:r>
      <w:proofErr w:type="spellStart"/>
      <w:r>
        <w:t>TikTok</w:t>
      </w:r>
      <w:proofErr w:type="spellEnd"/>
    </w:p>
    <w:p w14:paraId="668DB7A9" w14:textId="77777777" w:rsidR="00B53D6B" w:rsidRDefault="00B53D6B" w:rsidP="00352E58">
      <w:pPr>
        <w:pStyle w:val="ae"/>
      </w:pPr>
    </w:p>
    <w:p w14:paraId="55F6324F" w14:textId="77777777" w:rsidR="00352E58" w:rsidRDefault="00352E58" w:rsidP="00352E58">
      <w:pPr>
        <w:pStyle w:val="ae"/>
      </w:pPr>
    </w:p>
    <w:p w14:paraId="523790BB" w14:textId="7F331A87" w:rsidR="00933B8A" w:rsidRPr="00352E58" w:rsidRDefault="00795444" w:rsidP="00B53D6B">
      <w:pPr>
        <w:ind w:left="360"/>
        <w:rPr>
          <w:b/>
          <w:bCs/>
        </w:rPr>
      </w:pPr>
      <w:proofErr w:type="spellStart"/>
      <w:r w:rsidRPr="00352E58">
        <w:rPr>
          <w:b/>
          <w:bCs/>
          <w:color w:val="000000" w:themeColor="text1"/>
          <w:sz w:val="28"/>
          <w:szCs w:val="28"/>
        </w:rPr>
        <w:lastRenderedPageBreak/>
        <w:t>Бренд</w:t>
      </w:r>
      <w:proofErr w:type="spellEnd"/>
      <w:r w:rsidRPr="00352E58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52E58">
        <w:rPr>
          <w:b/>
          <w:bCs/>
          <w:color w:val="000000" w:themeColor="text1"/>
          <w:sz w:val="28"/>
          <w:szCs w:val="28"/>
        </w:rPr>
        <w:t>товарів</w:t>
      </w:r>
      <w:proofErr w:type="spellEnd"/>
      <w:r w:rsidRPr="00352E58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52E58">
        <w:rPr>
          <w:b/>
          <w:bCs/>
          <w:color w:val="000000" w:themeColor="text1"/>
          <w:sz w:val="28"/>
          <w:szCs w:val="28"/>
        </w:rPr>
        <w:t>для</w:t>
      </w:r>
      <w:proofErr w:type="spellEnd"/>
      <w:r w:rsidRPr="00352E58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52E58">
        <w:rPr>
          <w:b/>
          <w:bCs/>
          <w:color w:val="000000" w:themeColor="text1"/>
          <w:sz w:val="28"/>
          <w:szCs w:val="28"/>
        </w:rPr>
        <w:t>дому</w:t>
      </w:r>
      <w:proofErr w:type="spellEnd"/>
      <w:r w:rsidRPr="00352E58">
        <w:rPr>
          <w:b/>
          <w:bCs/>
          <w:color w:val="000000" w:themeColor="text1"/>
          <w:sz w:val="28"/>
          <w:szCs w:val="28"/>
        </w:rPr>
        <w:t xml:space="preserve"> (</w:t>
      </w:r>
      <w:proofErr w:type="spellStart"/>
      <w:r w:rsidRPr="00352E58">
        <w:rPr>
          <w:b/>
          <w:bCs/>
          <w:color w:val="000000" w:themeColor="text1"/>
          <w:sz w:val="28"/>
          <w:szCs w:val="28"/>
        </w:rPr>
        <w:t>тон</w:t>
      </w:r>
      <w:proofErr w:type="spellEnd"/>
      <w:r w:rsidRPr="00352E58">
        <w:rPr>
          <w:b/>
          <w:bCs/>
          <w:color w:val="000000" w:themeColor="text1"/>
          <w:sz w:val="28"/>
          <w:szCs w:val="28"/>
        </w:rPr>
        <w:t>: затишний, спокійний)</w:t>
      </w:r>
    </w:p>
    <w:p w14:paraId="38B83970" w14:textId="542081C1" w:rsidR="00933B8A" w:rsidRDefault="00795444" w:rsidP="00652B8D">
      <w:pPr>
        <w:pStyle w:val="ae"/>
        <w:numPr>
          <w:ilvl w:val="0"/>
          <w:numId w:val="18"/>
        </w:numPr>
      </w:pPr>
      <w:proofErr w:type="spellStart"/>
      <w:r>
        <w:t>Короткий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Створи</w:t>
      </w:r>
      <w:proofErr w:type="spellEnd"/>
      <w:r>
        <w:t xml:space="preserve"> </w:t>
      </w:r>
      <w:proofErr w:type="spellStart"/>
      <w:r>
        <w:t>затишок</w:t>
      </w:r>
      <w:proofErr w:type="spellEnd"/>
      <w:r>
        <w:t xml:space="preserve"> своїми руками</w:t>
      </w:r>
    </w:p>
    <w:p w14:paraId="0E805FEC" w14:textId="79C59035" w:rsidR="00933B8A" w:rsidRDefault="00795444" w:rsidP="00652B8D">
      <w:pPr>
        <w:pStyle w:val="ae"/>
        <w:numPr>
          <w:ilvl w:val="0"/>
          <w:numId w:val="18"/>
        </w:numPr>
      </w:pPr>
      <w:proofErr w:type="spellStart"/>
      <w:r>
        <w:t>Довгий</w:t>
      </w:r>
      <w:proofErr w:type="spellEnd"/>
      <w:r>
        <w:t xml:space="preserve"> </w:t>
      </w:r>
      <w:proofErr w:type="spellStart"/>
      <w:r>
        <w:t>заголовок</w:t>
      </w:r>
      <w:proofErr w:type="spellEnd"/>
      <w:r>
        <w:t xml:space="preserve">: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сезон</w:t>
      </w:r>
      <w:proofErr w:type="spellEnd"/>
      <w:r>
        <w:t xml:space="preserve"> — час оновлення інтер’єру. Знайди ідеальні деталі для свого дому</w:t>
      </w:r>
    </w:p>
    <w:p w14:paraId="6DEC993A" w14:textId="3BC004F5" w:rsidR="00933B8A" w:rsidRDefault="00795444" w:rsidP="00652B8D">
      <w:pPr>
        <w:pStyle w:val="ae"/>
        <w:numPr>
          <w:ilvl w:val="0"/>
          <w:numId w:val="18"/>
        </w:numPr>
      </w:pPr>
      <w:proofErr w:type="spellStart"/>
      <w:r>
        <w:t>Опис</w:t>
      </w:r>
      <w:proofErr w:type="spellEnd"/>
      <w:r>
        <w:t xml:space="preserve">: </w:t>
      </w:r>
      <w:proofErr w:type="spellStart"/>
      <w:r>
        <w:t>Текстиль</w:t>
      </w:r>
      <w:proofErr w:type="spellEnd"/>
      <w:r>
        <w:t xml:space="preserve">, </w:t>
      </w:r>
      <w:proofErr w:type="spellStart"/>
      <w:r>
        <w:t>декор</w:t>
      </w:r>
      <w:proofErr w:type="spellEnd"/>
      <w:r>
        <w:t xml:space="preserve">, </w:t>
      </w:r>
      <w:proofErr w:type="spellStart"/>
      <w:r>
        <w:t>посуд</w:t>
      </w:r>
      <w:proofErr w:type="spellEnd"/>
      <w:r>
        <w:t xml:space="preserve"> — усе, щоб кожен день був особливим у твоєму просторі</w:t>
      </w:r>
    </w:p>
    <w:p w14:paraId="5D142E1C" w14:textId="01FA02B8" w:rsidR="00933B8A" w:rsidRPr="0046137C" w:rsidRDefault="00795444" w:rsidP="0046137C">
      <w:pPr>
        <w:pStyle w:val="ae"/>
        <w:numPr>
          <w:ilvl w:val="0"/>
          <w:numId w:val="18"/>
        </w:numPr>
        <w:rPr>
          <w:lang w:val="uk-UA"/>
        </w:rPr>
      </w:pPr>
      <w:proofErr w:type="spellStart"/>
      <w:r>
        <w:t>Соцмережі</w:t>
      </w:r>
      <w:proofErr w:type="spellEnd"/>
      <w:r>
        <w:t xml:space="preserve">: Instagram, Facebook, </w:t>
      </w:r>
      <w:proofErr w:type="spellStart"/>
      <w:r>
        <w:t>TikTok</w:t>
      </w:r>
      <w:proofErr w:type="spellEnd"/>
      <w:r w:rsidR="007C62D5" w:rsidRPr="0046137C">
        <w:rPr>
          <w:lang w:val="uk-UA"/>
        </w:rPr>
        <w:t>.</w:t>
      </w:r>
    </w:p>
    <w:p w14:paraId="173CB19D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73F1A17E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3AE16417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18A914A0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0575B4F3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412A9FF5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1C0C0443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34A05C6C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1F195C51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6C9A54E5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615D22A1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079BA3A8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14172EA0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219AF699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17859939" w14:textId="77777777" w:rsidR="00452BD2" w:rsidRDefault="00452BD2">
      <w:pPr>
        <w:rPr>
          <w:b/>
          <w:bCs/>
          <w:sz w:val="28"/>
          <w:szCs w:val="28"/>
          <w:lang w:val="uk-UA"/>
        </w:rPr>
      </w:pPr>
    </w:p>
    <w:p w14:paraId="2E428C7B" w14:textId="77777777" w:rsidR="00CE3DD9" w:rsidRDefault="00CE3DD9">
      <w:pPr>
        <w:rPr>
          <w:b/>
          <w:bCs/>
          <w:sz w:val="28"/>
          <w:szCs w:val="28"/>
          <w:lang w:val="uk-UA"/>
        </w:rPr>
      </w:pPr>
    </w:p>
    <w:p w14:paraId="7FAD92A9" w14:textId="77777777" w:rsidR="00CE3DD9" w:rsidRDefault="00CE3DD9">
      <w:pPr>
        <w:rPr>
          <w:b/>
          <w:bCs/>
          <w:sz w:val="28"/>
          <w:szCs w:val="28"/>
          <w:lang w:val="uk-UA"/>
        </w:rPr>
      </w:pPr>
    </w:p>
    <w:p w14:paraId="21C180BC" w14:textId="77777777" w:rsidR="00656B34" w:rsidRDefault="00656B34">
      <w:pPr>
        <w:rPr>
          <w:b/>
          <w:bCs/>
          <w:sz w:val="28"/>
          <w:szCs w:val="28"/>
        </w:rPr>
      </w:pPr>
    </w:p>
    <w:p w14:paraId="3ABFA533" w14:textId="02EEE485" w:rsidR="00A34578" w:rsidRDefault="005A7D25">
      <w:pPr>
        <w:rPr>
          <w:b/>
          <w:bCs/>
          <w:sz w:val="28"/>
          <w:szCs w:val="28"/>
          <w:lang w:val="uk-UA"/>
        </w:rPr>
      </w:pPr>
      <w:proofErr w:type="spellStart"/>
      <w:r w:rsidRPr="003C0CEB">
        <w:rPr>
          <w:b/>
          <w:bCs/>
          <w:sz w:val="28"/>
          <w:szCs w:val="28"/>
          <w:lang w:val="uk-UA"/>
        </w:rPr>
        <w:lastRenderedPageBreak/>
        <w:t>Русский</w:t>
      </w:r>
      <w:proofErr w:type="spellEnd"/>
      <w:r w:rsidRPr="003C0CEB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C0CEB">
        <w:rPr>
          <w:b/>
          <w:bCs/>
          <w:sz w:val="28"/>
          <w:szCs w:val="28"/>
          <w:lang w:val="uk-UA"/>
        </w:rPr>
        <w:t>вариант</w:t>
      </w:r>
      <w:proofErr w:type="spellEnd"/>
      <w:r w:rsidRPr="003C0CEB">
        <w:rPr>
          <w:b/>
          <w:bCs/>
          <w:sz w:val="28"/>
          <w:szCs w:val="28"/>
          <w:lang w:val="uk-UA"/>
        </w:rPr>
        <w:t xml:space="preserve"> </w:t>
      </w:r>
    </w:p>
    <w:p w14:paraId="7143A62F" w14:textId="77777777" w:rsidR="003C0CEB" w:rsidRPr="00C30C55" w:rsidRDefault="003C0CEB" w:rsidP="003C0CEB">
      <w:pPr>
        <w:rPr>
          <w:color w:val="1F497D" w:themeColor="text2"/>
          <w:sz w:val="52"/>
          <w:szCs w:val="52"/>
          <w:lang w:val="uk-UA"/>
        </w:rPr>
      </w:pPr>
      <w:proofErr w:type="spellStart"/>
      <w:r w:rsidRPr="00C30C55">
        <w:rPr>
          <w:color w:val="1F497D" w:themeColor="text2"/>
          <w:sz w:val="52"/>
          <w:szCs w:val="52"/>
          <w:lang w:val="uk-UA"/>
        </w:rPr>
        <w:t>Рекламные</w:t>
      </w:r>
      <w:proofErr w:type="spellEnd"/>
      <w:r w:rsidRPr="00C30C55">
        <w:rPr>
          <w:color w:val="1F497D" w:themeColor="text2"/>
          <w:sz w:val="52"/>
          <w:szCs w:val="52"/>
          <w:lang w:val="uk-UA"/>
        </w:rPr>
        <w:t xml:space="preserve"> </w:t>
      </w:r>
      <w:proofErr w:type="spellStart"/>
      <w:r w:rsidRPr="00C30C55">
        <w:rPr>
          <w:color w:val="1F497D" w:themeColor="text2"/>
          <w:sz w:val="52"/>
          <w:szCs w:val="52"/>
          <w:lang w:val="uk-UA"/>
        </w:rPr>
        <w:t>тексты</w:t>
      </w:r>
      <w:proofErr w:type="spellEnd"/>
      <w:r w:rsidRPr="00C30C55">
        <w:rPr>
          <w:color w:val="1F497D" w:themeColor="text2"/>
          <w:sz w:val="52"/>
          <w:szCs w:val="52"/>
          <w:lang w:val="uk-UA"/>
        </w:rPr>
        <w:t xml:space="preserve"> для </w:t>
      </w:r>
      <w:proofErr w:type="spellStart"/>
      <w:r w:rsidRPr="00C30C55">
        <w:rPr>
          <w:color w:val="1F497D" w:themeColor="text2"/>
          <w:sz w:val="52"/>
          <w:szCs w:val="52"/>
          <w:lang w:val="uk-UA"/>
        </w:rPr>
        <w:t>соцсетей</w:t>
      </w:r>
      <w:proofErr w:type="spellEnd"/>
    </w:p>
    <w:p w14:paraId="4B4B3EC0" w14:textId="77777777" w:rsidR="003C0CEB" w:rsidRPr="007A37CB" w:rsidRDefault="003C0CEB" w:rsidP="003C0CEB">
      <w:pPr>
        <w:rPr>
          <w:color w:val="000000" w:themeColor="text1"/>
          <w:sz w:val="52"/>
          <w:szCs w:val="52"/>
          <w:lang w:val="uk-UA"/>
        </w:rPr>
      </w:pPr>
      <w:r w:rsidRPr="007A37CB">
        <w:rPr>
          <w:color w:val="000000" w:themeColor="text1"/>
          <w:sz w:val="52"/>
          <w:szCs w:val="52"/>
          <w:lang w:val="uk-UA"/>
        </w:rPr>
        <w:t>Файл-</w:t>
      </w:r>
      <w:proofErr w:type="spellStart"/>
      <w:r w:rsidRPr="007A37CB">
        <w:rPr>
          <w:color w:val="000000" w:themeColor="text1"/>
          <w:sz w:val="52"/>
          <w:szCs w:val="52"/>
          <w:lang w:val="uk-UA"/>
        </w:rPr>
        <w:t>демонстрация</w:t>
      </w:r>
      <w:proofErr w:type="spellEnd"/>
      <w:r w:rsidRPr="007A37CB">
        <w:rPr>
          <w:color w:val="000000" w:themeColor="text1"/>
          <w:sz w:val="52"/>
          <w:szCs w:val="52"/>
          <w:lang w:val="uk-UA"/>
        </w:rPr>
        <w:t xml:space="preserve"> (</w:t>
      </w:r>
      <w:proofErr w:type="spellStart"/>
      <w:r w:rsidRPr="007A37CB">
        <w:rPr>
          <w:color w:val="000000" w:themeColor="text1"/>
          <w:sz w:val="52"/>
          <w:szCs w:val="52"/>
          <w:lang w:val="uk-UA"/>
        </w:rPr>
        <w:t>примеры</w:t>
      </w:r>
      <w:proofErr w:type="spellEnd"/>
      <w:r w:rsidRPr="007A37CB">
        <w:rPr>
          <w:color w:val="000000" w:themeColor="text1"/>
          <w:sz w:val="52"/>
          <w:szCs w:val="52"/>
          <w:lang w:val="uk-UA"/>
        </w:rPr>
        <w:t xml:space="preserve"> </w:t>
      </w:r>
      <w:proofErr w:type="spellStart"/>
      <w:r w:rsidRPr="007A37CB">
        <w:rPr>
          <w:color w:val="000000" w:themeColor="text1"/>
          <w:sz w:val="52"/>
          <w:szCs w:val="52"/>
          <w:lang w:val="uk-UA"/>
        </w:rPr>
        <w:t>текстов</w:t>
      </w:r>
      <w:proofErr w:type="spellEnd"/>
      <w:r w:rsidRPr="007A37CB">
        <w:rPr>
          <w:color w:val="000000" w:themeColor="text1"/>
          <w:sz w:val="52"/>
          <w:szCs w:val="52"/>
          <w:lang w:val="uk-UA"/>
        </w:rPr>
        <w:t xml:space="preserve"> для </w:t>
      </w:r>
      <w:proofErr w:type="spellStart"/>
      <w:r w:rsidRPr="007A37CB">
        <w:rPr>
          <w:color w:val="000000" w:themeColor="text1"/>
          <w:sz w:val="52"/>
          <w:szCs w:val="52"/>
          <w:lang w:val="uk-UA"/>
        </w:rPr>
        <w:t>соцсетей</w:t>
      </w:r>
      <w:proofErr w:type="spellEnd"/>
      <w:r w:rsidRPr="007A37CB">
        <w:rPr>
          <w:color w:val="000000" w:themeColor="text1"/>
          <w:sz w:val="52"/>
          <w:szCs w:val="52"/>
          <w:lang w:val="uk-UA"/>
        </w:rPr>
        <w:t>):</w:t>
      </w:r>
    </w:p>
    <w:p w14:paraId="14F089CB" w14:textId="31DE951B" w:rsidR="006E3CD7" w:rsidRPr="009818C5" w:rsidRDefault="003C0CEB" w:rsidP="003C0CEB">
      <w:pPr>
        <w:rPr>
          <w:b/>
          <w:bCs/>
          <w:sz w:val="28"/>
          <w:szCs w:val="28"/>
          <w:lang w:val="uk-UA"/>
        </w:rPr>
      </w:pPr>
      <w:proofErr w:type="spellStart"/>
      <w:r w:rsidRPr="009818C5">
        <w:rPr>
          <w:b/>
          <w:bCs/>
          <w:sz w:val="28"/>
          <w:szCs w:val="28"/>
          <w:lang w:val="uk-UA"/>
        </w:rPr>
        <w:t>Премиальный</w:t>
      </w:r>
      <w:proofErr w:type="spellEnd"/>
      <w:r w:rsidRPr="009818C5">
        <w:rPr>
          <w:b/>
          <w:bCs/>
          <w:sz w:val="28"/>
          <w:szCs w:val="28"/>
          <w:lang w:val="uk-UA"/>
        </w:rPr>
        <w:t xml:space="preserve"> бренд </w:t>
      </w:r>
      <w:proofErr w:type="spellStart"/>
      <w:r w:rsidRPr="009818C5">
        <w:rPr>
          <w:b/>
          <w:bCs/>
          <w:sz w:val="28"/>
          <w:szCs w:val="28"/>
          <w:lang w:val="uk-UA"/>
        </w:rPr>
        <w:t>одежды</w:t>
      </w:r>
      <w:proofErr w:type="spellEnd"/>
      <w:r w:rsidRPr="009818C5">
        <w:rPr>
          <w:b/>
          <w:bCs/>
          <w:sz w:val="28"/>
          <w:szCs w:val="28"/>
          <w:lang w:val="uk-UA"/>
        </w:rPr>
        <w:t xml:space="preserve"> (тон: </w:t>
      </w:r>
      <w:proofErr w:type="spellStart"/>
      <w:r w:rsidRPr="009818C5">
        <w:rPr>
          <w:b/>
          <w:bCs/>
          <w:sz w:val="28"/>
          <w:szCs w:val="28"/>
          <w:lang w:val="uk-UA"/>
        </w:rPr>
        <w:t>изысканный</w:t>
      </w:r>
      <w:proofErr w:type="spellEnd"/>
      <w:r w:rsidRPr="009818C5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9818C5">
        <w:rPr>
          <w:b/>
          <w:bCs/>
          <w:sz w:val="28"/>
          <w:szCs w:val="28"/>
          <w:lang w:val="uk-UA"/>
        </w:rPr>
        <w:t>эмоциональный</w:t>
      </w:r>
      <w:proofErr w:type="spellEnd"/>
      <w:r w:rsidRPr="009818C5">
        <w:rPr>
          <w:b/>
          <w:bCs/>
          <w:sz w:val="28"/>
          <w:szCs w:val="28"/>
          <w:lang w:val="uk-UA"/>
        </w:rPr>
        <w:t>)</w:t>
      </w:r>
    </w:p>
    <w:p w14:paraId="16848333" w14:textId="77777777" w:rsidR="003C0CEB" w:rsidRPr="0046137C" w:rsidRDefault="003C0CEB" w:rsidP="0046137C">
      <w:pPr>
        <w:pStyle w:val="ae"/>
        <w:numPr>
          <w:ilvl w:val="0"/>
          <w:numId w:val="19"/>
        </w:numPr>
        <w:rPr>
          <w:lang w:val="uk-UA"/>
        </w:rPr>
      </w:pPr>
      <w:r w:rsidRPr="0046137C">
        <w:rPr>
          <w:lang w:val="uk-UA"/>
        </w:rPr>
        <w:t xml:space="preserve">Короткий заголовок: </w:t>
      </w:r>
      <w:proofErr w:type="spellStart"/>
      <w:r w:rsidRPr="0046137C">
        <w:rPr>
          <w:lang w:val="uk-UA"/>
        </w:rPr>
        <w:t>Новый</w:t>
      </w:r>
      <w:proofErr w:type="spellEnd"/>
      <w:r w:rsidRPr="0046137C">
        <w:rPr>
          <w:lang w:val="uk-UA"/>
        </w:rPr>
        <w:t xml:space="preserve"> сезон. </w:t>
      </w:r>
      <w:proofErr w:type="spellStart"/>
      <w:r w:rsidRPr="0046137C">
        <w:rPr>
          <w:lang w:val="uk-UA"/>
        </w:rPr>
        <w:t>Новая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ты</w:t>
      </w:r>
      <w:proofErr w:type="spellEnd"/>
    </w:p>
    <w:p w14:paraId="74A9F418" w14:textId="77777777" w:rsidR="003C0CEB" w:rsidRPr="0046137C" w:rsidRDefault="003C0CEB" w:rsidP="0046137C">
      <w:pPr>
        <w:pStyle w:val="ae"/>
        <w:numPr>
          <w:ilvl w:val="0"/>
          <w:numId w:val="19"/>
        </w:numPr>
        <w:rPr>
          <w:lang w:val="uk-UA"/>
        </w:rPr>
      </w:pPr>
      <w:proofErr w:type="spellStart"/>
      <w:r w:rsidRPr="0046137C">
        <w:rPr>
          <w:lang w:val="uk-UA"/>
        </w:rPr>
        <w:t>Длинный</w:t>
      </w:r>
      <w:proofErr w:type="spellEnd"/>
      <w:r w:rsidRPr="0046137C">
        <w:rPr>
          <w:lang w:val="uk-UA"/>
        </w:rPr>
        <w:t xml:space="preserve"> заголовок: </w:t>
      </w:r>
      <w:proofErr w:type="spellStart"/>
      <w:r w:rsidRPr="0046137C">
        <w:rPr>
          <w:lang w:val="uk-UA"/>
        </w:rPr>
        <w:t>Почувствуй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магию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обновления</w:t>
      </w:r>
      <w:proofErr w:type="spellEnd"/>
      <w:r w:rsidRPr="0046137C">
        <w:rPr>
          <w:lang w:val="uk-UA"/>
        </w:rPr>
        <w:t xml:space="preserve">: </w:t>
      </w:r>
      <w:proofErr w:type="spellStart"/>
      <w:r w:rsidRPr="0046137C">
        <w:rPr>
          <w:lang w:val="uk-UA"/>
        </w:rPr>
        <w:t>коллекция</w:t>
      </w:r>
      <w:proofErr w:type="spellEnd"/>
      <w:r w:rsidRPr="0046137C">
        <w:rPr>
          <w:lang w:val="uk-UA"/>
        </w:rPr>
        <w:t xml:space="preserve">, </w:t>
      </w:r>
      <w:proofErr w:type="spellStart"/>
      <w:r w:rsidRPr="0046137C">
        <w:rPr>
          <w:lang w:val="uk-UA"/>
        </w:rPr>
        <w:t>созданная</w:t>
      </w:r>
      <w:proofErr w:type="spellEnd"/>
      <w:r w:rsidRPr="0046137C">
        <w:rPr>
          <w:lang w:val="uk-UA"/>
        </w:rPr>
        <w:t xml:space="preserve"> для </w:t>
      </w:r>
      <w:proofErr w:type="spellStart"/>
      <w:r w:rsidRPr="0046137C">
        <w:rPr>
          <w:lang w:val="uk-UA"/>
        </w:rPr>
        <w:t>твоей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индивидуальности</w:t>
      </w:r>
      <w:proofErr w:type="spellEnd"/>
    </w:p>
    <w:p w14:paraId="3706423E" w14:textId="77777777" w:rsidR="003C0CEB" w:rsidRPr="0046137C" w:rsidRDefault="003C0CEB" w:rsidP="0046137C">
      <w:pPr>
        <w:pStyle w:val="ae"/>
        <w:numPr>
          <w:ilvl w:val="0"/>
          <w:numId w:val="19"/>
        </w:numPr>
        <w:rPr>
          <w:lang w:val="uk-UA"/>
        </w:rPr>
      </w:pPr>
      <w:proofErr w:type="spellStart"/>
      <w:r w:rsidRPr="0046137C">
        <w:rPr>
          <w:lang w:val="uk-UA"/>
        </w:rPr>
        <w:t>Описание</w:t>
      </w:r>
      <w:proofErr w:type="spellEnd"/>
      <w:r w:rsidRPr="0046137C">
        <w:rPr>
          <w:lang w:val="uk-UA"/>
        </w:rPr>
        <w:t xml:space="preserve">: </w:t>
      </w:r>
      <w:proofErr w:type="spellStart"/>
      <w:r w:rsidRPr="0046137C">
        <w:rPr>
          <w:lang w:val="uk-UA"/>
        </w:rPr>
        <w:t>Роскошные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ткани</w:t>
      </w:r>
      <w:proofErr w:type="spellEnd"/>
      <w:r w:rsidRPr="0046137C">
        <w:rPr>
          <w:lang w:val="uk-UA"/>
        </w:rPr>
        <w:t xml:space="preserve">, </w:t>
      </w:r>
      <w:proofErr w:type="spellStart"/>
      <w:r w:rsidRPr="0046137C">
        <w:rPr>
          <w:lang w:val="uk-UA"/>
        </w:rPr>
        <w:t>безупречный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крой</w:t>
      </w:r>
      <w:proofErr w:type="spellEnd"/>
      <w:r w:rsidRPr="0046137C">
        <w:rPr>
          <w:lang w:val="uk-UA"/>
        </w:rPr>
        <w:t xml:space="preserve">, стиль, </w:t>
      </w:r>
      <w:proofErr w:type="spellStart"/>
      <w:r w:rsidRPr="0046137C">
        <w:rPr>
          <w:lang w:val="uk-UA"/>
        </w:rPr>
        <w:t>который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вдохновляет</w:t>
      </w:r>
      <w:proofErr w:type="spellEnd"/>
      <w:r w:rsidRPr="0046137C">
        <w:rPr>
          <w:lang w:val="uk-UA"/>
        </w:rPr>
        <w:t xml:space="preserve">. </w:t>
      </w:r>
      <w:proofErr w:type="spellStart"/>
      <w:r w:rsidRPr="0046137C">
        <w:rPr>
          <w:lang w:val="uk-UA"/>
        </w:rPr>
        <w:t>Твой</w:t>
      </w:r>
      <w:proofErr w:type="spellEnd"/>
      <w:r w:rsidRPr="0046137C">
        <w:rPr>
          <w:lang w:val="uk-UA"/>
        </w:rPr>
        <w:t xml:space="preserve"> гардероб </w:t>
      </w:r>
      <w:proofErr w:type="spellStart"/>
      <w:r w:rsidRPr="0046137C">
        <w:rPr>
          <w:lang w:val="uk-UA"/>
        </w:rPr>
        <w:t>заслуживает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лучшего</w:t>
      </w:r>
      <w:proofErr w:type="spellEnd"/>
    </w:p>
    <w:p w14:paraId="0628123A" w14:textId="77777777" w:rsidR="003C0CEB" w:rsidRPr="0046137C" w:rsidRDefault="003C0CEB" w:rsidP="0046137C">
      <w:pPr>
        <w:pStyle w:val="ae"/>
        <w:numPr>
          <w:ilvl w:val="0"/>
          <w:numId w:val="19"/>
        </w:numPr>
        <w:rPr>
          <w:lang w:val="uk-UA"/>
        </w:rPr>
      </w:pPr>
      <w:proofErr w:type="spellStart"/>
      <w:r w:rsidRPr="0046137C">
        <w:rPr>
          <w:lang w:val="uk-UA"/>
        </w:rPr>
        <w:t>Соцсети</w:t>
      </w:r>
      <w:proofErr w:type="spellEnd"/>
      <w:r w:rsidRPr="0046137C">
        <w:rPr>
          <w:lang w:val="uk-UA"/>
        </w:rPr>
        <w:t xml:space="preserve">: </w:t>
      </w:r>
      <w:proofErr w:type="spellStart"/>
      <w:r w:rsidRPr="0046137C">
        <w:rPr>
          <w:lang w:val="uk-UA"/>
        </w:rPr>
        <w:t>Instagram</w:t>
      </w:r>
      <w:proofErr w:type="spellEnd"/>
      <w:r w:rsidRPr="0046137C">
        <w:rPr>
          <w:lang w:val="uk-UA"/>
        </w:rPr>
        <w:t xml:space="preserve">, </w:t>
      </w:r>
      <w:proofErr w:type="spellStart"/>
      <w:r w:rsidRPr="0046137C">
        <w:rPr>
          <w:lang w:val="uk-UA"/>
        </w:rPr>
        <w:t>Facebook</w:t>
      </w:r>
      <w:proofErr w:type="spellEnd"/>
      <w:r w:rsidRPr="0046137C">
        <w:rPr>
          <w:lang w:val="uk-UA"/>
        </w:rPr>
        <w:t xml:space="preserve">, </w:t>
      </w:r>
      <w:proofErr w:type="spellStart"/>
      <w:r w:rsidRPr="0046137C">
        <w:rPr>
          <w:lang w:val="uk-UA"/>
        </w:rPr>
        <w:t>TikTok</w:t>
      </w:r>
      <w:proofErr w:type="spellEnd"/>
    </w:p>
    <w:p w14:paraId="4A4FFC68" w14:textId="77777777" w:rsidR="003C0CEB" w:rsidRPr="00E97F4B" w:rsidRDefault="003C0CEB" w:rsidP="003C0CEB">
      <w:pPr>
        <w:rPr>
          <w:b/>
          <w:bCs/>
          <w:sz w:val="28"/>
          <w:szCs w:val="28"/>
          <w:lang w:val="uk-UA"/>
        </w:rPr>
      </w:pPr>
      <w:r w:rsidRPr="00E97F4B">
        <w:rPr>
          <w:b/>
          <w:bCs/>
          <w:sz w:val="28"/>
          <w:szCs w:val="28"/>
          <w:lang w:val="uk-UA"/>
        </w:rPr>
        <w:t xml:space="preserve">IT-продукт (тон: </w:t>
      </w:r>
      <w:proofErr w:type="spellStart"/>
      <w:r w:rsidRPr="00E97F4B">
        <w:rPr>
          <w:b/>
          <w:bCs/>
          <w:sz w:val="28"/>
          <w:szCs w:val="28"/>
          <w:lang w:val="uk-UA"/>
        </w:rPr>
        <w:t>экспертный</w:t>
      </w:r>
      <w:proofErr w:type="spellEnd"/>
      <w:r w:rsidRPr="00E97F4B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E97F4B">
        <w:rPr>
          <w:b/>
          <w:bCs/>
          <w:sz w:val="28"/>
          <w:szCs w:val="28"/>
          <w:lang w:val="uk-UA"/>
        </w:rPr>
        <w:t>деловой</w:t>
      </w:r>
      <w:proofErr w:type="spellEnd"/>
      <w:r w:rsidRPr="00E97F4B">
        <w:rPr>
          <w:b/>
          <w:bCs/>
          <w:sz w:val="28"/>
          <w:szCs w:val="28"/>
          <w:lang w:val="uk-UA"/>
        </w:rPr>
        <w:t>)</w:t>
      </w:r>
    </w:p>
    <w:p w14:paraId="79930A9A" w14:textId="77777777" w:rsidR="003C0CEB" w:rsidRPr="0046137C" w:rsidRDefault="003C0CEB" w:rsidP="0046137C">
      <w:pPr>
        <w:pStyle w:val="ae"/>
        <w:numPr>
          <w:ilvl w:val="0"/>
          <w:numId w:val="20"/>
        </w:numPr>
        <w:rPr>
          <w:lang w:val="uk-UA"/>
        </w:rPr>
      </w:pPr>
      <w:r w:rsidRPr="0046137C">
        <w:rPr>
          <w:lang w:val="uk-UA"/>
        </w:rPr>
        <w:t xml:space="preserve">Короткий заголовок: </w:t>
      </w:r>
      <w:proofErr w:type="spellStart"/>
      <w:r w:rsidRPr="0046137C">
        <w:rPr>
          <w:lang w:val="uk-UA"/>
        </w:rPr>
        <w:t>Автоматизируй</w:t>
      </w:r>
      <w:proofErr w:type="spellEnd"/>
      <w:r w:rsidRPr="0046137C">
        <w:rPr>
          <w:lang w:val="uk-UA"/>
        </w:rPr>
        <w:t xml:space="preserve"> рутину. </w:t>
      </w:r>
      <w:proofErr w:type="spellStart"/>
      <w:r w:rsidRPr="0046137C">
        <w:rPr>
          <w:lang w:val="uk-UA"/>
        </w:rPr>
        <w:t>Работай</w:t>
      </w:r>
      <w:proofErr w:type="spellEnd"/>
      <w:r w:rsidRPr="0046137C">
        <w:rPr>
          <w:lang w:val="uk-UA"/>
        </w:rPr>
        <w:t xml:space="preserve"> </w:t>
      </w:r>
      <w:proofErr w:type="spellStart"/>
      <w:r w:rsidRPr="0046137C">
        <w:rPr>
          <w:lang w:val="uk-UA"/>
        </w:rPr>
        <w:t>головой</w:t>
      </w:r>
      <w:proofErr w:type="spellEnd"/>
    </w:p>
    <w:p w14:paraId="190ABA92" w14:textId="77777777" w:rsidR="003C0CEB" w:rsidRPr="00BD2F4D" w:rsidRDefault="003C0CEB" w:rsidP="00BD2F4D">
      <w:pPr>
        <w:pStyle w:val="ae"/>
        <w:numPr>
          <w:ilvl w:val="0"/>
          <w:numId w:val="20"/>
        </w:numPr>
        <w:rPr>
          <w:lang w:val="uk-UA"/>
        </w:rPr>
      </w:pPr>
      <w:proofErr w:type="spellStart"/>
      <w:r w:rsidRPr="00BD2F4D">
        <w:rPr>
          <w:lang w:val="uk-UA"/>
        </w:rPr>
        <w:t>Длинный</w:t>
      </w:r>
      <w:proofErr w:type="spellEnd"/>
      <w:r w:rsidRPr="00BD2F4D">
        <w:rPr>
          <w:lang w:val="uk-UA"/>
        </w:rPr>
        <w:t xml:space="preserve"> заголовок: </w:t>
      </w:r>
      <w:proofErr w:type="spellStart"/>
      <w:r w:rsidRPr="00BD2F4D">
        <w:rPr>
          <w:lang w:val="uk-UA"/>
        </w:rPr>
        <w:t>Как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увеличить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продуктивность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команды</w:t>
      </w:r>
      <w:proofErr w:type="spellEnd"/>
      <w:r w:rsidRPr="00BD2F4D">
        <w:rPr>
          <w:lang w:val="uk-UA"/>
        </w:rPr>
        <w:t xml:space="preserve"> на </w:t>
      </w:r>
      <w:proofErr w:type="spellStart"/>
      <w:r w:rsidRPr="00BD2F4D">
        <w:rPr>
          <w:lang w:val="uk-UA"/>
        </w:rPr>
        <w:t>тридцать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процентов</w:t>
      </w:r>
      <w:proofErr w:type="spellEnd"/>
      <w:r w:rsidRPr="00BD2F4D">
        <w:rPr>
          <w:lang w:val="uk-UA"/>
        </w:rPr>
        <w:t xml:space="preserve"> без </w:t>
      </w:r>
      <w:proofErr w:type="spellStart"/>
      <w:r w:rsidRPr="00BD2F4D">
        <w:rPr>
          <w:lang w:val="uk-UA"/>
        </w:rPr>
        <w:t>дополнительных</w:t>
      </w:r>
      <w:proofErr w:type="spellEnd"/>
      <w:r w:rsidRPr="00BD2F4D">
        <w:rPr>
          <w:lang w:val="uk-UA"/>
        </w:rPr>
        <w:t xml:space="preserve"> затрат? </w:t>
      </w:r>
      <w:proofErr w:type="spellStart"/>
      <w:r w:rsidRPr="00BD2F4D">
        <w:rPr>
          <w:lang w:val="uk-UA"/>
        </w:rPr>
        <w:t>Вот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решение</w:t>
      </w:r>
      <w:proofErr w:type="spellEnd"/>
    </w:p>
    <w:p w14:paraId="4BA439D9" w14:textId="77777777" w:rsidR="003C0CEB" w:rsidRPr="00BD2F4D" w:rsidRDefault="003C0CEB" w:rsidP="00BD2F4D">
      <w:pPr>
        <w:pStyle w:val="ae"/>
        <w:numPr>
          <w:ilvl w:val="0"/>
          <w:numId w:val="20"/>
        </w:numPr>
        <w:rPr>
          <w:lang w:val="uk-UA"/>
        </w:rPr>
      </w:pPr>
      <w:proofErr w:type="spellStart"/>
      <w:r w:rsidRPr="00BD2F4D">
        <w:rPr>
          <w:lang w:val="uk-UA"/>
        </w:rPr>
        <w:t>Описание</w:t>
      </w:r>
      <w:proofErr w:type="spellEnd"/>
      <w:r w:rsidRPr="00BD2F4D">
        <w:rPr>
          <w:lang w:val="uk-UA"/>
        </w:rPr>
        <w:t xml:space="preserve">: Наш </w:t>
      </w:r>
      <w:proofErr w:type="spellStart"/>
      <w:r w:rsidRPr="00BD2F4D">
        <w:rPr>
          <w:lang w:val="uk-UA"/>
        </w:rPr>
        <w:t>софт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оптимизирует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рабочие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процессы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освобождая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время</w:t>
      </w:r>
      <w:proofErr w:type="spellEnd"/>
      <w:r w:rsidRPr="00BD2F4D">
        <w:rPr>
          <w:lang w:val="uk-UA"/>
        </w:rPr>
        <w:t xml:space="preserve"> для </w:t>
      </w:r>
      <w:proofErr w:type="spellStart"/>
      <w:r w:rsidRPr="00BD2F4D">
        <w:rPr>
          <w:lang w:val="uk-UA"/>
        </w:rPr>
        <w:t>творчества</w:t>
      </w:r>
      <w:proofErr w:type="spellEnd"/>
      <w:r w:rsidRPr="00BD2F4D">
        <w:rPr>
          <w:lang w:val="uk-UA"/>
        </w:rPr>
        <w:t xml:space="preserve"> и </w:t>
      </w:r>
      <w:proofErr w:type="spellStart"/>
      <w:r w:rsidRPr="00BD2F4D">
        <w:rPr>
          <w:lang w:val="uk-UA"/>
        </w:rPr>
        <w:t>стратегических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решений</w:t>
      </w:r>
      <w:proofErr w:type="spellEnd"/>
    </w:p>
    <w:p w14:paraId="764C0642" w14:textId="77777777" w:rsidR="003C0CEB" w:rsidRPr="00BD2F4D" w:rsidRDefault="003C0CEB" w:rsidP="00BD2F4D">
      <w:pPr>
        <w:pStyle w:val="ae"/>
        <w:numPr>
          <w:ilvl w:val="0"/>
          <w:numId w:val="20"/>
        </w:numPr>
        <w:rPr>
          <w:lang w:val="uk-UA"/>
        </w:rPr>
      </w:pPr>
      <w:proofErr w:type="spellStart"/>
      <w:r w:rsidRPr="00BD2F4D">
        <w:rPr>
          <w:lang w:val="uk-UA"/>
        </w:rPr>
        <w:t>Соцсети</w:t>
      </w:r>
      <w:proofErr w:type="spellEnd"/>
      <w:r w:rsidRPr="00BD2F4D">
        <w:rPr>
          <w:lang w:val="uk-UA"/>
        </w:rPr>
        <w:t xml:space="preserve">: </w:t>
      </w:r>
      <w:proofErr w:type="spellStart"/>
      <w:r w:rsidRPr="00BD2F4D">
        <w:rPr>
          <w:lang w:val="uk-UA"/>
        </w:rPr>
        <w:t>Instagram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Facebook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TikTok</w:t>
      </w:r>
      <w:proofErr w:type="spellEnd"/>
    </w:p>
    <w:p w14:paraId="5D98F64E" w14:textId="77777777" w:rsidR="003C0CEB" w:rsidRPr="00E97F4B" w:rsidRDefault="003C0CEB" w:rsidP="003C0CEB">
      <w:pPr>
        <w:rPr>
          <w:b/>
          <w:bCs/>
          <w:sz w:val="28"/>
          <w:szCs w:val="28"/>
          <w:lang w:val="uk-UA"/>
        </w:rPr>
      </w:pPr>
      <w:proofErr w:type="spellStart"/>
      <w:r w:rsidRPr="00E97F4B">
        <w:rPr>
          <w:b/>
          <w:bCs/>
          <w:sz w:val="28"/>
          <w:szCs w:val="28"/>
          <w:lang w:val="uk-UA"/>
        </w:rPr>
        <w:t>Косметический</w:t>
      </w:r>
      <w:proofErr w:type="spellEnd"/>
      <w:r w:rsidRPr="00E97F4B">
        <w:rPr>
          <w:b/>
          <w:bCs/>
          <w:sz w:val="28"/>
          <w:szCs w:val="28"/>
          <w:lang w:val="uk-UA"/>
        </w:rPr>
        <w:t xml:space="preserve"> бренд (тон: </w:t>
      </w:r>
      <w:proofErr w:type="spellStart"/>
      <w:r w:rsidRPr="00E97F4B">
        <w:rPr>
          <w:b/>
          <w:bCs/>
          <w:sz w:val="28"/>
          <w:szCs w:val="28"/>
          <w:lang w:val="uk-UA"/>
        </w:rPr>
        <w:t>тёплый</w:t>
      </w:r>
      <w:proofErr w:type="spellEnd"/>
      <w:r w:rsidRPr="00E97F4B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E97F4B">
        <w:rPr>
          <w:b/>
          <w:bCs/>
          <w:sz w:val="28"/>
          <w:szCs w:val="28"/>
          <w:lang w:val="uk-UA"/>
        </w:rPr>
        <w:t>заботливый</w:t>
      </w:r>
      <w:proofErr w:type="spellEnd"/>
      <w:r w:rsidRPr="00E97F4B">
        <w:rPr>
          <w:b/>
          <w:bCs/>
          <w:sz w:val="28"/>
          <w:szCs w:val="28"/>
          <w:lang w:val="uk-UA"/>
        </w:rPr>
        <w:t>)</w:t>
      </w:r>
    </w:p>
    <w:p w14:paraId="502DF091" w14:textId="50C7D5A8" w:rsidR="003C0CEB" w:rsidRPr="00BD2F4D" w:rsidRDefault="003C0CEB" w:rsidP="00BD2F4D">
      <w:pPr>
        <w:pStyle w:val="ae"/>
        <w:numPr>
          <w:ilvl w:val="0"/>
          <w:numId w:val="21"/>
        </w:numPr>
        <w:rPr>
          <w:lang w:val="uk-UA"/>
        </w:rPr>
      </w:pPr>
      <w:r w:rsidRPr="00BD2F4D">
        <w:rPr>
          <w:lang w:val="uk-UA"/>
        </w:rPr>
        <w:t xml:space="preserve">Короткий заголовок: </w:t>
      </w:r>
      <w:proofErr w:type="spellStart"/>
      <w:r w:rsidRPr="00BD2F4D">
        <w:rPr>
          <w:lang w:val="uk-UA"/>
        </w:rPr>
        <w:t>Сияние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изнутри</w:t>
      </w:r>
      <w:proofErr w:type="spellEnd"/>
    </w:p>
    <w:p w14:paraId="0D72C98A" w14:textId="77777777" w:rsidR="003C0CEB" w:rsidRPr="00BD2F4D" w:rsidRDefault="003C0CEB" w:rsidP="00BD2F4D">
      <w:pPr>
        <w:pStyle w:val="ae"/>
        <w:numPr>
          <w:ilvl w:val="0"/>
          <w:numId w:val="21"/>
        </w:numPr>
        <w:rPr>
          <w:lang w:val="uk-UA"/>
        </w:rPr>
      </w:pPr>
      <w:proofErr w:type="spellStart"/>
      <w:r w:rsidRPr="00BD2F4D">
        <w:rPr>
          <w:lang w:val="uk-UA"/>
        </w:rPr>
        <w:t>Длинный</w:t>
      </w:r>
      <w:proofErr w:type="spellEnd"/>
      <w:r w:rsidRPr="00BD2F4D">
        <w:rPr>
          <w:lang w:val="uk-UA"/>
        </w:rPr>
        <w:t xml:space="preserve"> заголовок: Твоя </w:t>
      </w:r>
      <w:proofErr w:type="spellStart"/>
      <w:r w:rsidRPr="00BD2F4D">
        <w:rPr>
          <w:lang w:val="uk-UA"/>
        </w:rPr>
        <w:t>кожа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заслуживает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заботы</w:t>
      </w:r>
      <w:proofErr w:type="spellEnd"/>
      <w:r w:rsidRPr="00BD2F4D">
        <w:rPr>
          <w:lang w:val="uk-UA"/>
        </w:rPr>
        <w:t xml:space="preserve">. </w:t>
      </w:r>
      <w:proofErr w:type="spellStart"/>
      <w:r w:rsidRPr="00BD2F4D">
        <w:rPr>
          <w:lang w:val="uk-UA"/>
        </w:rPr>
        <w:t>Новая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линия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ухода</w:t>
      </w:r>
      <w:proofErr w:type="spellEnd"/>
      <w:r w:rsidRPr="00BD2F4D">
        <w:rPr>
          <w:lang w:val="uk-UA"/>
        </w:rPr>
        <w:t xml:space="preserve"> для </w:t>
      </w:r>
      <w:proofErr w:type="spellStart"/>
      <w:r w:rsidRPr="00BD2F4D">
        <w:rPr>
          <w:lang w:val="uk-UA"/>
        </w:rPr>
        <w:t>сияющего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вида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каждый</w:t>
      </w:r>
      <w:proofErr w:type="spellEnd"/>
      <w:r w:rsidRPr="00BD2F4D">
        <w:rPr>
          <w:lang w:val="uk-UA"/>
        </w:rPr>
        <w:t xml:space="preserve"> день</w:t>
      </w:r>
    </w:p>
    <w:p w14:paraId="07AA64F7" w14:textId="77777777" w:rsidR="003C0CEB" w:rsidRPr="00BD2F4D" w:rsidRDefault="003C0CEB" w:rsidP="00BD2F4D">
      <w:pPr>
        <w:pStyle w:val="ae"/>
        <w:numPr>
          <w:ilvl w:val="0"/>
          <w:numId w:val="21"/>
        </w:numPr>
        <w:rPr>
          <w:lang w:val="uk-UA"/>
        </w:rPr>
      </w:pPr>
      <w:proofErr w:type="spellStart"/>
      <w:r w:rsidRPr="00BD2F4D">
        <w:rPr>
          <w:lang w:val="uk-UA"/>
        </w:rPr>
        <w:t>Описание</w:t>
      </w:r>
      <w:proofErr w:type="spellEnd"/>
      <w:r w:rsidRPr="00BD2F4D">
        <w:rPr>
          <w:lang w:val="uk-UA"/>
        </w:rPr>
        <w:t xml:space="preserve">: </w:t>
      </w:r>
      <w:proofErr w:type="spellStart"/>
      <w:r w:rsidRPr="00BD2F4D">
        <w:rPr>
          <w:lang w:val="uk-UA"/>
        </w:rPr>
        <w:t>Нежные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текстуры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натуральные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компоненты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заметный</w:t>
      </w:r>
      <w:proofErr w:type="spellEnd"/>
      <w:r w:rsidRPr="00BD2F4D">
        <w:rPr>
          <w:lang w:val="uk-UA"/>
        </w:rPr>
        <w:t xml:space="preserve"> результат. Подарите себе момент </w:t>
      </w:r>
      <w:proofErr w:type="spellStart"/>
      <w:r w:rsidRPr="00BD2F4D">
        <w:rPr>
          <w:lang w:val="uk-UA"/>
        </w:rPr>
        <w:t>роскоши</w:t>
      </w:r>
      <w:proofErr w:type="spellEnd"/>
    </w:p>
    <w:p w14:paraId="2EF00331" w14:textId="77777777" w:rsidR="003C0CEB" w:rsidRPr="00BD2F4D" w:rsidRDefault="003C0CEB" w:rsidP="00BD2F4D">
      <w:pPr>
        <w:pStyle w:val="ae"/>
        <w:numPr>
          <w:ilvl w:val="0"/>
          <w:numId w:val="21"/>
        </w:numPr>
        <w:rPr>
          <w:lang w:val="uk-UA"/>
        </w:rPr>
      </w:pPr>
      <w:proofErr w:type="spellStart"/>
      <w:r w:rsidRPr="00BD2F4D">
        <w:rPr>
          <w:lang w:val="uk-UA"/>
        </w:rPr>
        <w:t>Соцсети</w:t>
      </w:r>
      <w:proofErr w:type="spellEnd"/>
      <w:r w:rsidRPr="00BD2F4D">
        <w:rPr>
          <w:lang w:val="uk-UA"/>
        </w:rPr>
        <w:t xml:space="preserve">: </w:t>
      </w:r>
      <w:proofErr w:type="spellStart"/>
      <w:r w:rsidRPr="00BD2F4D">
        <w:rPr>
          <w:lang w:val="uk-UA"/>
        </w:rPr>
        <w:t>Instagram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Facebook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TikTok</w:t>
      </w:r>
      <w:proofErr w:type="spellEnd"/>
    </w:p>
    <w:p w14:paraId="58793257" w14:textId="77777777" w:rsidR="007747DC" w:rsidRDefault="007747DC" w:rsidP="003C0CEB">
      <w:pPr>
        <w:rPr>
          <w:b/>
          <w:bCs/>
          <w:sz w:val="28"/>
          <w:szCs w:val="28"/>
          <w:lang w:val="uk-UA"/>
        </w:rPr>
      </w:pPr>
    </w:p>
    <w:p w14:paraId="0C8E45F7" w14:textId="77777777" w:rsidR="007747DC" w:rsidRDefault="007747DC" w:rsidP="003C0CEB">
      <w:pPr>
        <w:rPr>
          <w:b/>
          <w:bCs/>
          <w:sz w:val="28"/>
          <w:szCs w:val="28"/>
          <w:lang w:val="uk-UA"/>
        </w:rPr>
      </w:pPr>
    </w:p>
    <w:p w14:paraId="3E9CD7C9" w14:textId="77777777" w:rsidR="007747DC" w:rsidRDefault="007747DC" w:rsidP="003C0CEB">
      <w:pPr>
        <w:rPr>
          <w:b/>
          <w:bCs/>
          <w:sz w:val="28"/>
          <w:szCs w:val="28"/>
          <w:lang w:val="uk-UA"/>
        </w:rPr>
      </w:pPr>
    </w:p>
    <w:p w14:paraId="48B72FC3" w14:textId="491ED34C" w:rsidR="003C0CEB" w:rsidRPr="00F264DD" w:rsidRDefault="003C0CEB" w:rsidP="003C0CEB">
      <w:pPr>
        <w:rPr>
          <w:b/>
          <w:bCs/>
          <w:sz w:val="28"/>
          <w:szCs w:val="28"/>
          <w:lang w:val="uk-UA"/>
        </w:rPr>
      </w:pPr>
      <w:proofErr w:type="spellStart"/>
      <w:r w:rsidRPr="00F264DD">
        <w:rPr>
          <w:b/>
          <w:bCs/>
          <w:sz w:val="28"/>
          <w:szCs w:val="28"/>
          <w:lang w:val="uk-UA"/>
        </w:rPr>
        <w:lastRenderedPageBreak/>
        <w:t>Образовательный</w:t>
      </w:r>
      <w:proofErr w:type="spellEnd"/>
      <w:r w:rsidRPr="00F264DD">
        <w:rPr>
          <w:b/>
          <w:bCs/>
          <w:sz w:val="28"/>
          <w:szCs w:val="28"/>
          <w:lang w:val="uk-UA"/>
        </w:rPr>
        <w:t xml:space="preserve"> курс (тон: </w:t>
      </w:r>
      <w:proofErr w:type="spellStart"/>
      <w:r w:rsidRPr="00F264DD">
        <w:rPr>
          <w:b/>
          <w:bCs/>
          <w:sz w:val="28"/>
          <w:szCs w:val="28"/>
          <w:lang w:val="uk-UA"/>
        </w:rPr>
        <w:t>вдохновляющий</w:t>
      </w:r>
      <w:proofErr w:type="spellEnd"/>
      <w:r w:rsidRPr="00F264DD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F264DD">
        <w:rPr>
          <w:b/>
          <w:bCs/>
          <w:sz w:val="28"/>
          <w:szCs w:val="28"/>
          <w:lang w:val="uk-UA"/>
        </w:rPr>
        <w:t>мотивирующий</w:t>
      </w:r>
      <w:proofErr w:type="spellEnd"/>
      <w:r w:rsidRPr="00F264DD">
        <w:rPr>
          <w:b/>
          <w:bCs/>
          <w:sz w:val="28"/>
          <w:szCs w:val="28"/>
          <w:lang w:val="uk-UA"/>
        </w:rPr>
        <w:t>)</w:t>
      </w:r>
    </w:p>
    <w:p w14:paraId="36B03830" w14:textId="77777777" w:rsidR="003C0CEB" w:rsidRPr="00BD2F4D" w:rsidRDefault="003C0CEB" w:rsidP="00BD2F4D">
      <w:pPr>
        <w:pStyle w:val="ae"/>
        <w:numPr>
          <w:ilvl w:val="0"/>
          <w:numId w:val="22"/>
        </w:numPr>
        <w:rPr>
          <w:lang w:val="uk-UA"/>
        </w:rPr>
      </w:pPr>
      <w:r w:rsidRPr="00BD2F4D">
        <w:rPr>
          <w:lang w:val="uk-UA"/>
        </w:rPr>
        <w:t xml:space="preserve">Короткий заголовок: </w:t>
      </w:r>
      <w:proofErr w:type="spellStart"/>
      <w:r w:rsidRPr="00BD2F4D">
        <w:rPr>
          <w:lang w:val="uk-UA"/>
        </w:rPr>
        <w:t>Начни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зарабатывать</w:t>
      </w:r>
      <w:proofErr w:type="spellEnd"/>
      <w:r w:rsidRPr="00BD2F4D">
        <w:rPr>
          <w:lang w:val="uk-UA"/>
        </w:rPr>
        <w:t xml:space="preserve"> на </w:t>
      </w:r>
      <w:proofErr w:type="spellStart"/>
      <w:r w:rsidRPr="00BD2F4D">
        <w:rPr>
          <w:lang w:val="uk-UA"/>
        </w:rPr>
        <w:t>знаниях</w:t>
      </w:r>
      <w:proofErr w:type="spellEnd"/>
      <w:r w:rsidRPr="00BD2F4D">
        <w:rPr>
          <w:lang w:val="uk-UA"/>
        </w:rPr>
        <w:t>!</w:t>
      </w:r>
    </w:p>
    <w:p w14:paraId="5A462F21" w14:textId="77777777" w:rsidR="007747DC" w:rsidRDefault="003C0CEB" w:rsidP="007747DC">
      <w:pPr>
        <w:pStyle w:val="ae"/>
        <w:numPr>
          <w:ilvl w:val="0"/>
          <w:numId w:val="22"/>
        </w:numPr>
        <w:rPr>
          <w:lang w:val="uk-UA"/>
        </w:rPr>
      </w:pPr>
      <w:proofErr w:type="spellStart"/>
      <w:r w:rsidRPr="00BD2F4D">
        <w:rPr>
          <w:lang w:val="uk-UA"/>
        </w:rPr>
        <w:t>Длинный</w:t>
      </w:r>
      <w:proofErr w:type="spellEnd"/>
      <w:r w:rsidRPr="00BD2F4D">
        <w:rPr>
          <w:lang w:val="uk-UA"/>
        </w:rPr>
        <w:t xml:space="preserve"> заголовок: </w:t>
      </w:r>
      <w:proofErr w:type="spellStart"/>
      <w:r w:rsidRPr="00BD2F4D">
        <w:rPr>
          <w:lang w:val="uk-UA"/>
        </w:rPr>
        <w:t>Мечтаешь</w:t>
      </w:r>
      <w:proofErr w:type="spellEnd"/>
      <w:r w:rsidRPr="00BD2F4D">
        <w:rPr>
          <w:lang w:val="uk-UA"/>
        </w:rPr>
        <w:t xml:space="preserve"> о </w:t>
      </w:r>
      <w:proofErr w:type="spellStart"/>
      <w:r w:rsidRPr="00BD2F4D">
        <w:rPr>
          <w:lang w:val="uk-UA"/>
        </w:rPr>
        <w:t>новой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профессии</w:t>
      </w:r>
      <w:proofErr w:type="spellEnd"/>
      <w:r w:rsidRPr="00BD2F4D">
        <w:rPr>
          <w:lang w:val="uk-UA"/>
        </w:rPr>
        <w:t xml:space="preserve">? Наш курс </w:t>
      </w:r>
      <w:proofErr w:type="spellStart"/>
      <w:r w:rsidRPr="00BD2F4D">
        <w:rPr>
          <w:lang w:val="uk-UA"/>
        </w:rPr>
        <w:t>поможет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сделать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первый</w:t>
      </w:r>
      <w:proofErr w:type="spellEnd"/>
      <w:r w:rsidRPr="00BD2F4D">
        <w:rPr>
          <w:lang w:val="uk-UA"/>
        </w:rPr>
        <w:t xml:space="preserve"> шаг к </w:t>
      </w:r>
      <w:proofErr w:type="spellStart"/>
      <w:r w:rsidRPr="00BD2F4D">
        <w:rPr>
          <w:lang w:val="uk-UA"/>
        </w:rPr>
        <w:t>успеху</w:t>
      </w:r>
      <w:proofErr w:type="spellEnd"/>
      <w:r w:rsidRPr="00BD2F4D">
        <w:rPr>
          <w:lang w:val="uk-UA"/>
        </w:rPr>
        <w:t xml:space="preserve"> уже </w:t>
      </w:r>
      <w:proofErr w:type="spellStart"/>
      <w:r w:rsidRPr="00BD2F4D">
        <w:rPr>
          <w:lang w:val="uk-UA"/>
        </w:rPr>
        <w:t>сегодня</w:t>
      </w:r>
      <w:proofErr w:type="spellEnd"/>
    </w:p>
    <w:p w14:paraId="3AB5C37C" w14:textId="6A806240" w:rsidR="003C0CEB" w:rsidRPr="007747DC" w:rsidRDefault="003C0CEB" w:rsidP="007747DC">
      <w:pPr>
        <w:pStyle w:val="ae"/>
        <w:numPr>
          <w:ilvl w:val="0"/>
          <w:numId w:val="22"/>
        </w:numPr>
        <w:rPr>
          <w:lang w:val="uk-UA"/>
        </w:rPr>
      </w:pPr>
      <w:proofErr w:type="spellStart"/>
      <w:r w:rsidRPr="007747DC">
        <w:rPr>
          <w:lang w:val="uk-UA"/>
        </w:rPr>
        <w:t>Описание</w:t>
      </w:r>
      <w:proofErr w:type="spellEnd"/>
      <w:r w:rsidRPr="007747DC">
        <w:rPr>
          <w:lang w:val="uk-UA"/>
        </w:rPr>
        <w:t xml:space="preserve">: </w:t>
      </w:r>
      <w:proofErr w:type="spellStart"/>
      <w:r w:rsidRPr="007747DC">
        <w:rPr>
          <w:lang w:val="uk-UA"/>
        </w:rPr>
        <w:t>Опытные</w:t>
      </w:r>
      <w:proofErr w:type="spellEnd"/>
      <w:r w:rsidRPr="007747DC">
        <w:rPr>
          <w:lang w:val="uk-UA"/>
        </w:rPr>
        <w:t xml:space="preserve"> наставники, </w:t>
      </w:r>
      <w:proofErr w:type="spellStart"/>
      <w:r w:rsidRPr="007747DC">
        <w:rPr>
          <w:lang w:val="uk-UA"/>
        </w:rPr>
        <w:t>практические</w:t>
      </w:r>
      <w:proofErr w:type="spellEnd"/>
      <w:r w:rsidRPr="007747DC">
        <w:rPr>
          <w:lang w:val="uk-UA"/>
        </w:rPr>
        <w:t xml:space="preserve"> </w:t>
      </w:r>
      <w:proofErr w:type="spellStart"/>
      <w:r w:rsidRPr="007747DC">
        <w:rPr>
          <w:lang w:val="uk-UA"/>
        </w:rPr>
        <w:t>задания</w:t>
      </w:r>
      <w:proofErr w:type="spellEnd"/>
      <w:r w:rsidRPr="007747DC">
        <w:rPr>
          <w:lang w:val="uk-UA"/>
        </w:rPr>
        <w:t xml:space="preserve">, </w:t>
      </w:r>
      <w:proofErr w:type="spellStart"/>
      <w:r w:rsidRPr="007747DC">
        <w:rPr>
          <w:lang w:val="uk-UA"/>
        </w:rPr>
        <w:t>поддержка</w:t>
      </w:r>
      <w:proofErr w:type="spellEnd"/>
      <w:r w:rsidRPr="007747DC">
        <w:rPr>
          <w:lang w:val="uk-UA"/>
        </w:rPr>
        <w:t xml:space="preserve"> </w:t>
      </w:r>
      <w:proofErr w:type="spellStart"/>
      <w:r w:rsidRPr="007747DC">
        <w:rPr>
          <w:lang w:val="uk-UA"/>
        </w:rPr>
        <w:t>сообщества</w:t>
      </w:r>
      <w:proofErr w:type="spellEnd"/>
      <w:r w:rsidRPr="007747DC">
        <w:rPr>
          <w:lang w:val="uk-UA"/>
        </w:rPr>
        <w:t xml:space="preserve">. </w:t>
      </w:r>
      <w:proofErr w:type="spellStart"/>
      <w:r w:rsidRPr="007747DC">
        <w:rPr>
          <w:lang w:val="uk-UA"/>
        </w:rPr>
        <w:t>Ты</w:t>
      </w:r>
      <w:proofErr w:type="spellEnd"/>
      <w:r w:rsidRPr="007747DC">
        <w:rPr>
          <w:lang w:val="uk-UA"/>
        </w:rPr>
        <w:t xml:space="preserve"> не один на </w:t>
      </w:r>
      <w:proofErr w:type="spellStart"/>
      <w:r w:rsidRPr="007747DC">
        <w:rPr>
          <w:lang w:val="uk-UA"/>
        </w:rPr>
        <w:t>этом</w:t>
      </w:r>
      <w:proofErr w:type="spellEnd"/>
      <w:r w:rsidRPr="007747DC">
        <w:rPr>
          <w:lang w:val="uk-UA"/>
        </w:rPr>
        <w:t xml:space="preserve"> </w:t>
      </w:r>
      <w:proofErr w:type="spellStart"/>
      <w:r w:rsidRPr="007747DC">
        <w:rPr>
          <w:lang w:val="uk-UA"/>
        </w:rPr>
        <w:t>пути</w:t>
      </w:r>
      <w:proofErr w:type="spellEnd"/>
    </w:p>
    <w:p w14:paraId="6A194A14" w14:textId="77777777" w:rsidR="003C0CEB" w:rsidRPr="00BD2F4D" w:rsidRDefault="003C0CEB" w:rsidP="00BD2F4D">
      <w:pPr>
        <w:pStyle w:val="ae"/>
        <w:numPr>
          <w:ilvl w:val="0"/>
          <w:numId w:val="22"/>
        </w:numPr>
        <w:rPr>
          <w:lang w:val="uk-UA"/>
        </w:rPr>
      </w:pPr>
      <w:proofErr w:type="spellStart"/>
      <w:r w:rsidRPr="00BD2F4D">
        <w:rPr>
          <w:lang w:val="uk-UA"/>
        </w:rPr>
        <w:t>Соцсети</w:t>
      </w:r>
      <w:proofErr w:type="spellEnd"/>
      <w:r w:rsidRPr="00BD2F4D">
        <w:rPr>
          <w:lang w:val="uk-UA"/>
        </w:rPr>
        <w:t xml:space="preserve">: </w:t>
      </w:r>
      <w:proofErr w:type="spellStart"/>
      <w:r w:rsidRPr="00BD2F4D">
        <w:rPr>
          <w:lang w:val="uk-UA"/>
        </w:rPr>
        <w:t>Instagram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Facebook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TikTok</w:t>
      </w:r>
      <w:proofErr w:type="spellEnd"/>
    </w:p>
    <w:p w14:paraId="673BDFE4" w14:textId="77777777" w:rsidR="003C0CEB" w:rsidRPr="009710B9" w:rsidRDefault="003C0CEB" w:rsidP="003C0CEB">
      <w:pPr>
        <w:rPr>
          <w:b/>
          <w:bCs/>
          <w:sz w:val="28"/>
          <w:szCs w:val="28"/>
          <w:lang w:val="uk-UA"/>
        </w:rPr>
      </w:pPr>
      <w:r w:rsidRPr="009710B9">
        <w:rPr>
          <w:b/>
          <w:bCs/>
          <w:sz w:val="28"/>
          <w:szCs w:val="28"/>
          <w:lang w:val="uk-UA"/>
        </w:rPr>
        <w:t xml:space="preserve">Бренд </w:t>
      </w:r>
      <w:proofErr w:type="spellStart"/>
      <w:r w:rsidRPr="009710B9">
        <w:rPr>
          <w:b/>
          <w:bCs/>
          <w:sz w:val="28"/>
          <w:szCs w:val="28"/>
          <w:lang w:val="uk-UA"/>
        </w:rPr>
        <w:t>товаров</w:t>
      </w:r>
      <w:proofErr w:type="spellEnd"/>
      <w:r w:rsidRPr="009710B9">
        <w:rPr>
          <w:b/>
          <w:bCs/>
          <w:sz w:val="28"/>
          <w:szCs w:val="28"/>
          <w:lang w:val="uk-UA"/>
        </w:rPr>
        <w:t xml:space="preserve"> для дома (тон: </w:t>
      </w:r>
      <w:proofErr w:type="spellStart"/>
      <w:r w:rsidRPr="009710B9">
        <w:rPr>
          <w:b/>
          <w:bCs/>
          <w:sz w:val="28"/>
          <w:szCs w:val="28"/>
          <w:lang w:val="uk-UA"/>
        </w:rPr>
        <w:t>уютный</w:t>
      </w:r>
      <w:proofErr w:type="spellEnd"/>
      <w:r w:rsidRPr="009710B9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9710B9">
        <w:rPr>
          <w:b/>
          <w:bCs/>
          <w:sz w:val="28"/>
          <w:szCs w:val="28"/>
          <w:lang w:val="uk-UA"/>
        </w:rPr>
        <w:t>спокойный</w:t>
      </w:r>
      <w:proofErr w:type="spellEnd"/>
      <w:r w:rsidRPr="009710B9">
        <w:rPr>
          <w:b/>
          <w:bCs/>
          <w:sz w:val="28"/>
          <w:szCs w:val="28"/>
          <w:lang w:val="uk-UA"/>
        </w:rPr>
        <w:t>)</w:t>
      </w:r>
    </w:p>
    <w:p w14:paraId="7F092CFA" w14:textId="77777777" w:rsidR="003C0CEB" w:rsidRPr="00BD2F4D" w:rsidRDefault="003C0CEB" w:rsidP="00BD2F4D">
      <w:pPr>
        <w:pStyle w:val="ae"/>
        <w:numPr>
          <w:ilvl w:val="0"/>
          <w:numId w:val="23"/>
        </w:numPr>
        <w:rPr>
          <w:lang w:val="uk-UA"/>
        </w:rPr>
      </w:pPr>
      <w:r w:rsidRPr="00BD2F4D">
        <w:rPr>
          <w:lang w:val="uk-UA"/>
        </w:rPr>
        <w:t xml:space="preserve">Короткий заголовок: </w:t>
      </w:r>
      <w:proofErr w:type="spellStart"/>
      <w:r w:rsidRPr="00BD2F4D">
        <w:rPr>
          <w:lang w:val="uk-UA"/>
        </w:rPr>
        <w:t>Создай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уют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своими</w:t>
      </w:r>
      <w:proofErr w:type="spellEnd"/>
      <w:r w:rsidRPr="00BD2F4D">
        <w:rPr>
          <w:lang w:val="uk-UA"/>
        </w:rPr>
        <w:t xml:space="preserve"> руками</w:t>
      </w:r>
    </w:p>
    <w:p w14:paraId="1E0F7C64" w14:textId="77777777" w:rsidR="003C0CEB" w:rsidRPr="00BD2F4D" w:rsidRDefault="003C0CEB" w:rsidP="00BD2F4D">
      <w:pPr>
        <w:pStyle w:val="ae"/>
        <w:numPr>
          <w:ilvl w:val="0"/>
          <w:numId w:val="23"/>
        </w:numPr>
        <w:rPr>
          <w:lang w:val="uk-UA"/>
        </w:rPr>
      </w:pPr>
      <w:proofErr w:type="spellStart"/>
      <w:r w:rsidRPr="00BD2F4D">
        <w:rPr>
          <w:lang w:val="uk-UA"/>
        </w:rPr>
        <w:t>Длинный</w:t>
      </w:r>
      <w:proofErr w:type="spellEnd"/>
      <w:r w:rsidRPr="00BD2F4D">
        <w:rPr>
          <w:lang w:val="uk-UA"/>
        </w:rPr>
        <w:t xml:space="preserve"> заголовок: </w:t>
      </w:r>
      <w:proofErr w:type="spellStart"/>
      <w:r w:rsidRPr="00BD2F4D">
        <w:rPr>
          <w:lang w:val="uk-UA"/>
        </w:rPr>
        <w:t>Новый</w:t>
      </w:r>
      <w:proofErr w:type="spellEnd"/>
      <w:r w:rsidRPr="00BD2F4D">
        <w:rPr>
          <w:lang w:val="uk-UA"/>
        </w:rPr>
        <w:t xml:space="preserve"> сезон — </w:t>
      </w:r>
      <w:proofErr w:type="spellStart"/>
      <w:r w:rsidRPr="00BD2F4D">
        <w:rPr>
          <w:lang w:val="uk-UA"/>
        </w:rPr>
        <w:t>время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обновления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интерьера</w:t>
      </w:r>
      <w:proofErr w:type="spellEnd"/>
      <w:r w:rsidRPr="00BD2F4D">
        <w:rPr>
          <w:lang w:val="uk-UA"/>
        </w:rPr>
        <w:t xml:space="preserve">. Найди </w:t>
      </w:r>
      <w:proofErr w:type="spellStart"/>
      <w:r w:rsidRPr="00BD2F4D">
        <w:rPr>
          <w:lang w:val="uk-UA"/>
        </w:rPr>
        <w:t>идеальные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детали</w:t>
      </w:r>
      <w:proofErr w:type="spellEnd"/>
      <w:r w:rsidRPr="00BD2F4D">
        <w:rPr>
          <w:lang w:val="uk-UA"/>
        </w:rPr>
        <w:t xml:space="preserve"> для </w:t>
      </w:r>
      <w:proofErr w:type="spellStart"/>
      <w:r w:rsidRPr="00BD2F4D">
        <w:rPr>
          <w:lang w:val="uk-UA"/>
        </w:rPr>
        <w:t>своего</w:t>
      </w:r>
      <w:proofErr w:type="spellEnd"/>
      <w:r w:rsidRPr="00BD2F4D">
        <w:rPr>
          <w:lang w:val="uk-UA"/>
        </w:rPr>
        <w:t xml:space="preserve"> дома</w:t>
      </w:r>
    </w:p>
    <w:p w14:paraId="5323CEAF" w14:textId="77777777" w:rsidR="003C0CEB" w:rsidRPr="00BD2F4D" w:rsidRDefault="003C0CEB" w:rsidP="00BD2F4D">
      <w:pPr>
        <w:pStyle w:val="ae"/>
        <w:numPr>
          <w:ilvl w:val="0"/>
          <w:numId w:val="23"/>
        </w:numPr>
        <w:rPr>
          <w:lang w:val="uk-UA"/>
        </w:rPr>
      </w:pPr>
      <w:proofErr w:type="spellStart"/>
      <w:r w:rsidRPr="00BD2F4D">
        <w:rPr>
          <w:lang w:val="uk-UA"/>
        </w:rPr>
        <w:t>Описание</w:t>
      </w:r>
      <w:proofErr w:type="spellEnd"/>
      <w:r w:rsidRPr="00BD2F4D">
        <w:rPr>
          <w:lang w:val="uk-UA"/>
        </w:rPr>
        <w:t xml:space="preserve">: Текстиль, декор, </w:t>
      </w:r>
      <w:proofErr w:type="spellStart"/>
      <w:r w:rsidRPr="00BD2F4D">
        <w:rPr>
          <w:lang w:val="uk-UA"/>
        </w:rPr>
        <w:t>посуда</w:t>
      </w:r>
      <w:proofErr w:type="spellEnd"/>
      <w:r w:rsidRPr="00BD2F4D">
        <w:rPr>
          <w:lang w:val="uk-UA"/>
        </w:rPr>
        <w:t xml:space="preserve"> — </w:t>
      </w:r>
      <w:proofErr w:type="spellStart"/>
      <w:r w:rsidRPr="00BD2F4D">
        <w:rPr>
          <w:lang w:val="uk-UA"/>
        </w:rPr>
        <w:t>всё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чтобы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каждый</w:t>
      </w:r>
      <w:proofErr w:type="spellEnd"/>
      <w:r w:rsidRPr="00BD2F4D">
        <w:rPr>
          <w:lang w:val="uk-UA"/>
        </w:rPr>
        <w:t xml:space="preserve"> день </w:t>
      </w:r>
      <w:proofErr w:type="spellStart"/>
      <w:r w:rsidRPr="00BD2F4D">
        <w:rPr>
          <w:lang w:val="uk-UA"/>
        </w:rPr>
        <w:t>был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особенным</w:t>
      </w:r>
      <w:proofErr w:type="spellEnd"/>
      <w:r w:rsidRPr="00BD2F4D">
        <w:rPr>
          <w:lang w:val="uk-UA"/>
        </w:rPr>
        <w:t xml:space="preserve"> в </w:t>
      </w:r>
      <w:proofErr w:type="spellStart"/>
      <w:r w:rsidRPr="00BD2F4D">
        <w:rPr>
          <w:lang w:val="uk-UA"/>
        </w:rPr>
        <w:t>твоём</w:t>
      </w:r>
      <w:proofErr w:type="spellEnd"/>
      <w:r w:rsidRPr="00BD2F4D">
        <w:rPr>
          <w:lang w:val="uk-UA"/>
        </w:rPr>
        <w:t xml:space="preserve"> </w:t>
      </w:r>
      <w:proofErr w:type="spellStart"/>
      <w:r w:rsidRPr="00BD2F4D">
        <w:rPr>
          <w:lang w:val="uk-UA"/>
        </w:rPr>
        <w:t>пространстве</w:t>
      </w:r>
      <w:proofErr w:type="spellEnd"/>
    </w:p>
    <w:p w14:paraId="5BF16C5D" w14:textId="1FBCFEEC" w:rsidR="003C0CEB" w:rsidRPr="00BD2F4D" w:rsidRDefault="003C0CEB" w:rsidP="00BD2F4D">
      <w:pPr>
        <w:pStyle w:val="ae"/>
        <w:numPr>
          <w:ilvl w:val="0"/>
          <w:numId w:val="23"/>
        </w:numPr>
        <w:rPr>
          <w:lang w:val="uk-UA"/>
        </w:rPr>
      </w:pPr>
      <w:proofErr w:type="spellStart"/>
      <w:r w:rsidRPr="00BD2F4D">
        <w:rPr>
          <w:lang w:val="uk-UA"/>
        </w:rPr>
        <w:t>Соцсети</w:t>
      </w:r>
      <w:proofErr w:type="spellEnd"/>
      <w:r w:rsidRPr="00BD2F4D">
        <w:rPr>
          <w:lang w:val="uk-UA"/>
        </w:rPr>
        <w:t xml:space="preserve">: Instagram, </w:t>
      </w:r>
      <w:proofErr w:type="spellStart"/>
      <w:r w:rsidRPr="00BD2F4D">
        <w:rPr>
          <w:lang w:val="uk-UA"/>
        </w:rPr>
        <w:t>Facebook</w:t>
      </w:r>
      <w:proofErr w:type="spellEnd"/>
      <w:r w:rsidRPr="00BD2F4D">
        <w:rPr>
          <w:lang w:val="uk-UA"/>
        </w:rPr>
        <w:t xml:space="preserve">, </w:t>
      </w:r>
      <w:proofErr w:type="spellStart"/>
      <w:r w:rsidRPr="00BD2F4D">
        <w:rPr>
          <w:lang w:val="uk-UA"/>
        </w:rPr>
        <w:t>TikTok</w:t>
      </w:r>
      <w:proofErr w:type="spellEnd"/>
    </w:p>
    <w:p w14:paraId="6A4984F3" w14:textId="77777777" w:rsidR="001F4A74" w:rsidRDefault="001F4A74">
      <w:pPr>
        <w:rPr>
          <w:lang w:val="uk-UA"/>
        </w:rPr>
      </w:pPr>
    </w:p>
    <w:p w14:paraId="0699D644" w14:textId="77777777" w:rsidR="001F4A74" w:rsidRDefault="001F4A74">
      <w:pPr>
        <w:rPr>
          <w:lang w:val="uk-UA"/>
        </w:rPr>
      </w:pPr>
    </w:p>
    <w:p w14:paraId="452BA310" w14:textId="77777777" w:rsidR="001F4A74" w:rsidRDefault="001F4A74">
      <w:pPr>
        <w:rPr>
          <w:lang w:val="uk-UA"/>
        </w:rPr>
      </w:pPr>
    </w:p>
    <w:p w14:paraId="56339B62" w14:textId="77777777" w:rsidR="001F4A74" w:rsidRDefault="001F4A74">
      <w:pPr>
        <w:rPr>
          <w:lang w:val="uk-UA"/>
        </w:rPr>
      </w:pPr>
    </w:p>
    <w:p w14:paraId="786DCCF3" w14:textId="77777777" w:rsidR="001F4A74" w:rsidRDefault="001F4A74">
      <w:pPr>
        <w:rPr>
          <w:lang w:val="uk-UA"/>
        </w:rPr>
      </w:pPr>
    </w:p>
    <w:p w14:paraId="24D94043" w14:textId="77777777" w:rsidR="001F4A74" w:rsidRDefault="001F4A74">
      <w:pPr>
        <w:rPr>
          <w:lang w:val="uk-UA"/>
        </w:rPr>
      </w:pPr>
    </w:p>
    <w:p w14:paraId="66EB1A1A" w14:textId="77777777" w:rsidR="001F4A74" w:rsidRDefault="001F4A74">
      <w:pPr>
        <w:rPr>
          <w:lang w:val="uk-UA"/>
        </w:rPr>
      </w:pPr>
    </w:p>
    <w:p w14:paraId="36EB45AE" w14:textId="77777777" w:rsidR="001F4A74" w:rsidRDefault="001F4A74">
      <w:pPr>
        <w:rPr>
          <w:lang w:val="uk-UA"/>
        </w:rPr>
      </w:pPr>
    </w:p>
    <w:p w14:paraId="0833CB1E" w14:textId="77777777" w:rsidR="001F4A74" w:rsidRDefault="001F4A74">
      <w:pPr>
        <w:rPr>
          <w:lang w:val="uk-UA"/>
        </w:rPr>
      </w:pPr>
    </w:p>
    <w:p w14:paraId="2146F66D" w14:textId="77777777" w:rsidR="001F4A74" w:rsidRDefault="001F4A74">
      <w:pPr>
        <w:rPr>
          <w:lang w:val="uk-UA"/>
        </w:rPr>
      </w:pPr>
    </w:p>
    <w:p w14:paraId="5696E3E9" w14:textId="77777777" w:rsidR="001F4A74" w:rsidRDefault="001F4A74">
      <w:pPr>
        <w:rPr>
          <w:lang w:val="uk-UA"/>
        </w:rPr>
      </w:pPr>
    </w:p>
    <w:p w14:paraId="5915748A" w14:textId="77777777" w:rsidR="00CE3DD9" w:rsidRDefault="00CE3DD9">
      <w:pPr>
        <w:rPr>
          <w:lang w:val="uk-UA"/>
        </w:rPr>
      </w:pPr>
    </w:p>
    <w:p w14:paraId="44FA6039" w14:textId="77777777" w:rsidR="00CE3DD9" w:rsidRDefault="00CE3DD9">
      <w:pPr>
        <w:rPr>
          <w:lang w:val="uk-UA"/>
        </w:rPr>
      </w:pPr>
    </w:p>
    <w:p w14:paraId="419050E2" w14:textId="77777777" w:rsidR="00CE3DD9" w:rsidRDefault="00CE3DD9">
      <w:pPr>
        <w:rPr>
          <w:lang w:val="uk-UA"/>
        </w:rPr>
      </w:pPr>
    </w:p>
    <w:p w14:paraId="32B5F6BD" w14:textId="77777777" w:rsidR="00656B34" w:rsidRDefault="00656B34"/>
    <w:p w14:paraId="3356EC01" w14:textId="22445678" w:rsidR="001F4A74" w:rsidRDefault="00D26077">
      <w:pPr>
        <w:rPr>
          <w:b/>
          <w:bCs/>
          <w:sz w:val="28"/>
          <w:szCs w:val="28"/>
          <w:lang w:val="uk-UA"/>
        </w:rPr>
      </w:pPr>
      <w:proofErr w:type="spellStart"/>
      <w:r w:rsidRPr="00D26077">
        <w:rPr>
          <w:b/>
          <w:bCs/>
          <w:sz w:val="28"/>
          <w:szCs w:val="28"/>
          <w:lang w:val="uk-UA"/>
        </w:rPr>
        <w:lastRenderedPageBreak/>
        <w:t>English</w:t>
      </w:r>
      <w:proofErr w:type="spellEnd"/>
      <w:r w:rsidRPr="00D26077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26077">
        <w:rPr>
          <w:b/>
          <w:bCs/>
          <w:sz w:val="28"/>
          <w:szCs w:val="28"/>
          <w:lang w:val="uk-UA"/>
        </w:rPr>
        <w:t>version</w:t>
      </w:r>
      <w:proofErr w:type="spellEnd"/>
      <w:r w:rsidRPr="00D26077">
        <w:rPr>
          <w:b/>
          <w:bCs/>
          <w:sz w:val="28"/>
          <w:szCs w:val="28"/>
          <w:lang w:val="uk-UA"/>
        </w:rPr>
        <w:t xml:space="preserve"> </w:t>
      </w:r>
    </w:p>
    <w:p w14:paraId="3AE31DD7" w14:textId="1BAE870E" w:rsidR="00490654" w:rsidRDefault="00001B15">
      <w:pPr>
        <w:rPr>
          <w:color w:val="1F497D" w:themeColor="text2"/>
          <w:sz w:val="52"/>
          <w:szCs w:val="52"/>
          <w:lang w:val="uk-UA"/>
        </w:rPr>
      </w:pPr>
      <w:proofErr w:type="spellStart"/>
      <w:r w:rsidRPr="00B77F6F">
        <w:rPr>
          <w:color w:val="1F497D" w:themeColor="text2"/>
          <w:sz w:val="52"/>
          <w:szCs w:val="52"/>
          <w:lang w:val="uk-UA"/>
        </w:rPr>
        <w:t>Social</w:t>
      </w:r>
      <w:proofErr w:type="spellEnd"/>
      <w:r w:rsidRPr="00B77F6F">
        <w:rPr>
          <w:color w:val="1F497D" w:themeColor="text2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1F497D" w:themeColor="text2"/>
          <w:sz w:val="52"/>
          <w:szCs w:val="52"/>
          <w:lang w:val="uk-UA"/>
        </w:rPr>
        <w:t>Media</w:t>
      </w:r>
      <w:proofErr w:type="spellEnd"/>
      <w:r w:rsidRPr="00B77F6F">
        <w:rPr>
          <w:color w:val="1F497D" w:themeColor="text2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1F497D" w:themeColor="text2"/>
          <w:sz w:val="52"/>
          <w:szCs w:val="52"/>
          <w:lang w:val="uk-UA"/>
        </w:rPr>
        <w:t>Advertising</w:t>
      </w:r>
      <w:proofErr w:type="spellEnd"/>
      <w:r w:rsidRPr="00B77F6F">
        <w:rPr>
          <w:color w:val="1F497D" w:themeColor="text2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1F497D" w:themeColor="text2"/>
          <w:sz w:val="52"/>
          <w:szCs w:val="52"/>
          <w:lang w:val="uk-UA"/>
        </w:rPr>
        <w:t>Texts</w:t>
      </w:r>
      <w:proofErr w:type="spellEnd"/>
    </w:p>
    <w:p w14:paraId="4B1570DB" w14:textId="10976E0F" w:rsidR="00B77F6F" w:rsidRPr="00B77F6F" w:rsidRDefault="00B77F6F">
      <w:pPr>
        <w:rPr>
          <w:color w:val="000000" w:themeColor="text1"/>
          <w:sz w:val="52"/>
          <w:szCs w:val="52"/>
          <w:lang w:val="uk-UA"/>
        </w:rPr>
      </w:pPr>
      <w:proofErr w:type="spellStart"/>
      <w:r w:rsidRPr="00B77F6F">
        <w:rPr>
          <w:color w:val="000000" w:themeColor="text1"/>
          <w:sz w:val="52"/>
          <w:szCs w:val="52"/>
          <w:lang w:val="uk-UA"/>
        </w:rPr>
        <w:t>Demo</w:t>
      </w:r>
      <w:proofErr w:type="spellEnd"/>
      <w:r w:rsidRPr="00B77F6F">
        <w:rPr>
          <w:color w:val="000000" w:themeColor="text1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000000" w:themeColor="text1"/>
          <w:sz w:val="52"/>
          <w:szCs w:val="52"/>
          <w:lang w:val="uk-UA"/>
        </w:rPr>
        <w:t>File</w:t>
      </w:r>
      <w:proofErr w:type="spellEnd"/>
      <w:r w:rsidRPr="00B77F6F">
        <w:rPr>
          <w:color w:val="000000" w:themeColor="text1"/>
          <w:sz w:val="52"/>
          <w:szCs w:val="52"/>
          <w:lang w:val="uk-UA"/>
        </w:rPr>
        <w:t xml:space="preserve"> (</w:t>
      </w:r>
      <w:proofErr w:type="spellStart"/>
      <w:r w:rsidRPr="00B77F6F">
        <w:rPr>
          <w:color w:val="000000" w:themeColor="text1"/>
          <w:sz w:val="52"/>
          <w:szCs w:val="52"/>
          <w:lang w:val="uk-UA"/>
        </w:rPr>
        <w:t>examples</w:t>
      </w:r>
      <w:proofErr w:type="spellEnd"/>
      <w:r w:rsidRPr="00B77F6F">
        <w:rPr>
          <w:color w:val="000000" w:themeColor="text1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000000" w:themeColor="text1"/>
          <w:sz w:val="52"/>
          <w:szCs w:val="52"/>
          <w:lang w:val="uk-UA"/>
        </w:rPr>
        <w:t>of</w:t>
      </w:r>
      <w:proofErr w:type="spellEnd"/>
      <w:r w:rsidRPr="00B77F6F">
        <w:rPr>
          <w:color w:val="000000" w:themeColor="text1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000000" w:themeColor="text1"/>
          <w:sz w:val="52"/>
          <w:szCs w:val="52"/>
          <w:lang w:val="uk-UA"/>
        </w:rPr>
        <w:t>social</w:t>
      </w:r>
      <w:proofErr w:type="spellEnd"/>
      <w:r w:rsidRPr="00B77F6F">
        <w:rPr>
          <w:color w:val="000000" w:themeColor="text1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000000" w:themeColor="text1"/>
          <w:sz w:val="52"/>
          <w:szCs w:val="52"/>
          <w:lang w:val="uk-UA"/>
        </w:rPr>
        <w:t>media</w:t>
      </w:r>
      <w:proofErr w:type="spellEnd"/>
      <w:r w:rsidRPr="00B77F6F">
        <w:rPr>
          <w:color w:val="000000" w:themeColor="text1"/>
          <w:sz w:val="52"/>
          <w:szCs w:val="52"/>
          <w:lang w:val="uk-UA"/>
        </w:rPr>
        <w:t xml:space="preserve"> </w:t>
      </w:r>
      <w:proofErr w:type="spellStart"/>
      <w:r w:rsidRPr="00B77F6F">
        <w:rPr>
          <w:color w:val="000000" w:themeColor="text1"/>
          <w:sz w:val="52"/>
          <w:szCs w:val="52"/>
          <w:lang w:val="uk-UA"/>
        </w:rPr>
        <w:t>texts</w:t>
      </w:r>
      <w:proofErr w:type="spellEnd"/>
      <w:r w:rsidRPr="00B77F6F">
        <w:rPr>
          <w:color w:val="000000" w:themeColor="text1"/>
          <w:sz w:val="52"/>
          <w:szCs w:val="52"/>
          <w:lang w:val="uk-UA"/>
        </w:rPr>
        <w:t>):</w:t>
      </w:r>
    </w:p>
    <w:p w14:paraId="2EDB5E8E" w14:textId="77777777" w:rsidR="00FA4ECA" w:rsidRDefault="00B33F8F" w:rsidP="00FA4ECA">
      <w:pPr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 xml:space="preserve">Premium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Clothing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Brand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(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tone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elegant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emotional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>)</w:t>
      </w:r>
    </w:p>
    <w:p w14:paraId="30EF6367" w14:textId="536ED961" w:rsidR="00FA4ECA" w:rsidRPr="0007189D" w:rsidRDefault="00FA4ECA" w:rsidP="0007189D">
      <w:pPr>
        <w:pStyle w:val="ae"/>
        <w:numPr>
          <w:ilvl w:val="0"/>
          <w:numId w:val="13"/>
        </w:numPr>
        <w:rPr>
          <w:b/>
          <w:bCs/>
          <w:color w:val="000000" w:themeColor="text1"/>
          <w:sz w:val="28"/>
          <w:szCs w:val="28"/>
          <w:lang w:val="uk-UA"/>
        </w:rPr>
      </w:pPr>
      <w:proofErr w:type="spellStart"/>
      <w:r w:rsidRPr="0007189D">
        <w:rPr>
          <w:color w:val="000000" w:themeColor="text1"/>
          <w:lang w:val="uk-UA"/>
        </w:rPr>
        <w:t>Short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headline</w:t>
      </w:r>
      <w:proofErr w:type="spellEnd"/>
      <w:r w:rsidRPr="0007189D">
        <w:rPr>
          <w:color w:val="000000" w:themeColor="text1"/>
          <w:lang w:val="uk-UA"/>
        </w:rPr>
        <w:t xml:space="preserve">: </w:t>
      </w:r>
      <w:proofErr w:type="spellStart"/>
      <w:r w:rsidRPr="0007189D">
        <w:rPr>
          <w:color w:val="000000" w:themeColor="text1"/>
          <w:lang w:val="uk-UA"/>
        </w:rPr>
        <w:t>New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season</w:t>
      </w:r>
      <w:proofErr w:type="spellEnd"/>
      <w:r w:rsidRPr="0007189D">
        <w:rPr>
          <w:color w:val="000000" w:themeColor="text1"/>
          <w:lang w:val="uk-UA"/>
        </w:rPr>
        <w:t xml:space="preserve">. </w:t>
      </w:r>
      <w:proofErr w:type="spellStart"/>
      <w:r w:rsidRPr="0007189D">
        <w:rPr>
          <w:color w:val="000000" w:themeColor="text1"/>
          <w:lang w:val="uk-UA"/>
        </w:rPr>
        <w:t>New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you</w:t>
      </w:r>
      <w:proofErr w:type="spellEnd"/>
    </w:p>
    <w:p w14:paraId="6AC53AC9" w14:textId="6190DC57" w:rsidR="00FA4ECA" w:rsidRPr="0007189D" w:rsidRDefault="00FA4ECA" w:rsidP="0007189D">
      <w:pPr>
        <w:pStyle w:val="ae"/>
        <w:numPr>
          <w:ilvl w:val="0"/>
          <w:numId w:val="13"/>
        </w:numPr>
        <w:rPr>
          <w:color w:val="000000" w:themeColor="text1"/>
          <w:lang w:val="uk-UA"/>
        </w:rPr>
      </w:pPr>
      <w:proofErr w:type="spellStart"/>
      <w:r w:rsidRPr="0007189D">
        <w:rPr>
          <w:color w:val="000000" w:themeColor="text1"/>
          <w:lang w:val="uk-UA"/>
        </w:rPr>
        <w:t>Long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headline</w:t>
      </w:r>
      <w:proofErr w:type="spellEnd"/>
      <w:r w:rsidRPr="0007189D">
        <w:rPr>
          <w:color w:val="000000" w:themeColor="text1"/>
          <w:lang w:val="uk-UA"/>
        </w:rPr>
        <w:t xml:space="preserve">: </w:t>
      </w:r>
      <w:proofErr w:type="spellStart"/>
      <w:r w:rsidRPr="0007189D">
        <w:rPr>
          <w:color w:val="000000" w:themeColor="text1"/>
          <w:lang w:val="uk-UA"/>
        </w:rPr>
        <w:t>Feel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the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magic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of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renewal</w:t>
      </w:r>
      <w:proofErr w:type="spellEnd"/>
      <w:r w:rsidRPr="0007189D">
        <w:rPr>
          <w:color w:val="000000" w:themeColor="text1"/>
          <w:lang w:val="uk-UA"/>
        </w:rPr>
        <w:t xml:space="preserve">: a </w:t>
      </w:r>
      <w:proofErr w:type="spellStart"/>
      <w:r w:rsidRPr="0007189D">
        <w:rPr>
          <w:color w:val="000000" w:themeColor="text1"/>
          <w:lang w:val="uk-UA"/>
        </w:rPr>
        <w:t>collection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created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for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your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individuality</w:t>
      </w:r>
      <w:proofErr w:type="spellEnd"/>
    </w:p>
    <w:p w14:paraId="2B6D1F17" w14:textId="405EEA6D" w:rsidR="00FA4ECA" w:rsidRPr="0007189D" w:rsidRDefault="00FA4ECA" w:rsidP="0007189D">
      <w:pPr>
        <w:pStyle w:val="ae"/>
        <w:numPr>
          <w:ilvl w:val="0"/>
          <w:numId w:val="13"/>
        </w:numPr>
        <w:rPr>
          <w:color w:val="000000" w:themeColor="text1"/>
          <w:lang w:val="uk-UA"/>
        </w:rPr>
      </w:pPr>
      <w:proofErr w:type="spellStart"/>
      <w:r w:rsidRPr="0007189D">
        <w:rPr>
          <w:color w:val="000000" w:themeColor="text1"/>
          <w:lang w:val="uk-UA"/>
        </w:rPr>
        <w:t>Description</w:t>
      </w:r>
      <w:proofErr w:type="spellEnd"/>
      <w:r w:rsidRPr="0007189D">
        <w:rPr>
          <w:color w:val="000000" w:themeColor="text1"/>
          <w:lang w:val="uk-UA"/>
        </w:rPr>
        <w:t xml:space="preserve">: </w:t>
      </w:r>
      <w:proofErr w:type="spellStart"/>
      <w:r w:rsidRPr="0007189D">
        <w:rPr>
          <w:color w:val="000000" w:themeColor="text1"/>
          <w:lang w:val="uk-UA"/>
        </w:rPr>
        <w:t>Luxurious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fabrics</w:t>
      </w:r>
      <w:proofErr w:type="spellEnd"/>
      <w:r w:rsidRPr="0007189D">
        <w:rPr>
          <w:color w:val="000000" w:themeColor="text1"/>
          <w:lang w:val="uk-UA"/>
        </w:rPr>
        <w:t xml:space="preserve">, </w:t>
      </w:r>
      <w:proofErr w:type="spellStart"/>
      <w:r w:rsidRPr="0007189D">
        <w:rPr>
          <w:color w:val="000000" w:themeColor="text1"/>
          <w:lang w:val="uk-UA"/>
        </w:rPr>
        <w:t>impeccable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tailoring</w:t>
      </w:r>
      <w:proofErr w:type="spellEnd"/>
      <w:r w:rsidRPr="0007189D">
        <w:rPr>
          <w:color w:val="000000" w:themeColor="text1"/>
          <w:lang w:val="uk-UA"/>
        </w:rPr>
        <w:t xml:space="preserve">, a </w:t>
      </w:r>
      <w:proofErr w:type="spellStart"/>
      <w:r w:rsidRPr="0007189D">
        <w:rPr>
          <w:color w:val="000000" w:themeColor="text1"/>
          <w:lang w:val="uk-UA"/>
        </w:rPr>
        <w:t>style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that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inspires</w:t>
      </w:r>
      <w:proofErr w:type="spellEnd"/>
      <w:r w:rsidRPr="0007189D">
        <w:rPr>
          <w:color w:val="000000" w:themeColor="text1"/>
          <w:lang w:val="uk-UA"/>
        </w:rPr>
        <w:t xml:space="preserve">. </w:t>
      </w:r>
      <w:proofErr w:type="spellStart"/>
      <w:r w:rsidRPr="0007189D">
        <w:rPr>
          <w:color w:val="000000" w:themeColor="text1"/>
          <w:lang w:val="uk-UA"/>
        </w:rPr>
        <w:t>Your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wardrobe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deserves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the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best</w:t>
      </w:r>
      <w:proofErr w:type="spellEnd"/>
    </w:p>
    <w:p w14:paraId="144E88C1" w14:textId="0E8CBDB1" w:rsidR="00FA4ECA" w:rsidRPr="0007189D" w:rsidRDefault="00FA4ECA" w:rsidP="0007189D">
      <w:pPr>
        <w:pStyle w:val="ae"/>
        <w:numPr>
          <w:ilvl w:val="0"/>
          <w:numId w:val="13"/>
        </w:numPr>
        <w:rPr>
          <w:color w:val="000000" w:themeColor="text1"/>
          <w:lang w:val="uk-UA"/>
        </w:rPr>
      </w:pPr>
      <w:proofErr w:type="spellStart"/>
      <w:r w:rsidRPr="0007189D">
        <w:rPr>
          <w:color w:val="000000" w:themeColor="text1"/>
          <w:lang w:val="uk-UA"/>
        </w:rPr>
        <w:t>Social</w:t>
      </w:r>
      <w:proofErr w:type="spellEnd"/>
      <w:r w:rsidRPr="0007189D">
        <w:rPr>
          <w:color w:val="000000" w:themeColor="text1"/>
          <w:lang w:val="uk-UA"/>
        </w:rPr>
        <w:t xml:space="preserve"> </w:t>
      </w:r>
      <w:proofErr w:type="spellStart"/>
      <w:r w:rsidRPr="0007189D">
        <w:rPr>
          <w:color w:val="000000" w:themeColor="text1"/>
          <w:lang w:val="uk-UA"/>
        </w:rPr>
        <w:t>media</w:t>
      </w:r>
      <w:proofErr w:type="spellEnd"/>
      <w:r w:rsidRPr="0007189D">
        <w:rPr>
          <w:color w:val="000000" w:themeColor="text1"/>
          <w:lang w:val="uk-UA"/>
        </w:rPr>
        <w:t xml:space="preserve">: </w:t>
      </w:r>
      <w:proofErr w:type="spellStart"/>
      <w:r w:rsidRPr="0007189D">
        <w:rPr>
          <w:color w:val="000000" w:themeColor="text1"/>
          <w:lang w:val="uk-UA"/>
        </w:rPr>
        <w:t>Instagram</w:t>
      </w:r>
      <w:proofErr w:type="spellEnd"/>
      <w:r w:rsidRPr="0007189D">
        <w:rPr>
          <w:color w:val="000000" w:themeColor="text1"/>
          <w:lang w:val="uk-UA"/>
        </w:rPr>
        <w:t xml:space="preserve">, </w:t>
      </w:r>
      <w:proofErr w:type="spellStart"/>
      <w:r w:rsidRPr="0007189D">
        <w:rPr>
          <w:color w:val="000000" w:themeColor="text1"/>
          <w:lang w:val="uk-UA"/>
        </w:rPr>
        <w:t>Facebook</w:t>
      </w:r>
      <w:proofErr w:type="spellEnd"/>
      <w:r w:rsidRPr="0007189D">
        <w:rPr>
          <w:color w:val="000000" w:themeColor="text1"/>
          <w:lang w:val="uk-UA"/>
        </w:rPr>
        <w:t xml:space="preserve">, </w:t>
      </w:r>
      <w:proofErr w:type="spellStart"/>
      <w:r w:rsidRPr="0007189D">
        <w:rPr>
          <w:color w:val="000000" w:themeColor="text1"/>
          <w:lang w:val="uk-UA"/>
        </w:rPr>
        <w:t>TikTok</w:t>
      </w:r>
      <w:proofErr w:type="spellEnd"/>
    </w:p>
    <w:p w14:paraId="265F15D8" w14:textId="656CA3D4" w:rsidR="00B33F8F" w:rsidRDefault="00516FA9">
      <w:pPr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 xml:space="preserve">IT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Product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(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tone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expert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professional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>)</w:t>
      </w:r>
    </w:p>
    <w:p w14:paraId="6FEAC726" w14:textId="77777777" w:rsidR="009052FF" w:rsidRPr="005C58F0" w:rsidRDefault="009052FF" w:rsidP="005C58F0">
      <w:pPr>
        <w:pStyle w:val="ae"/>
        <w:numPr>
          <w:ilvl w:val="0"/>
          <w:numId w:val="39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Short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Automate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routine</w:t>
      </w:r>
      <w:proofErr w:type="spellEnd"/>
      <w:r w:rsidRPr="005C58F0">
        <w:rPr>
          <w:color w:val="000000" w:themeColor="text1"/>
          <w:lang w:val="uk-UA"/>
        </w:rPr>
        <w:t xml:space="preserve">. </w:t>
      </w:r>
      <w:proofErr w:type="spellStart"/>
      <w:r w:rsidRPr="005C58F0">
        <w:rPr>
          <w:color w:val="000000" w:themeColor="text1"/>
          <w:lang w:val="uk-UA"/>
        </w:rPr>
        <w:t>Work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with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mind</w:t>
      </w:r>
      <w:proofErr w:type="spellEnd"/>
    </w:p>
    <w:p w14:paraId="1CE6F49E" w14:textId="77777777" w:rsidR="009052FF" w:rsidRPr="005C58F0" w:rsidRDefault="009052FF" w:rsidP="005C58F0">
      <w:pPr>
        <w:pStyle w:val="ae"/>
        <w:numPr>
          <w:ilvl w:val="0"/>
          <w:numId w:val="38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Long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How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to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boost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team’s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productivity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by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thirty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percent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without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extra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costs</w:t>
      </w:r>
      <w:proofErr w:type="spellEnd"/>
      <w:r w:rsidRPr="005C58F0">
        <w:rPr>
          <w:color w:val="000000" w:themeColor="text1"/>
          <w:lang w:val="uk-UA"/>
        </w:rPr>
        <w:t xml:space="preserve">? </w:t>
      </w:r>
      <w:proofErr w:type="spellStart"/>
      <w:r w:rsidRPr="005C58F0">
        <w:rPr>
          <w:color w:val="000000" w:themeColor="text1"/>
          <w:lang w:val="uk-UA"/>
        </w:rPr>
        <w:t>Here’s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the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solution</w:t>
      </w:r>
      <w:proofErr w:type="spellEnd"/>
    </w:p>
    <w:p w14:paraId="634315F5" w14:textId="77777777" w:rsidR="009052FF" w:rsidRPr="005C58F0" w:rsidRDefault="009052FF" w:rsidP="005C58F0">
      <w:pPr>
        <w:pStyle w:val="ae"/>
        <w:numPr>
          <w:ilvl w:val="0"/>
          <w:numId w:val="37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Description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software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streamlines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workflows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freeing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up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time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for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creativity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and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strategic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decisions</w:t>
      </w:r>
      <w:proofErr w:type="spellEnd"/>
    </w:p>
    <w:p w14:paraId="1FAE3990" w14:textId="77777777" w:rsidR="009052FF" w:rsidRPr="005C58F0" w:rsidRDefault="009052FF" w:rsidP="005C58F0">
      <w:pPr>
        <w:pStyle w:val="ae"/>
        <w:numPr>
          <w:ilvl w:val="0"/>
          <w:numId w:val="36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Social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media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Instagram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Facebook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TikTok</w:t>
      </w:r>
      <w:proofErr w:type="spellEnd"/>
    </w:p>
    <w:p w14:paraId="1281CA4C" w14:textId="54AF1074" w:rsidR="00516FA9" w:rsidRDefault="008D5367">
      <w:pPr>
        <w:rPr>
          <w:b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Cosmetic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Brand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(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tone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warm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caring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>)</w:t>
      </w:r>
    </w:p>
    <w:p w14:paraId="5C2C9FE3" w14:textId="1C105A64" w:rsidR="00B7391C" w:rsidRPr="005C58F0" w:rsidRDefault="00B7391C" w:rsidP="005C58F0">
      <w:pPr>
        <w:pStyle w:val="ae"/>
        <w:numPr>
          <w:ilvl w:val="0"/>
          <w:numId w:val="35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Short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Glow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from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within</w:t>
      </w:r>
      <w:proofErr w:type="spellEnd"/>
    </w:p>
    <w:p w14:paraId="36FEB709" w14:textId="77777777" w:rsidR="00B7391C" w:rsidRPr="005C58F0" w:rsidRDefault="00B7391C" w:rsidP="005C58F0">
      <w:pPr>
        <w:pStyle w:val="ae"/>
        <w:numPr>
          <w:ilvl w:val="0"/>
          <w:numId w:val="34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Long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Your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skin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deserves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care</w:t>
      </w:r>
      <w:proofErr w:type="spellEnd"/>
      <w:r w:rsidRPr="005C58F0">
        <w:rPr>
          <w:color w:val="000000" w:themeColor="text1"/>
          <w:lang w:val="uk-UA"/>
        </w:rPr>
        <w:t xml:space="preserve">. A </w:t>
      </w:r>
      <w:proofErr w:type="spellStart"/>
      <w:r w:rsidRPr="005C58F0">
        <w:rPr>
          <w:color w:val="000000" w:themeColor="text1"/>
          <w:lang w:val="uk-UA"/>
        </w:rPr>
        <w:t>new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skincare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line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for</w:t>
      </w:r>
      <w:proofErr w:type="spellEnd"/>
      <w:r w:rsidRPr="005C58F0">
        <w:rPr>
          <w:color w:val="000000" w:themeColor="text1"/>
          <w:lang w:val="uk-UA"/>
        </w:rPr>
        <w:t xml:space="preserve"> a </w:t>
      </w:r>
      <w:proofErr w:type="spellStart"/>
      <w:r w:rsidRPr="005C58F0">
        <w:rPr>
          <w:color w:val="000000" w:themeColor="text1"/>
          <w:lang w:val="uk-UA"/>
        </w:rPr>
        <w:t>radiant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look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every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day</w:t>
      </w:r>
      <w:proofErr w:type="spellEnd"/>
    </w:p>
    <w:p w14:paraId="64C09980" w14:textId="77777777" w:rsidR="00B7391C" w:rsidRPr="005C58F0" w:rsidRDefault="00B7391C" w:rsidP="005C58F0">
      <w:pPr>
        <w:pStyle w:val="ae"/>
        <w:numPr>
          <w:ilvl w:val="0"/>
          <w:numId w:val="33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Description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Gentle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textures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natural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ingredients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visible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results</w:t>
      </w:r>
      <w:proofErr w:type="spellEnd"/>
      <w:r w:rsidRPr="005C58F0">
        <w:rPr>
          <w:color w:val="000000" w:themeColor="text1"/>
          <w:lang w:val="uk-UA"/>
        </w:rPr>
        <w:t xml:space="preserve">. </w:t>
      </w:r>
      <w:proofErr w:type="spellStart"/>
      <w:r w:rsidRPr="005C58F0">
        <w:rPr>
          <w:color w:val="000000" w:themeColor="text1"/>
          <w:lang w:val="uk-UA"/>
        </w:rPr>
        <w:t>Treat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yourself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to</w:t>
      </w:r>
      <w:proofErr w:type="spellEnd"/>
      <w:r w:rsidRPr="005C58F0">
        <w:rPr>
          <w:color w:val="000000" w:themeColor="text1"/>
          <w:lang w:val="uk-UA"/>
        </w:rPr>
        <w:t xml:space="preserve"> a </w:t>
      </w:r>
      <w:proofErr w:type="spellStart"/>
      <w:r w:rsidRPr="005C58F0">
        <w:rPr>
          <w:color w:val="000000" w:themeColor="text1"/>
          <w:lang w:val="uk-UA"/>
        </w:rPr>
        <w:t>moment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of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luxury</w:t>
      </w:r>
      <w:proofErr w:type="spellEnd"/>
    </w:p>
    <w:p w14:paraId="4BCDBD68" w14:textId="77777777" w:rsidR="00B7391C" w:rsidRPr="005C58F0" w:rsidRDefault="00B7391C" w:rsidP="005C58F0">
      <w:pPr>
        <w:pStyle w:val="ae"/>
        <w:numPr>
          <w:ilvl w:val="0"/>
          <w:numId w:val="32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Social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media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Instagram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Facebook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TikTok</w:t>
      </w:r>
      <w:proofErr w:type="spellEnd"/>
    </w:p>
    <w:p w14:paraId="179E75A4" w14:textId="77777777" w:rsidR="00306932" w:rsidRDefault="00306932">
      <w:pPr>
        <w:rPr>
          <w:b/>
          <w:bCs/>
          <w:color w:val="000000" w:themeColor="text1"/>
          <w:sz w:val="28"/>
          <w:szCs w:val="28"/>
        </w:rPr>
      </w:pPr>
    </w:p>
    <w:p w14:paraId="536D1891" w14:textId="77777777" w:rsidR="00306932" w:rsidRDefault="00306932">
      <w:pPr>
        <w:rPr>
          <w:b/>
          <w:bCs/>
          <w:color w:val="000000" w:themeColor="text1"/>
          <w:sz w:val="28"/>
          <w:szCs w:val="28"/>
        </w:rPr>
      </w:pPr>
    </w:p>
    <w:p w14:paraId="0FBB5B0E" w14:textId="77777777" w:rsidR="00306932" w:rsidRDefault="00306932">
      <w:pPr>
        <w:rPr>
          <w:b/>
          <w:bCs/>
          <w:color w:val="000000" w:themeColor="text1"/>
          <w:sz w:val="28"/>
          <w:szCs w:val="28"/>
        </w:rPr>
      </w:pPr>
    </w:p>
    <w:p w14:paraId="314249F0" w14:textId="77777777" w:rsidR="00306932" w:rsidRDefault="00306932">
      <w:pPr>
        <w:rPr>
          <w:b/>
          <w:bCs/>
          <w:color w:val="000000" w:themeColor="text1"/>
          <w:sz w:val="28"/>
          <w:szCs w:val="28"/>
        </w:rPr>
      </w:pPr>
    </w:p>
    <w:p w14:paraId="76A0807F" w14:textId="21A0CF6D" w:rsidR="00240620" w:rsidRDefault="00240620">
      <w:pPr>
        <w:rPr>
          <w:b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lastRenderedPageBreak/>
        <w:t>Educational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Course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(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tone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inspiring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motivating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>)</w:t>
      </w:r>
    </w:p>
    <w:p w14:paraId="33BE508B" w14:textId="77777777" w:rsidR="00D447DF" w:rsidRPr="005C58F0" w:rsidRDefault="00D447DF" w:rsidP="005C58F0">
      <w:pPr>
        <w:pStyle w:val="ae"/>
        <w:numPr>
          <w:ilvl w:val="0"/>
          <w:numId w:val="31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Short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Start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earning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from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knowledge</w:t>
      </w:r>
      <w:proofErr w:type="spellEnd"/>
      <w:r w:rsidRPr="005C58F0">
        <w:rPr>
          <w:color w:val="000000" w:themeColor="text1"/>
          <w:lang w:val="uk-UA"/>
        </w:rPr>
        <w:t>!</w:t>
      </w:r>
    </w:p>
    <w:p w14:paraId="2724C60E" w14:textId="77777777" w:rsidR="00D447DF" w:rsidRPr="005C58F0" w:rsidRDefault="00D447DF" w:rsidP="005C58F0">
      <w:pPr>
        <w:pStyle w:val="ae"/>
        <w:numPr>
          <w:ilvl w:val="0"/>
          <w:numId w:val="30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Long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Dreaming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of</w:t>
      </w:r>
      <w:proofErr w:type="spellEnd"/>
      <w:r w:rsidRPr="005C58F0">
        <w:rPr>
          <w:color w:val="000000" w:themeColor="text1"/>
          <w:lang w:val="uk-UA"/>
        </w:rPr>
        <w:t xml:space="preserve"> a </w:t>
      </w:r>
      <w:proofErr w:type="spellStart"/>
      <w:r w:rsidRPr="005C58F0">
        <w:rPr>
          <w:color w:val="000000" w:themeColor="text1"/>
          <w:lang w:val="uk-UA"/>
        </w:rPr>
        <w:t>new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profession</w:t>
      </w:r>
      <w:proofErr w:type="spellEnd"/>
      <w:r w:rsidRPr="005C58F0">
        <w:rPr>
          <w:color w:val="000000" w:themeColor="text1"/>
          <w:lang w:val="uk-UA"/>
        </w:rPr>
        <w:t xml:space="preserve">? </w:t>
      </w:r>
      <w:proofErr w:type="spellStart"/>
      <w:r w:rsidRPr="005C58F0">
        <w:rPr>
          <w:color w:val="000000" w:themeColor="text1"/>
          <w:lang w:val="uk-UA"/>
        </w:rPr>
        <w:t>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course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helps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take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the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first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step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toward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success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today</w:t>
      </w:r>
      <w:proofErr w:type="spellEnd"/>
    </w:p>
    <w:p w14:paraId="6F05521E" w14:textId="77777777" w:rsidR="00967D6C" w:rsidRPr="00967D6C" w:rsidRDefault="00D447DF" w:rsidP="00967D6C">
      <w:pPr>
        <w:pStyle w:val="ae"/>
        <w:numPr>
          <w:ilvl w:val="0"/>
          <w:numId w:val="29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Description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Experienced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mentors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practical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exercises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community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support</w:t>
      </w:r>
      <w:proofErr w:type="spellEnd"/>
      <w:r w:rsidRPr="005C58F0">
        <w:rPr>
          <w:color w:val="000000" w:themeColor="text1"/>
          <w:lang w:val="uk-UA"/>
        </w:rPr>
        <w:t xml:space="preserve">. </w:t>
      </w:r>
      <w:proofErr w:type="spellStart"/>
      <w:r w:rsidRPr="005C58F0">
        <w:rPr>
          <w:color w:val="000000" w:themeColor="text1"/>
          <w:lang w:val="uk-UA"/>
        </w:rPr>
        <w:t>You’re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not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alone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on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this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journey</w:t>
      </w:r>
      <w:proofErr w:type="spellEnd"/>
    </w:p>
    <w:p w14:paraId="40B21723" w14:textId="6BBA8ECD" w:rsidR="00D447DF" w:rsidRPr="00967D6C" w:rsidRDefault="00D447DF" w:rsidP="00967D6C">
      <w:pPr>
        <w:pStyle w:val="ae"/>
        <w:numPr>
          <w:ilvl w:val="0"/>
          <w:numId w:val="29"/>
        </w:numPr>
        <w:rPr>
          <w:color w:val="000000" w:themeColor="text1"/>
          <w:lang w:val="uk-UA"/>
        </w:rPr>
      </w:pPr>
      <w:proofErr w:type="spellStart"/>
      <w:r w:rsidRPr="00967D6C">
        <w:rPr>
          <w:color w:val="000000" w:themeColor="text1"/>
          <w:lang w:val="uk-UA"/>
        </w:rPr>
        <w:t>Social</w:t>
      </w:r>
      <w:proofErr w:type="spellEnd"/>
      <w:r w:rsidRPr="00967D6C">
        <w:rPr>
          <w:color w:val="000000" w:themeColor="text1"/>
          <w:lang w:val="uk-UA"/>
        </w:rPr>
        <w:t xml:space="preserve"> </w:t>
      </w:r>
      <w:proofErr w:type="spellStart"/>
      <w:r w:rsidRPr="00967D6C">
        <w:rPr>
          <w:color w:val="000000" w:themeColor="text1"/>
          <w:lang w:val="uk-UA"/>
        </w:rPr>
        <w:t>media</w:t>
      </w:r>
      <w:proofErr w:type="spellEnd"/>
      <w:r w:rsidRPr="00967D6C">
        <w:rPr>
          <w:color w:val="000000" w:themeColor="text1"/>
          <w:lang w:val="uk-UA"/>
        </w:rPr>
        <w:t xml:space="preserve">: </w:t>
      </w:r>
      <w:proofErr w:type="spellStart"/>
      <w:r w:rsidRPr="00967D6C">
        <w:rPr>
          <w:color w:val="000000" w:themeColor="text1"/>
          <w:lang w:val="uk-UA"/>
        </w:rPr>
        <w:t>Instagram</w:t>
      </w:r>
      <w:proofErr w:type="spellEnd"/>
      <w:r w:rsidRPr="00967D6C">
        <w:rPr>
          <w:color w:val="000000" w:themeColor="text1"/>
          <w:lang w:val="uk-UA"/>
        </w:rPr>
        <w:t xml:space="preserve">, </w:t>
      </w:r>
      <w:proofErr w:type="spellStart"/>
      <w:r w:rsidRPr="00967D6C">
        <w:rPr>
          <w:color w:val="000000" w:themeColor="text1"/>
          <w:lang w:val="uk-UA"/>
        </w:rPr>
        <w:t>Facebook</w:t>
      </w:r>
      <w:proofErr w:type="spellEnd"/>
      <w:r w:rsidRPr="00967D6C">
        <w:rPr>
          <w:color w:val="000000" w:themeColor="text1"/>
          <w:lang w:val="uk-UA"/>
        </w:rPr>
        <w:t xml:space="preserve">, </w:t>
      </w:r>
      <w:proofErr w:type="spellStart"/>
      <w:r w:rsidRPr="00967D6C">
        <w:rPr>
          <w:color w:val="000000" w:themeColor="text1"/>
          <w:lang w:val="uk-UA"/>
        </w:rPr>
        <w:t>TikTok</w:t>
      </w:r>
      <w:proofErr w:type="spellEnd"/>
    </w:p>
    <w:p w14:paraId="4A022DC7" w14:textId="50A3031C" w:rsidR="00BC70F7" w:rsidRDefault="00BC70F7">
      <w:pPr>
        <w:rPr>
          <w:b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Home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Goods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Brand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(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tone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cozy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calm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>)</w:t>
      </w:r>
    </w:p>
    <w:p w14:paraId="528B6A51" w14:textId="77777777" w:rsidR="00BE09C7" w:rsidRPr="005C58F0" w:rsidRDefault="00BE09C7" w:rsidP="005C58F0">
      <w:pPr>
        <w:pStyle w:val="ae"/>
        <w:numPr>
          <w:ilvl w:val="0"/>
          <w:numId w:val="27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Short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Create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comfort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with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own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hands</w:t>
      </w:r>
      <w:proofErr w:type="spellEnd"/>
    </w:p>
    <w:p w14:paraId="497A8A34" w14:textId="77777777" w:rsidR="00BE09C7" w:rsidRPr="005C58F0" w:rsidRDefault="00BE09C7" w:rsidP="005C58F0">
      <w:pPr>
        <w:pStyle w:val="ae"/>
        <w:numPr>
          <w:ilvl w:val="0"/>
          <w:numId w:val="26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Long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headline</w:t>
      </w:r>
      <w:proofErr w:type="spellEnd"/>
      <w:r w:rsidRPr="005C58F0">
        <w:rPr>
          <w:color w:val="000000" w:themeColor="text1"/>
          <w:lang w:val="uk-UA"/>
        </w:rPr>
        <w:t xml:space="preserve">: A </w:t>
      </w:r>
      <w:proofErr w:type="spellStart"/>
      <w:r w:rsidRPr="005C58F0">
        <w:rPr>
          <w:color w:val="000000" w:themeColor="text1"/>
          <w:lang w:val="uk-UA"/>
        </w:rPr>
        <w:t>new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season</w:t>
      </w:r>
      <w:proofErr w:type="spellEnd"/>
      <w:r w:rsidRPr="005C58F0">
        <w:rPr>
          <w:color w:val="000000" w:themeColor="text1"/>
          <w:lang w:val="uk-UA"/>
        </w:rPr>
        <w:t xml:space="preserve"> — </w:t>
      </w:r>
      <w:proofErr w:type="spellStart"/>
      <w:r w:rsidRPr="005C58F0">
        <w:rPr>
          <w:color w:val="000000" w:themeColor="text1"/>
          <w:lang w:val="uk-UA"/>
        </w:rPr>
        <w:t>time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to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refresh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interior</w:t>
      </w:r>
      <w:proofErr w:type="spellEnd"/>
      <w:r w:rsidRPr="005C58F0">
        <w:rPr>
          <w:color w:val="000000" w:themeColor="text1"/>
          <w:lang w:val="uk-UA"/>
        </w:rPr>
        <w:t xml:space="preserve">. </w:t>
      </w:r>
      <w:proofErr w:type="spellStart"/>
      <w:r w:rsidRPr="005C58F0">
        <w:rPr>
          <w:color w:val="000000" w:themeColor="text1"/>
          <w:lang w:val="uk-UA"/>
        </w:rPr>
        <w:t>Find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the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perfect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details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for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home</w:t>
      </w:r>
      <w:proofErr w:type="spellEnd"/>
    </w:p>
    <w:p w14:paraId="7D14D27D" w14:textId="77777777" w:rsidR="00BE09C7" w:rsidRPr="005C58F0" w:rsidRDefault="00BE09C7" w:rsidP="005C58F0">
      <w:pPr>
        <w:pStyle w:val="ae"/>
        <w:numPr>
          <w:ilvl w:val="0"/>
          <w:numId w:val="25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Description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Textiles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décor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tableware</w:t>
      </w:r>
      <w:proofErr w:type="spellEnd"/>
      <w:r w:rsidRPr="005C58F0">
        <w:rPr>
          <w:color w:val="000000" w:themeColor="text1"/>
          <w:lang w:val="uk-UA"/>
        </w:rPr>
        <w:t xml:space="preserve"> — </w:t>
      </w:r>
      <w:proofErr w:type="spellStart"/>
      <w:r w:rsidRPr="005C58F0">
        <w:rPr>
          <w:color w:val="000000" w:themeColor="text1"/>
          <w:lang w:val="uk-UA"/>
        </w:rPr>
        <w:t>everything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to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make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every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day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special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in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your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space</w:t>
      </w:r>
      <w:proofErr w:type="spellEnd"/>
    </w:p>
    <w:p w14:paraId="22DC114E" w14:textId="77777777" w:rsidR="00BE09C7" w:rsidRPr="005C58F0" w:rsidRDefault="00BE09C7" w:rsidP="005C58F0">
      <w:pPr>
        <w:pStyle w:val="ae"/>
        <w:numPr>
          <w:ilvl w:val="0"/>
          <w:numId w:val="24"/>
        </w:numPr>
        <w:rPr>
          <w:color w:val="000000" w:themeColor="text1"/>
          <w:lang w:val="uk-UA"/>
        </w:rPr>
      </w:pPr>
      <w:proofErr w:type="spellStart"/>
      <w:r w:rsidRPr="005C58F0">
        <w:rPr>
          <w:color w:val="000000" w:themeColor="text1"/>
          <w:lang w:val="uk-UA"/>
        </w:rPr>
        <w:t>Social</w:t>
      </w:r>
      <w:proofErr w:type="spellEnd"/>
      <w:r w:rsidRPr="005C58F0">
        <w:rPr>
          <w:color w:val="000000" w:themeColor="text1"/>
          <w:lang w:val="uk-UA"/>
        </w:rPr>
        <w:t xml:space="preserve"> </w:t>
      </w:r>
      <w:proofErr w:type="spellStart"/>
      <w:r w:rsidRPr="005C58F0">
        <w:rPr>
          <w:color w:val="000000" w:themeColor="text1"/>
          <w:lang w:val="uk-UA"/>
        </w:rPr>
        <w:t>media</w:t>
      </w:r>
      <w:proofErr w:type="spellEnd"/>
      <w:r w:rsidRPr="005C58F0">
        <w:rPr>
          <w:color w:val="000000" w:themeColor="text1"/>
          <w:lang w:val="uk-UA"/>
        </w:rPr>
        <w:t xml:space="preserve">: </w:t>
      </w:r>
      <w:proofErr w:type="spellStart"/>
      <w:r w:rsidRPr="005C58F0">
        <w:rPr>
          <w:color w:val="000000" w:themeColor="text1"/>
          <w:lang w:val="uk-UA"/>
        </w:rPr>
        <w:t>Instagram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Facebook</w:t>
      </w:r>
      <w:proofErr w:type="spellEnd"/>
      <w:r w:rsidRPr="005C58F0">
        <w:rPr>
          <w:color w:val="000000" w:themeColor="text1"/>
          <w:lang w:val="uk-UA"/>
        </w:rPr>
        <w:t xml:space="preserve">, </w:t>
      </w:r>
      <w:proofErr w:type="spellStart"/>
      <w:r w:rsidRPr="005C58F0">
        <w:rPr>
          <w:color w:val="000000" w:themeColor="text1"/>
          <w:lang w:val="uk-UA"/>
        </w:rPr>
        <w:t>TikTok</w:t>
      </w:r>
      <w:proofErr w:type="spellEnd"/>
    </w:p>
    <w:p w14:paraId="3042D59E" w14:textId="77777777" w:rsidR="002166C1" w:rsidRPr="00BE09C7" w:rsidRDefault="002166C1">
      <w:pPr>
        <w:rPr>
          <w:color w:val="000000" w:themeColor="text1"/>
          <w:lang w:val="uk-UA"/>
        </w:rPr>
      </w:pPr>
    </w:p>
    <w:sectPr w:rsidR="002166C1" w:rsidRPr="00BE09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9F407B"/>
    <w:multiLevelType w:val="hybridMultilevel"/>
    <w:tmpl w:val="02FA75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7582C"/>
    <w:multiLevelType w:val="hybridMultilevel"/>
    <w:tmpl w:val="BE4032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C031D"/>
    <w:multiLevelType w:val="hybridMultilevel"/>
    <w:tmpl w:val="2FD2D5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A42CB"/>
    <w:multiLevelType w:val="hybridMultilevel"/>
    <w:tmpl w:val="36F253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50047"/>
    <w:multiLevelType w:val="hybridMultilevel"/>
    <w:tmpl w:val="C20E16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C4AFA"/>
    <w:multiLevelType w:val="hybridMultilevel"/>
    <w:tmpl w:val="57920A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B1707"/>
    <w:multiLevelType w:val="hybridMultilevel"/>
    <w:tmpl w:val="BD10B418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06640"/>
    <w:multiLevelType w:val="hybridMultilevel"/>
    <w:tmpl w:val="E452B8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E40B4"/>
    <w:multiLevelType w:val="hybridMultilevel"/>
    <w:tmpl w:val="218435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F6BF2"/>
    <w:multiLevelType w:val="hybridMultilevel"/>
    <w:tmpl w:val="1CC402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30606"/>
    <w:multiLevelType w:val="hybridMultilevel"/>
    <w:tmpl w:val="2496E0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01614"/>
    <w:multiLevelType w:val="hybridMultilevel"/>
    <w:tmpl w:val="CD6AE3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E4245"/>
    <w:multiLevelType w:val="hybridMultilevel"/>
    <w:tmpl w:val="0466F8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A68A4"/>
    <w:multiLevelType w:val="hybridMultilevel"/>
    <w:tmpl w:val="1208FE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91EB3"/>
    <w:multiLevelType w:val="hybridMultilevel"/>
    <w:tmpl w:val="D6F046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D095A"/>
    <w:multiLevelType w:val="hybridMultilevel"/>
    <w:tmpl w:val="2FE007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81634"/>
    <w:multiLevelType w:val="hybridMultilevel"/>
    <w:tmpl w:val="04080E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F1EFC"/>
    <w:multiLevelType w:val="hybridMultilevel"/>
    <w:tmpl w:val="DDEE9B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50A78"/>
    <w:multiLevelType w:val="hybridMultilevel"/>
    <w:tmpl w:val="84DC7C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D78FF"/>
    <w:multiLevelType w:val="hybridMultilevel"/>
    <w:tmpl w:val="4314DD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D1CF4"/>
    <w:multiLevelType w:val="hybridMultilevel"/>
    <w:tmpl w:val="C8CAA9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92EFF"/>
    <w:multiLevelType w:val="hybridMultilevel"/>
    <w:tmpl w:val="4C6431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96FFA"/>
    <w:multiLevelType w:val="hybridMultilevel"/>
    <w:tmpl w:val="C540A1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46249"/>
    <w:multiLevelType w:val="hybridMultilevel"/>
    <w:tmpl w:val="E8F0C7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E1B90"/>
    <w:multiLevelType w:val="hybridMultilevel"/>
    <w:tmpl w:val="A48872B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A2343C"/>
    <w:multiLevelType w:val="hybridMultilevel"/>
    <w:tmpl w:val="5352DC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73D09"/>
    <w:multiLevelType w:val="hybridMultilevel"/>
    <w:tmpl w:val="6A92FC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600B3"/>
    <w:multiLevelType w:val="hybridMultilevel"/>
    <w:tmpl w:val="042689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7195B"/>
    <w:multiLevelType w:val="hybridMultilevel"/>
    <w:tmpl w:val="9EFA43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262A2"/>
    <w:multiLevelType w:val="hybridMultilevel"/>
    <w:tmpl w:val="5EB6F4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89010">
    <w:abstractNumId w:val="8"/>
  </w:num>
  <w:num w:numId="2" w16cid:durableId="226455652">
    <w:abstractNumId w:val="6"/>
  </w:num>
  <w:num w:numId="3" w16cid:durableId="79639447">
    <w:abstractNumId w:val="5"/>
  </w:num>
  <w:num w:numId="4" w16cid:durableId="1599169590">
    <w:abstractNumId w:val="4"/>
  </w:num>
  <w:num w:numId="5" w16cid:durableId="232276263">
    <w:abstractNumId w:val="7"/>
  </w:num>
  <w:num w:numId="6" w16cid:durableId="12850600">
    <w:abstractNumId w:val="3"/>
  </w:num>
  <w:num w:numId="7" w16cid:durableId="753086802">
    <w:abstractNumId w:val="2"/>
  </w:num>
  <w:num w:numId="8" w16cid:durableId="1778790218">
    <w:abstractNumId w:val="1"/>
  </w:num>
  <w:num w:numId="9" w16cid:durableId="165479951">
    <w:abstractNumId w:val="0"/>
  </w:num>
  <w:num w:numId="10" w16cid:durableId="411241117">
    <w:abstractNumId w:val="15"/>
  </w:num>
  <w:num w:numId="11" w16cid:durableId="17433653">
    <w:abstractNumId w:val="17"/>
  </w:num>
  <w:num w:numId="12" w16cid:durableId="470099492">
    <w:abstractNumId w:val="33"/>
  </w:num>
  <w:num w:numId="13" w16cid:durableId="188564062">
    <w:abstractNumId w:val="19"/>
  </w:num>
  <w:num w:numId="14" w16cid:durableId="1035541911">
    <w:abstractNumId w:val="32"/>
  </w:num>
  <w:num w:numId="15" w16cid:durableId="1380594833">
    <w:abstractNumId w:val="28"/>
  </w:num>
  <w:num w:numId="16" w16cid:durableId="1956204778">
    <w:abstractNumId w:val="37"/>
  </w:num>
  <w:num w:numId="17" w16cid:durableId="1936790854">
    <w:abstractNumId w:val="25"/>
  </w:num>
  <w:num w:numId="18" w16cid:durableId="1454204125">
    <w:abstractNumId w:val="18"/>
  </w:num>
  <w:num w:numId="19" w16cid:durableId="416558432">
    <w:abstractNumId w:val="31"/>
  </w:num>
  <w:num w:numId="20" w16cid:durableId="1498812441">
    <w:abstractNumId w:val="22"/>
  </w:num>
  <w:num w:numId="21" w16cid:durableId="2007904220">
    <w:abstractNumId w:val="20"/>
  </w:num>
  <w:num w:numId="22" w16cid:durableId="127820178">
    <w:abstractNumId w:val="24"/>
  </w:num>
  <w:num w:numId="23" w16cid:durableId="1372418778">
    <w:abstractNumId w:val="30"/>
  </w:num>
  <w:num w:numId="24" w16cid:durableId="2099206973">
    <w:abstractNumId w:val="38"/>
  </w:num>
  <w:num w:numId="25" w16cid:durableId="440687567">
    <w:abstractNumId w:val="29"/>
  </w:num>
  <w:num w:numId="26" w16cid:durableId="977224875">
    <w:abstractNumId w:val="11"/>
  </w:num>
  <w:num w:numId="27" w16cid:durableId="1069495815">
    <w:abstractNumId w:val="35"/>
  </w:num>
  <w:num w:numId="28" w16cid:durableId="997879132">
    <w:abstractNumId w:val="16"/>
  </w:num>
  <w:num w:numId="29" w16cid:durableId="1104879769">
    <w:abstractNumId w:val="21"/>
  </w:num>
  <w:num w:numId="30" w16cid:durableId="203755162">
    <w:abstractNumId w:val="23"/>
  </w:num>
  <w:num w:numId="31" w16cid:durableId="1712338497">
    <w:abstractNumId w:val="9"/>
  </w:num>
  <w:num w:numId="32" w16cid:durableId="522599982">
    <w:abstractNumId w:val="12"/>
  </w:num>
  <w:num w:numId="33" w16cid:durableId="891506508">
    <w:abstractNumId w:val="26"/>
  </w:num>
  <w:num w:numId="34" w16cid:durableId="503056384">
    <w:abstractNumId w:val="10"/>
  </w:num>
  <w:num w:numId="35" w16cid:durableId="1368989160">
    <w:abstractNumId w:val="36"/>
  </w:num>
  <w:num w:numId="36" w16cid:durableId="1550606416">
    <w:abstractNumId w:val="13"/>
  </w:num>
  <w:num w:numId="37" w16cid:durableId="1857229650">
    <w:abstractNumId w:val="34"/>
  </w:num>
  <w:num w:numId="38" w16cid:durableId="738745415">
    <w:abstractNumId w:val="27"/>
  </w:num>
  <w:num w:numId="39" w16cid:durableId="232906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B15"/>
    <w:rsid w:val="00007561"/>
    <w:rsid w:val="00034616"/>
    <w:rsid w:val="0006063C"/>
    <w:rsid w:val="0007189D"/>
    <w:rsid w:val="0015074B"/>
    <w:rsid w:val="00170CA9"/>
    <w:rsid w:val="001A3469"/>
    <w:rsid w:val="001F4A74"/>
    <w:rsid w:val="002166C1"/>
    <w:rsid w:val="00240620"/>
    <w:rsid w:val="0026395B"/>
    <w:rsid w:val="002848DB"/>
    <w:rsid w:val="0029639D"/>
    <w:rsid w:val="002F0D35"/>
    <w:rsid w:val="00306932"/>
    <w:rsid w:val="00326F90"/>
    <w:rsid w:val="00352E58"/>
    <w:rsid w:val="003C0CEB"/>
    <w:rsid w:val="004408D8"/>
    <w:rsid w:val="00452BD2"/>
    <w:rsid w:val="0046137C"/>
    <w:rsid w:val="00490654"/>
    <w:rsid w:val="00516FA9"/>
    <w:rsid w:val="005353C2"/>
    <w:rsid w:val="005632EF"/>
    <w:rsid w:val="005A7D25"/>
    <w:rsid w:val="005C58F0"/>
    <w:rsid w:val="005F4763"/>
    <w:rsid w:val="00652B8D"/>
    <w:rsid w:val="00656B34"/>
    <w:rsid w:val="006A433D"/>
    <w:rsid w:val="006C3A28"/>
    <w:rsid w:val="006E2BDA"/>
    <w:rsid w:val="006E3CD7"/>
    <w:rsid w:val="007747DC"/>
    <w:rsid w:val="00795444"/>
    <w:rsid w:val="007A37CB"/>
    <w:rsid w:val="007C62D5"/>
    <w:rsid w:val="007D7601"/>
    <w:rsid w:val="00845136"/>
    <w:rsid w:val="00845345"/>
    <w:rsid w:val="00866B42"/>
    <w:rsid w:val="008872DA"/>
    <w:rsid w:val="008D5367"/>
    <w:rsid w:val="00903217"/>
    <w:rsid w:val="009052FF"/>
    <w:rsid w:val="00912F3B"/>
    <w:rsid w:val="00933B8A"/>
    <w:rsid w:val="00966350"/>
    <w:rsid w:val="00967D6C"/>
    <w:rsid w:val="009710B9"/>
    <w:rsid w:val="009818C5"/>
    <w:rsid w:val="009845BC"/>
    <w:rsid w:val="00A34578"/>
    <w:rsid w:val="00A35212"/>
    <w:rsid w:val="00A95938"/>
    <w:rsid w:val="00AA1D8D"/>
    <w:rsid w:val="00B2590D"/>
    <w:rsid w:val="00B33F8F"/>
    <w:rsid w:val="00B41343"/>
    <w:rsid w:val="00B47730"/>
    <w:rsid w:val="00B53D6B"/>
    <w:rsid w:val="00B7391C"/>
    <w:rsid w:val="00B77F6F"/>
    <w:rsid w:val="00BB7F0E"/>
    <w:rsid w:val="00BC70F7"/>
    <w:rsid w:val="00BD2F4D"/>
    <w:rsid w:val="00BE09C7"/>
    <w:rsid w:val="00C2603F"/>
    <w:rsid w:val="00C30C55"/>
    <w:rsid w:val="00CB0664"/>
    <w:rsid w:val="00CE3DD9"/>
    <w:rsid w:val="00D26077"/>
    <w:rsid w:val="00D447DF"/>
    <w:rsid w:val="00DE207F"/>
    <w:rsid w:val="00E05D78"/>
    <w:rsid w:val="00E808F4"/>
    <w:rsid w:val="00E97F4B"/>
    <w:rsid w:val="00F264DD"/>
    <w:rsid w:val="00F810C1"/>
    <w:rsid w:val="00FA4ECA"/>
    <w:rsid w:val="00FC60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58498"/>
  <w14:defaultImageDpi w14:val="300"/>
  <w15:docId w15:val="{9E39BB22-F2C6-F740-8593-6AB5E67C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3350</Words>
  <Characters>1910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Ігор Соколовський</cp:lastModifiedBy>
  <cp:revision>2</cp:revision>
  <dcterms:created xsi:type="dcterms:W3CDTF">2026-03-07T13:23:00Z</dcterms:created>
  <dcterms:modified xsi:type="dcterms:W3CDTF">2026-03-07T13:23:00Z</dcterms:modified>
  <cp:category/>
</cp:coreProperties>
</file>