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Пример транскрибации аудио</w:t>
      </w:r>
    </w:p>
    <w:p>
      <w:r>
        <w:t>Это пример выполненного задания по транскрибации. Исходный файл — аудиозапись интервью длительностью 10 минут. Клиент запросил полную расшифровку с минимальной чисткой речи и тайм-кодами.</w:t>
      </w:r>
    </w:p>
    <w:p/>
    <w:p>
      <w:r>
        <w:rPr>
          <w:sz w:val="22"/>
        </w:rPr>
        <w:t>[00:00:03] Здравствуйте, спасибо, что согласились поучаствовать в интервью.</w:t>
      </w:r>
    </w:p>
    <w:p>
      <w:r>
        <w:rPr>
          <w:sz w:val="22"/>
        </w:rPr>
        <w:t>[00:00:07] Спасибо вам за приглашение.</w:t>
      </w:r>
    </w:p>
    <w:p>
      <w:r>
        <w:rPr>
          <w:sz w:val="22"/>
        </w:rPr>
        <w:t>[00:00:10] Давайте начнём с того, чем вы занимаетесь в данный момент.</w:t>
      </w:r>
    </w:p>
    <w:p>
      <w:r>
        <w:rPr>
          <w:sz w:val="22"/>
        </w:rPr>
        <w:t>[00:00:14] Я работаю в сфере IT, в основном занимаюсь UX-дизайном.</w:t>
      </w:r>
    </w:p>
    <w:p>
      <w:r>
        <w:rPr>
          <w:sz w:val="22"/>
        </w:rPr>
        <w:t>[00:00:20] Очень интересно. А как вы пришли в эту сферу?</w:t>
      </w:r>
    </w:p>
    <w:p>
      <w:r>
        <w:rPr>
          <w:sz w:val="22"/>
        </w:rPr>
        <w:t>[00:00:25] Это было довольно спонтанное решение...</w:t>
      </w:r>
    </w:p>
    <w:p/>
    <w:p>
      <w:r>
        <w:t>Работа выполнена в течение одного дня. Клиент остался доволен результатом.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