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E434D" w14:textId="77777777" w:rsidR="00301F29" w:rsidRPr="00AE1506" w:rsidRDefault="00000000">
      <w:pPr>
        <w:pStyle w:val="aa"/>
        <w:rPr>
          <w:lang w:val="ru-RU"/>
        </w:rPr>
      </w:pPr>
      <w:proofErr w:type="spellStart"/>
      <w:r w:rsidRPr="00AE1506">
        <w:rPr>
          <w:lang w:val="ru-RU"/>
        </w:rPr>
        <w:t>Відповіді</w:t>
      </w:r>
      <w:proofErr w:type="spellEnd"/>
      <w:r w:rsidRPr="00AE1506">
        <w:rPr>
          <w:lang w:val="ru-RU"/>
        </w:rPr>
        <w:t xml:space="preserve"> на </w:t>
      </w:r>
      <w:proofErr w:type="spellStart"/>
      <w:r w:rsidRPr="00AE1506">
        <w:rPr>
          <w:lang w:val="ru-RU"/>
        </w:rPr>
        <w:t>завдання</w:t>
      </w:r>
      <w:proofErr w:type="spellEnd"/>
      <w:r w:rsidRPr="00AE1506">
        <w:rPr>
          <w:lang w:val="ru-RU"/>
        </w:rPr>
        <w:t xml:space="preserve"> (</w:t>
      </w:r>
      <w:proofErr w:type="spellStart"/>
      <w:r w:rsidRPr="00AE1506">
        <w:rPr>
          <w:lang w:val="ru-RU"/>
        </w:rPr>
        <w:t>повний</w:t>
      </w:r>
      <w:proofErr w:type="spellEnd"/>
      <w:r w:rsidRPr="00AE1506">
        <w:rPr>
          <w:lang w:val="ru-RU"/>
        </w:rPr>
        <w:t xml:space="preserve"> </w:t>
      </w:r>
      <w:r>
        <w:t>C</w:t>
      </w:r>
      <w:r w:rsidRPr="00AE1506">
        <w:rPr>
          <w:lang w:val="ru-RU"/>
        </w:rPr>
        <w:t>++ код)</w:t>
      </w:r>
    </w:p>
    <w:p w14:paraId="6378D512" w14:textId="77777777" w:rsidR="00301F29" w:rsidRPr="00AE1506" w:rsidRDefault="00000000">
      <w:pPr>
        <w:pStyle w:val="21"/>
        <w:rPr>
          <w:lang w:val="ru-RU"/>
        </w:rPr>
      </w:pPr>
      <w:proofErr w:type="spellStart"/>
      <w:r w:rsidRPr="00AE1506">
        <w:rPr>
          <w:lang w:val="ru-RU"/>
        </w:rPr>
        <w:t>Варіант</w:t>
      </w:r>
      <w:proofErr w:type="spellEnd"/>
      <w:r w:rsidRPr="00AE1506">
        <w:rPr>
          <w:lang w:val="ru-RU"/>
        </w:rPr>
        <w:t xml:space="preserve"> № 1,7,13</w:t>
      </w:r>
    </w:p>
    <w:p w14:paraId="2D9311DF" w14:textId="77777777" w:rsidR="00301F29" w:rsidRPr="00AE1506" w:rsidRDefault="00000000">
      <w:pPr>
        <w:rPr>
          <w:lang w:val="ru-RU"/>
        </w:rPr>
      </w:pPr>
      <w:r>
        <w:t>f</w:t>
      </w:r>
      <w:r w:rsidRPr="00AE1506">
        <w:rPr>
          <w:lang w:val="ru-RU"/>
        </w:rPr>
        <w:t>(</w:t>
      </w:r>
      <w:r>
        <w:t>x</w:t>
      </w:r>
      <w:r w:rsidRPr="00AE1506">
        <w:rPr>
          <w:lang w:val="ru-RU"/>
        </w:rPr>
        <w:t xml:space="preserve">) = </w:t>
      </w:r>
      <w:r>
        <w:t>x</w:t>
      </w:r>
      <w:r w:rsidRPr="00AE1506">
        <w:rPr>
          <w:lang w:val="ru-RU"/>
        </w:rPr>
        <w:t xml:space="preserve"> * </w:t>
      </w:r>
      <w:r>
        <w:t>x</w:t>
      </w:r>
      <w:proofErr w:type="gramStart"/>
      <w:r w:rsidRPr="00AE1506">
        <w:rPr>
          <w:lang w:val="ru-RU"/>
        </w:rPr>
        <w:t>^(</w:t>
      </w:r>
      <w:proofErr w:type="gramEnd"/>
      <w:r w:rsidRPr="00AE1506">
        <w:rPr>
          <w:lang w:val="ru-RU"/>
        </w:rPr>
        <w:t xml:space="preserve">2/3), [1;4], </w:t>
      </w:r>
      <w:r>
        <w:t>h</w:t>
      </w:r>
      <w:r w:rsidRPr="00AE1506">
        <w:rPr>
          <w:lang w:val="ru-RU"/>
        </w:rPr>
        <w:t xml:space="preserve"> = 0.05</w:t>
      </w:r>
    </w:p>
    <w:p w14:paraId="7E2154ED" w14:textId="77777777" w:rsidR="00301F29" w:rsidRDefault="00000000">
      <w:proofErr w:type="spellStart"/>
      <w:r>
        <w:t>Код</w:t>
      </w:r>
      <w:proofErr w:type="spellEnd"/>
      <w:r>
        <w:t xml:space="preserve"> (</w:t>
      </w:r>
      <w:proofErr w:type="spellStart"/>
      <w:r>
        <w:t>повний</w:t>
      </w:r>
      <w:proofErr w:type="spellEnd"/>
      <w:r>
        <w:t xml:space="preserve"> C++):</w:t>
      </w:r>
    </w:p>
    <w:p w14:paraId="5FC3FBC9" w14:textId="77777777" w:rsidR="00301F29" w:rsidRDefault="00000000">
      <w:r>
        <w:rPr>
          <w:rFonts w:ascii="Courier New" w:hAnsi="Courier New"/>
          <w:sz w:val="18"/>
        </w:rPr>
        <w:t>#include &lt;iostream&gt;</w:t>
      </w:r>
      <w:r>
        <w:rPr>
          <w:rFonts w:ascii="Courier New" w:hAnsi="Courier New"/>
          <w:sz w:val="18"/>
        </w:rPr>
        <w:br/>
        <w:t>#include &lt;cmath&gt;</w:t>
      </w:r>
      <w:r>
        <w:rPr>
          <w:rFonts w:ascii="Courier New" w:hAnsi="Courier New"/>
          <w:sz w:val="18"/>
        </w:rPr>
        <w:br/>
        <w:t>using namespace std;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double f(double x) {</w:t>
      </w:r>
      <w:r>
        <w:rPr>
          <w:rFonts w:ascii="Courier New" w:hAnsi="Courier New"/>
          <w:sz w:val="18"/>
        </w:rPr>
        <w:br/>
        <w:t xml:space="preserve">    return x * pow(x, 2.0/3.0);</w:t>
      </w:r>
      <w:r>
        <w:rPr>
          <w:rFonts w:ascii="Courier New" w:hAnsi="Courier New"/>
          <w:sz w:val="18"/>
        </w:rPr>
        <w:br/>
        <w:t>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int main() {</w:t>
      </w:r>
      <w:r>
        <w:rPr>
          <w:rFonts w:ascii="Courier New" w:hAnsi="Courier New"/>
          <w:sz w:val="18"/>
        </w:rPr>
        <w:br/>
        <w:t xml:space="preserve">    double a = 1, b = 4, h = 0.05;</w:t>
      </w:r>
      <w:r>
        <w:rPr>
          <w:rFonts w:ascii="Courier New" w:hAnsi="Courier New"/>
          <w:sz w:val="18"/>
        </w:rPr>
        <w:br/>
        <w:t xml:space="preserve">    int n = (b - a) / h;</w:t>
      </w:r>
      <w:r>
        <w:rPr>
          <w:rFonts w:ascii="Courier New" w:hAnsi="Courier New"/>
          <w:sz w:val="18"/>
        </w:rPr>
        <w:br/>
        <w:t xml:space="preserve">    double sum = 0;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for(int i = 0; i &lt; n; i++) {</w:t>
      </w:r>
      <w:r>
        <w:rPr>
          <w:rFonts w:ascii="Courier New" w:hAnsi="Courier New"/>
          <w:sz w:val="18"/>
        </w:rPr>
        <w:br/>
        <w:t xml:space="preserve">        double x = a + i*h;</w:t>
      </w:r>
      <w:r>
        <w:rPr>
          <w:rFonts w:ascii="Courier New" w:hAnsi="Courier New"/>
          <w:sz w:val="18"/>
        </w:rPr>
        <w:br/>
        <w:t xml:space="preserve">        sum += f(x);</w:t>
      </w:r>
      <w:r>
        <w:rPr>
          <w:rFonts w:ascii="Courier New" w:hAnsi="Courier New"/>
          <w:sz w:val="18"/>
        </w:rPr>
        <w:br/>
        <w:t xml:space="preserve">    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double result = sum * h;</w:t>
      </w:r>
      <w:r>
        <w:rPr>
          <w:rFonts w:ascii="Courier New" w:hAnsi="Courier New"/>
          <w:sz w:val="18"/>
        </w:rPr>
        <w:br/>
        <w:t xml:space="preserve">    cout &lt;&lt; "Integral = " &lt;&lt; result &lt;&lt; endl;</w:t>
      </w:r>
      <w:r>
        <w:rPr>
          <w:rFonts w:ascii="Courier New" w:hAnsi="Courier New"/>
          <w:sz w:val="18"/>
        </w:rPr>
        <w:br/>
        <w:t xml:space="preserve">    return 0;</w:t>
      </w:r>
      <w:r>
        <w:rPr>
          <w:rFonts w:ascii="Courier New" w:hAnsi="Courier New"/>
          <w:sz w:val="18"/>
        </w:rPr>
        <w:br/>
        <w:t>}</w:t>
      </w:r>
    </w:p>
    <w:p w14:paraId="7C9F393D" w14:textId="46CE940B" w:rsidR="00301F29" w:rsidRDefault="00000000">
      <w:r>
        <w:t>Відповідь: ≈ 1</w:t>
      </w:r>
      <w:r w:rsidR="00DE21EA">
        <w:t>4.51</w:t>
      </w:r>
    </w:p>
    <w:p w14:paraId="0363D698" w14:textId="77777777" w:rsidR="00301F29" w:rsidRDefault="00000000">
      <w:pPr>
        <w:pStyle w:val="21"/>
      </w:pPr>
      <w:r>
        <w:t>Варіант № 2,8,14</w:t>
      </w:r>
    </w:p>
    <w:p w14:paraId="282C3B65" w14:textId="77777777" w:rsidR="00301F29" w:rsidRDefault="00000000">
      <w:r>
        <w:t>f(x) = x/(x+3)^2, [0;2], h = 0.05</w:t>
      </w:r>
    </w:p>
    <w:p w14:paraId="43EF51AE" w14:textId="77777777" w:rsidR="00301F29" w:rsidRDefault="00000000">
      <w:r>
        <w:t>Код (повний C++):</w:t>
      </w:r>
    </w:p>
    <w:p w14:paraId="4F1D5EB2" w14:textId="77777777" w:rsidR="00301F29" w:rsidRDefault="00000000">
      <w:r>
        <w:rPr>
          <w:rFonts w:ascii="Courier New" w:hAnsi="Courier New"/>
          <w:sz w:val="18"/>
        </w:rPr>
        <w:t>#include &lt;iostream&gt;</w:t>
      </w:r>
      <w:r>
        <w:rPr>
          <w:rFonts w:ascii="Courier New" w:hAnsi="Courier New"/>
          <w:sz w:val="18"/>
        </w:rPr>
        <w:br/>
        <w:t>#include &lt;cmath&gt;</w:t>
      </w:r>
      <w:r>
        <w:rPr>
          <w:rFonts w:ascii="Courier New" w:hAnsi="Courier New"/>
          <w:sz w:val="18"/>
        </w:rPr>
        <w:br/>
        <w:t>using namespace std;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double f(double x) {</w:t>
      </w:r>
      <w:r>
        <w:rPr>
          <w:rFonts w:ascii="Courier New" w:hAnsi="Courier New"/>
          <w:sz w:val="18"/>
        </w:rPr>
        <w:br/>
        <w:t xml:space="preserve">    return x / pow(x + 3, 2);</w:t>
      </w:r>
      <w:r>
        <w:rPr>
          <w:rFonts w:ascii="Courier New" w:hAnsi="Courier New"/>
          <w:sz w:val="18"/>
        </w:rPr>
        <w:br/>
        <w:t>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int main() {</w:t>
      </w:r>
      <w:r>
        <w:rPr>
          <w:rFonts w:ascii="Courier New" w:hAnsi="Courier New"/>
          <w:sz w:val="18"/>
        </w:rPr>
        <w:br/>
        <w:t xml:space="preserve">    double a = 0, b = 2, h = 0.05;</w:t>
      </w:r>
      <w:r>
        <w:rPr>
          <w:rFonts w:ascii="Courier New" w:hAnsi="Courier New"/>
          <w:sz w:val="18"/>
        </w:rPr>
        <w:br/>
        <w:t xml:space="preserve">    int n = (b - a) / h;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lastRenderedPageBreak/>
        <w:t xml:space="preserve">    double sum = 0;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for(int i = 0; i &lt; n; i++) {</w:t>
      </w:r>
      <w:r>
        <w:rPr>
          <w:rFonts w:ascii="Courier New" w:hAnsi="Courier New"/>
          <w:sz w:val="18"/>
        </w:rPr>
        <w:br/>
        <w:t xml:space="preserve">        double x = a + i*h;</w:t>
      </w:r>
      <w:r>
        <w:rPr>
          <w:rFonts w:ascii="Courier New" w:hAnsi="Courier New"/>
          <w:sz w:val="18"/>
        </w:rPr>
        <w:br/>
        <w:t xml:space="preserve">        sum += f(x);</w:t>
      </w:r>
      <w:r>
        <w:rPr>
          <w:rFonts w:ascii="Courier New" w:hAnsi="Courier New"/>
          <w:sz w:val="18"/>
        </w:rPr>
        <w:br/>
        <w:t xml:space="preserve">    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double result = sum * h;</w:t>
      </w:r>
      <w:r>
        <w:rPr>
          <w:rFonts w:ascii="Courier New" w:hAnsi="Courier New"/>
          <w:sz w:val="18"/>
        </w:rPr>
        <w:br/>
        <w:t xml:space="preserve">    cout &lt;&lt; "Integral = " &lt;&lt; result &lt;&lt; endl;</w:t>
      </w:r>
      <w:r>
        <w:rPr>
          <w:rFonts w:ascii="Courier New" w:hAnsi="Courier New"/>
          <w:sz w:val="18"/>
        </w:rPr>
        <w:br/>
        <w:t xml:space="preserve">    return 0;</w:t>
      </w:r>
      <w:r>
        <w:rPr>
          <w:rFonts w:ascii="Courier New" w:hAnsi="Courier New"/>
          <w:sz w:val="18"/>
        </w:rPr>
        <w:br/>
        <w:t>}</w:t>
      </w:r>
    </w:p>
    <w:p w14:paraId="34C6AE61" w14:textId="7ED755CF" w:rsidR="00301F29" w:rsidRDefault="00000000">
      <w:proofErr w:type="spellStart"/>
      <w:r>
        <w:t>Відповідь</w:t>
      </w:r>
      <w:proofErr w:type="spellEnd"/>
      <w:r>
        <w:t>: ≈ 0.1</w:t>
      </w:r>
      <w:r w:rsidR="00AE1506" w:rsidRPr="00AE1506">
        <w:t>08</w:t>
      </w:r>
      <w:r>
        <w:br/>
      </w:r>
    </w:p>
    <w:p w14:paraId="451C7F4D" w14:textId="77777777" w:rsidR="00301F29" w:rsidRDefault="00000000">
      <w:pPr>
        <w:pStyle w:val="21"/>
      </w:pPr>
      <w:r>
        <w:t>Варіант № 3,9,15</w:t>
      </w:r>
    </w:p>
    <w:p w14:paraId="714C926C" w14:textId="77777777" w:rsidR="00301F29" w:rsidRDefault="00000000">
      <w:r>
        <w:t>f(x) = (4 − x²)/x, [0.2;1], h = 0.01</w:t>
      </w:r>
    </w:p>
    <w:p w14:paraId="219A3731" w14:textId="77777777" w:rsidR="00301F29" w:rsidRDefault="00000000">
      <w:r>
        <w:t>Код (повний C++):</w:t>
      </w:r>
    </w:p>
    <w:p w14:paraId="34441351" w14:textId="77777777" w:rsidR="00301F29" w:rsidRDefault="00000000">
      <w:r>
        <w:rPr>
          <w:rFonts w:ascii="Courier New" w:hAnsi="Courier New"/>
          <w:sz w:val="18"/>
        </w:rPr>
        <w:t>#include &lt;iostream&gt;</w:t>
      </w:r>
      <w:r>
        <w:rPr>
          <w:rFonts w:ascii="Courier New" w:hAnsi="Courier New"/>
          <w:sz w:val="18"/>
        </w:rPr>
        <w:br/>
        <w:t>#include &lt;cmath&gt;</w:t>
      </w:r>
      <w:r>
        <w:rPr>
          <w:rFonts w:ascii="Courier New" w:hAnsi="Courier New"/>
          <w:sz w:val="18"/>
        </w:rPr>
        <w:br/>
        <w:t>using namespace std;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double f(double x) {</w:t>
      </w:r>
      <w:r>
        <w:rPr>
          <w:rFonts w:ascii="Courier New" w:hAnsi="Courier New"/>
          <w:sz w:val="18"/>
        </w:rPr>
        <w:br/>
        <w:t xml:space="preserve">    return (4 - x*x) / x;</w:t>
      </w:r>
      <w:r>
        <w:rPr>
          <w:rFonts w:ascii="Courier New" w:hAnsi="Courier New"/>
          <w:sz w:val="18"/>
        </w:rPr>
        <w:br/>
        <w:t>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int main() {</w:t>
      </w:r>
      <w:r>
        <w:rPr>
          <w:rFonts w:ascii="Courier New" w:hAnsi="Courier New"/>
          <w:sz w:val="18"/>
        </w:rPr>
        <w:br/>
        <w:t xml:space="preserve">    double a = 0.2, b = 1, h = 0.01;</w:t>
      </w:r>
      <w:r>
        <w:rPr>
          <w:rFonts w:ascii="Courier New" w:hAnsi="Courier New"/>
          <w:sz w:val="18"/>
        </w:rPr>
        <w:br/>
        <w:t xml:space="preserve">    int n = (b - a) / h;</w:t>
      </w:r>
      <w:r>
        <w:rPr>
          <w:rFonts w:ascii="Courier New" w:hAnsi="Courier New"/>
          <w:sz w:val="18"/>
        </w:rPr>
        <w:br/>
        <w:t xml:space="preserve">    double sum = 0;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for(int i = 0; i &lt; n; i++) {</w:t>
      </w:r>
      <w:r>
        <w:rPr>
          <w:rFonts w:ascii="Courier New" w:hAnsi="Courier New"/>
          <w:sz w:val="18"/>
        </w:rPr>
        <w:br/>
        <w:t xml:space="preserve">        double x = a + i*h;</w:t>
      </w:r>
      <w:r>
        <w:rPr>
          <w:rFonts w:ascii="Courier New" w:hAnsi="Courier New"/>
          <w:sz w:val="18"/>
        </w:rPr>
        <w:br/>
        <w:t xml:space="preserve">        sum += f(x);</w:t>
      </w:r>
      <w:r>
        <w:rPr>
          <w:rFonts w:ascii="Courier New" w:hAnsi="Courier New"/>
          <w:sz w:val="18"/>
        </w:rPr>
        <w:br/>
        <w:t xml:space="preserve">    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double result = sum * h;</w:t>
      </w:r>
      <w:r>
        <w:rPr>
          <w:rFonts w:ascii="Courier New" w:hAnsi="Courier New"/>
          <w:sz w:val="18"/>
        </w:rPr>
        <w:br/>
        <w:t xml:space="preserve">    cout &lt;&lt; "Integral = " &lt;&lt; result &lt;&lt; endl;</w:t>
      </w:r>
      <w:r>
        <w:rPr>
          <w:rFonts w:ascii="Courier New" w:hAnsi="Courier New"/>
          <w:sz w:val="18"/>
        </w:rPr>
        <w:br/>
        <w:t xml:space="preserve">    return 0;</w:t>
      </w:r>
      <w:r>
        <w:rPr>
          <w:rFonts w:ascii="Courier New" w:hAnsi="Courier New"/>
          <w:sz w:val="18"/>
        </w:rPr>
        <w:br/>
        <w:t>}</w:t>
      </w:r>
    </w:p>
    <w:p w14:paraId="32A5CCF7" w14:textId="5999133D" w:rsidR="00301F29" w:rsidRDefault="00000000">
      <w:proofErr w:type="spellStart"/>
      <w:r>
        <w:t>Відповідь</w:t>
      </w:r>
      <w:proofErr w:type="spellEnd"/>
      <w:r>
        <w:t>: ≈ 6.</w:t>
      </w:r>
      <w:r w:rsidR="00AE1506">
        <w:rPr>
          <w:lang w:val="ru-RU"/>
        </w:rPr>
        <w:t>042</w:t>
      </w:r>
      <w:r>
        <w:br/>
      </w:r>
    </w:p>
    <w:p w14:paraId="1DB4DE99" w14:textId="77777777" w:rsidR="00301F29" w:rsidRDefault="00000000">
      <w:pPr>
        <w:pStyle w:val="21"/>
      </w:pPr>
      <w:r>
        <w:t>Варіант № 4,10,16</w:t>
      </w:r>
    </w:p>
    <w:p w14:paraId="3ECC5645" w14:textId="77777777" w:rsidR="00301F29" w:rsidRDefault="00000000">
      <w:r>
        <w:t>f(x) = x*sin(x), [0; π/4], h = π/80</w:t>
      </w:r>
    </w:p>
    <w:p w14:paraId="401661DE" w14:textId="77777777" w:rsidR="00301F29" w:rsidRDefault="00000000">
      <w:r>
        <w:t>Код (повний C++):</w:t>
      </w:r>
    </w:p>
    <w:p w14:paraId="4084B091" w14:textId="77777777" w:rsidR="00DE21EA" w:rsidRPr="00DE21EA" w:rsidRDefault="00DE21EA" w:rsidP="00DE21EA">
      <w:pPr>
        <w:rPr>
          <w:rFonts w:ascii="Courier New" w:hAnsi="Courier New"/>
          <w:sz w:val="18"/>
        </w:rPr>
      </w:pPr>
      <w:proofErr w:type="gramStart"/>
      <w:r w:rsidRPr="00DE21EA">
        <w:rPr>
          <w:rFonts w:ascii="Courier New" w:hAnsi="Courier New"/>
          <w:sz w:val="18"/>
        </w:rPr>
        <w:t>#include</w:t>
      </w:r>
      <w:proofErr w:type="gramEnd"/>
      <w:r w:rsidRPr="00DE21EA">
        <w:rPr>
          <w:rFonts w:ascii="Courier New" w:hAnsi="Courier New"/>
          <w:sz w:val="18"/>
        </w:rPr>
        <w:t xml:space="preserve"> &lt;iostream&gt;</w:t>
      </w:r>
    </w:p>
    <w:p w14:paraId="3D768903" w14:textId="77777777" w:rsidR="00DE21EA" w:rsidRPr="00DE21EA" w:rsidRDefault="00DE21EA" w:rsidP="00DE21EA">
      <w:pPr>
        <w:rPr>
          <w:rFonts w:ascii="Courier New" w:hAnsi="Courier New"/>
          <w:sz w:val="18"/>
        </w:rPr>
      </w:pPr>
      <w:proofErr w:type="gramStart"/>
      <w:r w:rsidRPr="00DE21EA">
        <w:rPr>
          <w:rFonts w:ascii="Courier New" w:hAnsi="Courier New"/>
          <w:sz w:val="18"/>
        </w:rPr>
        <w:lastRenderedPageBreak/>
        <w:t>#include</w:t>
      </w:r>
      <w:proofErr w:type="gramEnd"/>
      <w:r w:rsidRPr="00DE21EA">
        <w:rPr>
          <w:rFonts w:ascii="Courier New" w:hAnsi="Courier New"/>
          <w:sz w:val="18"/>
        </w:rPr>
        <w:t xml:space="preserve"> &lt;</w:t>
      </w:r>
      <w:proofErr w:type="spellStart"/>
      <w:r w:rsidRPr="00DE21EA">
        <w:rPr>
          <w:rFonts w:ascii="Courier New" w:hAnsi="Courier New"/>
          <w:sz w:val="18"/>
        </w:rPr>
        <w:t>cmath</w:t>
      </w:r>
      <w:proofErr w:type="spellEnd"/>
      <w:r w:rsidRPr="00DE21EA">
        <w:rPr>
          <w:rFonts w:ascii="Courier New" w:hAnsi="Courier New"/>
          <w:sz w:val="18"/>
        </w:rPr>
        <w:t>&gt;</w:t>
      </w:r>
    </w:p>
    <w:p w14:paraId="62B4DDF4" w14:textId="05F607B3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>using namespace std;</w:t>
      </w:r>
    </w:p>
    <w:p w14:paraId="3D9A149B" w14:textId="4BDD5AED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const double PI = </w:t>
      </w:r>
      <w:proofErr w:type="spellStart"/>
      <w:proofErr w:type="gramStart"/>
      <w:r w:rsidRPr="00DE21EA">
        <w:rPr>
          <w:rFonts w:ascii="Courier New" w:hAnsi="Courier New"/>
          <w:sz w:val="18"/>
        </w:rPr>
        <w:t>acos</w:t>
      </w:r>
      <w:proofErr w:type="spellEnd"/>
      <w:r w:rsidRPr="00DE21EA">
        <w:rPr>
          <w:rFonts w:ascii="Courier New" w:hAnsi="Courier New"/>
          <w:sz w:val="18"/>
        </w:rPr>
        <w:t>(</w:t>
      </w:r>
      <w:proofErr w:type="gramEnd"/>
      <w:r w:rsidRPr="00DE21EA">
        <w:rPr>
          <w:rFonts w:ascii="Courier New" w:hAnsi="Courier New"/>
          <w:sz w:val="18"/>
        </w:rPr>
        <w:t xml:space="preserve">-1); // </w:t>
      </w:r>
      <w:proofErr w:type="spellStart"/>
      <w:r w:rsidRPr="00DE21EA">
        <w:rPr>
          <w:rFonts w:ascii="Courier New" w:hAnsi="Courier New"/>
          <w:sz w:val="18"/>
        </w:rPr>
        <w:t>надійне</w:t>
      </w:r>
      <w:proofErr w:type="spellEnd"/>
      <w:r w:rsidRPr="00DE21EA">
        <w:rPr>
          <w:rFonts w:ascii="Courier New" w:hAnsi="Courier New"/>
          <w:sz w:val="18"/>
        </w:rPr>
        <w:t xml:space="preserve"> PI</w:t>
      </w:r>
    </w:p>
    <w:p w14:paraId="5B154198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double </w:t>
      </w:r>
      <w:proofErr w:type="gramStart"/>
      <w:r w:rsidRPr="00DE21EA">
        <w:rPr>
          <w:rFonts w:ascii="Courier New" w:hAnsi="Courier New"/>
          <w:sz w:val="18"/>
        </w:rPr>
        <w:t>f(</w:t>
      </w:r>
      <w:proofErr w:type="gramEnd"/>
      <w:r w:rsidRPr="00DE21EA">
        <w:rPr>
          <w:rFonts w:ascii="Courier New" w:hAnsi="Courier New"/>
          <w:sz w:val="18"/>
        </w:rPr>
        <w:t>double x) {</w:t>
      </w:r>
    </w:p>
    <w:p w14:paraId="59824267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return x * sin(x);</w:t>
      </w:r>
    </w:p>
    <w:p w14:paraId="590D574F" w14:textId="2A27971F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>}</w:t>
      </w:r>
    </w:p>
    <w:p w14:paraId="6FDB55BA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int </w:t>
      </w:r>
      <w:proofErr w:type="gramStart"/>
      <w:r w:rsidRPr="00DE21EA">
        <w:rPr>
          <w:rFonts w:ascii="Courier New" w:hAnsi="Courier New"/>
          <w:sz w:val="18"/>
        </w:rPr>
        <w:t>main(</w:t>
      </w:r>
      <w:proofErr w:type="gramEnd"/>
      <w:r w:rsidRPr="00DE21EA">
        <w:rPr>
          <w:rFonts w:ascii="Courier New" w:hAnsi="Courier New"/>
          <w:sz w:val="18"/>
        </w:rPr>
        <w:t>) {</w:t>
      </w:r>
    </w:p>
    <w:p w14:paraId="4C74AD37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double a = 0;</w:t>
      </w:r>
    </w:p>
    <w:p w14:paraId="3325FF82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double b = PI / 4;</w:t>
      </w:r>
    </w:p>
    <w:p w14:paraId="53C7E09D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double h = PI / 80;</w:t>
      </w:r>
    </w:p>
    <w:p w14:paraId="55926771" w14:textId="39EF3DEE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int n = (b - a) / h;</w:t>
      </w:r>
    </w:p>
    <w:p w14:paraId="035D5916" w14:textId="6E2FC6EC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double sum = 0;</w:t>
      </w:r>
    </w:p>
    <w:p w14:paraId="2F2F4B2E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// </w:t>
      </w:r>
      <w:proofErr w:type="spellStart"/>
      <w:r w:rsidRPr="00DE21EA">
        <w:rPr>
          <w:rFonts w:ascii="Courier New" w:hAnsi="Courier New"/>
          <w:sz w:val="18"/>
        </w:rPr>
        <w:t>метод</w:t>
      </w:r>
      <w:proofErr w:type="spellEnd"/>
      <w:r w:rsidRPr="00DE21EA">
        <w:rPr>
          <w:rFonts w:ascii="Courier New" w:hAnsi="Courier New"/>
          <w:sz w:val="18"/>
        </w:rPr>
        <w:t xml:space="preserve"> </w:t>
      </w:r>
      <w:proofErr w:type="spellStart"/>
      <w:r w:rsidRPr="00DE21EA">
        <w:rPr>
          <w:rFonts w:ascii="Courier New" w:hAnsi="Courier New"/>
          <w:sz w:val="18"/>
        </w:rPr>
        <w:t>трапецій</w:t>
      </w:r>
      <w:proofErr w:type="spellEnd"/>
    </w:p>
    <w:p w14:paraId="46C72CA6" w14:textId="02A77B3F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sum = (f(a) + f(b)) / 2.0;</w:t>
      </w:r>
    </w:p>
    <w:p w14:paraId="6208C8CD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for (int </w:t>
      </w:r>
      <w:proofErr w:type="spellStart"/>
      <w:r w:rsidRPr="00DE21EA">
        <w:rPr>
          <w:rFonts w:ascii="Courier New" w:hAnsi="Courier New"/>
          <w:sz w:val="18"/>
        </w:rPr>
        <w:t>i</w:t>
      </w:r>
      <w:proofErr w:type="spellEnd"/>
      <w:r w:rsidRPr="00DE21EA">
        <w:rPr>
          <w:rFonts w:ascii="Courier New" w:hAnsi="Courier New"/>
          <w:sz w:val="18"/>
        </w:rPr>
        <w:t xml:space="preserve"> = 1; </w:t>
      </w:r>
      <w:proofErr w:type="spellStart"/>
      <w:r w:rsidRPr="00DE21EA">
        <w:rPr>
          <w:rFonts w:ascii="Courier New" w:hAnsi="Courier New"/>
          <w:sz w:val="18"/>
        </w:rPr>
        <w:t>i</w:t>
      </w:r>
      <w:proofErr w:type="spellEnd"/>
      <w:r w:rsidRPr="00DE21EA">
        <w:rPr>
          <w:rFonts w:ascii="Courier New" w:hAnsi="Courier New"/>
          <w:sz w:val="18"/>
        </w:rPr>
        <w:t xml:space="preserve"> &lt; n; </w:t>
      </w:r>
      <w:proofErr w:type="spellStart"/>
      <w:r w:rsidRPr="00DE21EA">
        <w:rPr>
          <w:rFonts w:ascii="Courier New" w:hAnsi="Courier New"/>
          <w:sz w:val="18"/>
        </w:rPr>
        <w:t>i</w:t>
      </w:r>
      <w:proofErr w:type="spellEnd"/>
      <w:r w:rsidRPr="00DE21EA">
        <w:rPr>
          <w:rFonts w:ascii="Courier New" w:hAnsi="Courier New"/>
          <w:sz w:val="18"/>
        </w:rPr>
        <w:t>+</w:t>
      </w:r>
      <w:proofErr w:type="gramStart"/>
      <w:r w:rsidRPr="00DE21EA">
        <w:rPr>
          <w:rFonts w:ascii="Courier New" w:hAnsi="Courier New"/>
          <w:sz w:val="18"/>
        </w:rPr>
        <w:t>+) {</w:t>
      </w:r>
      <w:proofErr w:type="gramEnd"/>
    </w:p>
    <w:p w14:paraId="060C3AEA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    double x = a + </w:t>
      </w:r>
      <w:proofErr w:type="spellStart"/>
      <w:r w:rsidRPr="00DE21EA">
        <w:rPr>
          <w:rFonts w:ascii="Courier New" w:hAnsi="Courier New"/>
          <w:sz w:val="18"/>
        </w:rPr>
        <w:t>i</w:t>
      </w:r>
      <w:proofErr w:type="spellEnd"/>
      <w:r w:rsidRPr="00DE21EA">
        <w:rPr>
          <w:rFonts w:ascii="Courier New" w:hAnsi="Courier New"/>
          <w:sz w:val="18"/>
        </w:rPr>
        <w:t xml:space="preserve"> * h;</w:t>
      </w:r>
    </w:p>
    <w:p w14:paraId="1E3CDFB4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    sum += f(x);</w:t>
      </w:r>
    </w:p>
    <w:p w14:paraId="6C4B60C8" w14:textId="1082BD5E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</w:t>
      </w:r>
      <w:r>
        <w:rPr>
          <w:rFonts w:ascii="Courier New" w:hAnsi="Courier New"/>
          <w:sz w:val="18"/>
        </w:rPr>
        <w:t>}</w:t>
      </w:r>
    </w:p>
    <w:p w14:paraId="2712C865" w14:textId="0F12352D" w:rsidR="00DE21EA" w:rsidRPr="00DE21EA" w:rsidRDefault="00DE21EA" w:rsidP="00DE21EA">
      <w:pPr>
        <w:rPr>
          <w:rFonts w:ascii="Courier New" w:hAnsi="Courier New"/>
          <w:sz w:val="18"/>
          <w:lang w:val="uk-UA"/>
        </w:rPr>
      </w:pPr>
      <w:r w:rsidRPr="00DE21EA">
        <w:rPr>
          <w:rFonts w:ascii="Courier New" w:hAnsi="Courier New"/>
          <w:sz w:val="18"/>
        </w:rPr>
        <w:t xml:space="preserve">    double result = sum * h;</w:t>
      </w:r>
    </w:p>
    <w:p w14:paraId="5DB3773E" w14:textId="0885C639" w:rsidR="00DE21EA" w:rsidRPr="00DE21EA" w:rsidRDefault="00DE21EA" w:rsidP="00DE21EA">
      <w:pPr>
        <w:rPr>
          <w:rFonts w:ascii="Courier New" w:hAnsi="Courier New"/>
          <w:sz w:val="18"/>
          <w:lang w:val="uk-UA"/>
        </w:rPr>
      </w:pPr>
      <w:r w:rsidRPr="00DE21EA">
        <w:rPr>
          <w:rFonts w:ascii="Courier New" w:hAnsi="Courier New"/>
          <w:sz w:val="18"/>
        </w:rPr>
        <w:t xml:space="preserve">    </w:t>
      </w:r>
      <w:proofErr w:type="spellStart"/>
      <w:r w:rsidRPr="00DE21EA">
        <w:rPr>
          <w:rFonts w:ascii="Courier New" w:hAnsi="Courier New"/>
          <w:sz w:val="18"/>
        </w:rPr>
        <w:t>cout</w:t>
      </w:r>
      <w:proofErr w:type="spellEnd"/>
      <w:r w:rsidRPr="00DE21EA">
        <w:rPr>
          <w:rFonts w:ascii="Courier New" w:hAnsi="Courier New"/>
          <w:sz w:val="18"/>
        </w:rPr>
        <w:t xml:space="preserve"> &lt;&lt; "Integral = " &lt;&lt; result &lt;&lt; </w:t>
      </w:r>
      <w:proofErr w:type="spellStart"/>
      <w:r w:rsidRPr="00DE21EA">
        <w:rPr>
          <w:rFonts w:ascii="Courier New" w:hAnsi="Courier New"/>
          <w:sz w:val="18"/>
        </w:rPr>
        <w:t>endl</w:t>
      </w:r>
      <w:proofErr w:type="spellEnd"/>
      <w:r w:rsidRPr="00DE21EA">
        <w:rPr>
          <w:rFonts w:ascii="Courier New" w:hAnsi="Courier New"/>
          <w:sz w:val="18"/>
        </w:rPr>
        <w:t>;</w:t>
      </w:r>
    </w:p>
    <w:p w14:paraId="48F26F52" w14:textId="77777777" w:rsidR="00DE21EA" w:rsidRPr="00DE21EA" w:rsidRDefault="00DE21EA" w:rsidP="00DE21EA">
      <w:pPr>
        <w:rPr>
          <w:rFonts w:ascii="Courier New" w:hAnsi="Courier New"/>
          <w:sz w:val="18"/>
        </w:rPr>
      </w:pPr>
      <w:r w:rsidRPr="00DE21EA">
        <w:rPr>
          <w:rFonts w:ascii="Courier New" w:hAnsi="Courier New"/>
          <w:sz w:val="18"/>
        </w:rPr>
        <w:t xml:space="preserve">    return 0;</w:t>
      </w:r>
    </w:p>
    <w:p w14:paraId="518F7B9B" w14:textId="77777777" w:rsidR="00DE21EA" w:rsidRDefault="00DE21EA" w:rsidP="00DE21EA">
      <w:pPr>
        <w:rPr>
          <w:rFonts w:ascii="Courier New" w:hAnsi="Courier New"/>
          <w:sz w:val="18"/>
          <w:lang w:val="uk-UA"/>
        </w:rPr>
      </w:pPr>
      <w:r w:rsidRPr="00DE21EA">
        <w:rPr>
          <w:rFonts w:ascii="Courier New" w:hAnsi="Courier New"/>
          <w:sz w:val="18"/>
        </w:rPr>
        <w:t>}</w:t>
      </w:r>
    </w:p>
    <w:p w14:paraId="0A8EF00F" w14:textId="5F99C056" w:rsidR="00301F29" w:rsidRDefault="00000000" w:rsidP="00DE21EA">
      <w:proofErr w:type="spellStart"/>
      <w:r>
        <w:t>Відповідь</w:t>
      </w:r>
      <w:proofErr w:type="spellEnd"/>
      <w:r>
        <w:t>: ≈ 0.15</w:t>
      </w:r>
      <w:r w:rsidR="00DE21EA">
        <w:t>1</w:t>
      </w:r>
      <w:r>
        <w:br/>
      </w:r>
    </w:p>
    <w:p w14:paraId="289C22DA" w14:textId="77777777" w:rsidR="00301F29" w:rsidRDefault="00000000">
      <w:pPr>
        <w:pStyle w:val="21"/>
      </w:pPr>
      <w:r>
        <w:t>Варіант № 5,11,17</w:t>
      </w:r>
    </w:p>
    <w:p w14:paraId="08F1CFE7" w14:textId="77777777" w:rsidR="00301F29" w:rsidRDefault="00000000">
      <w:r>
        <w:t>f(x) = 2^(3x), [0;1], h = 0.02</w:t>
      </w:r>
    </w:p>
    <w:p w14:paraId="3FC18811" w14:textId="77777777" w:rsidR="00301F29" w:rsidRDefault="00000000">
      <w:r>
        <w:t>Код (повний C++):</w:t>
      </w:r>
    </w:p>
    <w:p w14:paraId="7E8DC206" w14:textId="77777777" w:rsidR="00301F29" w:rsidRDefault="00000000">
      <w:r>
        <w:rPr>
          <w:rFonts w:ascii="Courier New" w:hAnsi="Courier New"/>
          <w:sz w:val="18"/>
        </w:rPr>
        <w:t>#include &lt;iostream&gt;</w:t>
      </w:r>
      <w:r>
        <w:rPr>
          <w:rFonts w:ascii="Courier New" w:hAnsi="Courier New"/>
          <w:sz w:val="18"/>
        </w:rPr>
        <w:br/>
        <w:t>#include &lt;cmath&gt;</w:t>
      </w:r>
      <w:r>
        <w:rPr>
          <w:rFonts w:ascii="Courier New" w:hAnsi="Courier New"/>
          <w:sz w:val="18"/>
        </w:rPr>
        <w:br/>
        <w:t>using namespace std;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double f(double x) {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lastRenderedPageBreak/>
        <w:t xml:space="preserve">    return pow(2, 3*x);</w:t>
      </w:r>
      <w:r>
        <w:rPr>
          <w:rFonts w:ascii="Courier New" w:hAnsi="Courier New"/>
          <w:sz w:val="18"/>
        </w:rPr>
        <w:br/>
        <w:t>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int main() {</w:t>
      </w:r>
      <w:r>
        <w:rPr>
          <w:rFonts w:ascii="Courier New" w:hAnsi="Courier New"/>
          <w:sz w:val="18"/>
        </w:rPr>
        <w:br/>
        <w:t xml:space="preserve">    double a = 0, b = 1, h = 0.02;</w:t>
      </w:r>
      <w:r>
        <w:rPr>
          <w:rFonts w:ascii="Courier New" w:hAnsi="Courier New"/>
          <w:sz w:val="18"/>
        </w:rPr>
        <w:br/>
        <w:t xml:space="preserve">    int n = (b - a) / h;</w:t>
      </w:r>
      <w:r>
        <w:rPr>
          <w:rFonts w:ascii="Courier New" w:hAnsi="Courier New"/>
          <w:sz w:val="18"/>
        </w:rPr>
        <w:br/>
        <w:t xml:space="preserve">    double sum = 0;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for(int i = 0; i &lt; n; i++) {</w:t>
      </w:r>
      <w:r>
        <w:rPr>
          <w:rFonts w:ascii="Courier New" w:hAnsi="Courier New"/>
          <w:sz w:val="18"/>
        </w:rPr>
        <w:br/>
        <w:t xml:space="preserve">        double x = a + i*h;</w:t>
      </w:r>
      <w:r>
        <w:rPr>
          <w:rFonts w:ascii="Courier New" w:hAnsi="Courier New"/>
          <w:sz w:val="18"/>
        </w:rPr>
        <w:br/>
        <w:t xml:space="preserve">        sum += f(x);</w:t>
      </w:r>
      <w:r>
        <w:rPr>
          <w:rFonts w:ascii="Courier New" w:hAnsi="Courier New"/>
          <w:sz w:val="18"/>
        </w:rPr>
        <w:br/>
        <w:t xml:space="preserve">    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double result = sum * h;</w:t>
      </w:r>
      <w:r>
        <w:rPr>
          <w:rFonts w:ascii="Courier New" w:hAnsi="Courier New"/>
          <w:sz w:val="18"/>
        </w:rPr>
        <w:br/>
        <w:t xml:space="preserve">    cout &lt;&lt; "Integral = " &lt;&lt; result &lt;&lt; endl;</w:t>
      </w:r>
      <w:r>
        <w:rPr>
          <w:rFonts w:ascii="Courier New" w:hAnsi="Courier New"/>
          <w:sz w:val="18"/>
        </w:rPr>
        <w:br/>
        <w:t xml:space="preserve">    return 0;</w:t>
      </w:r>
      <w:r>
        <w:rPr>
          <w:rFonts w:ascii="Courier New" w:hAnsi="Courier New"/>
          <w:sz w:val="18"/>
        </w:rPr>
        <w:br/>
        <w:t>}</w:t>
      </w:r>
    </w:p>
    <w:p w14:paraId="1F5955D2" w14:textId="1B5B1DA0" w:rsidR="00301F29" w:rsidRDefault="00000000">
      <w:proofErr w:type="spellStart"/>
      <w:r>
        <w:t>Відповідь</w:t>
      </w:r>
      <w:proofErr w:type="spellEnd"/>
      <w:r>
        <w:t xml:space="preserve">: ≈ </w:t>
      </w:r>
      <w:r w:rsidR="00DE21EA">
        <w:t>3.29</w:t>
      </w:r>
      <w:r>
        <w:br/>
      </w:r>
    </w:p>
    <w:p w14:paraId="413E13A9" w14:textId="77777777" w:rsidR="00301F29" w:rsidRDefault="00000000">
      <w:pPr>
        <w:pStyle w:val="21"/>
      </w:pPr>
      <w:r>
        <w:t>Варіант № 6,12,18</w:t>
      </w:r>
    </w:p>
    <w:p w14:paraId="058500FB" w14:textId="77777777" w:rsidR="00301F29" w:rsidRDefault="00000000">
      <w:r>
        <w:t>f(x) = ln^2(x)/x, [1;5], h = 0.08</w:t>
      </w:r>
    </w:p>
    <w:p w14:paraId="5A8354B4" w14:textId="77777777" w:rsidR="00301F29" w:rsidRDefault="00000000">
      <w:r>
        <w:t>Код (повний C++):</w:t>
      </w:r>
    </w:p>
    <w:p w14:paraId="7B556E14" w14:textId="77777777" w:rsidR="00301F29" w:rsidRDefault="00000000">
      <w:r>
        <w:rPr>
          <w:rFonts w:ascii="Courier New" w:hAnsi="Courier New"/>
          <w:sz w:val="18"/>
        </w:rPr>
        <w:t>#include &lt;iostream&gt;</w:t>
      </w:r>
      <w:r>
        <w:rPr>
          <w:rFonts w:ascii="Courier New" w:hAnsi="Courier New"/>
          <w:sz w:val="18"/>
        </w:rPr>
        <w:br/>
        <w:t>#include &lt;cmath&gt;</w:t>
      </w:r>
      <w:r>
        <w:rPr>
          <w:rFonts w:ascii="Courier New" w:hAnsi="Courier New"/>
          <w:sz w:val="18"/>
        </w:rPr>
        <w:br/>
        <w:t>using namespace std;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double f(double x) {</w:t>
      </w:r>
      <w:r>
        <w:rPr>
          <w:rFonts w:ascii="Courier New" w:hAnsi="Courier New"/>
          <w:sz w:val="18"/>
        </w:rPr>
        <w:br/>
        <w:t xml:space="preserve">    return pow(log(x),2)/x;</w:t>
      </w:r>
      <w:r>
        <w:rPr>
          <w:rFonts w:ascii="Courier New" w:hAnsi="Courier New"/>
          <w:sz w:val="18"/>
        </w:rPr>
        <w:br/>
        <w:t>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>int main() {</w:t>
      </w:r>
      <w:r>
        <w:rPr>
          <w:rFonts w:ascii="Courier New" w:hAnsi="Courier New"/>
          <w:sz w:val="18"/>
        </w:rPr>
        <w:br/>
        <w:t xml:space="preserve">    double a = 1, b = 5, h = 0.08;</w:t>
      </w:r>
      <w:r>
        <w:rPr>
          <w:rFonts w:ascii="Courier New" w:hAnsi="Courier New"/>
          <w:sz w:val="18"/>
        </w:rPr>
        <w:br/>
        <w:t xml:space="preserve">    int n = (b - a) / h;</w:t>
      </w:r>
      <w:r>
        <w:rPr>
          <w:rFonts w:ascii="Courier New" w:hAnsi="Courier New"/>
          <w:sz w:val="18"/>
        </w:rPr>
        <w:br/>
        <w:t xml:space="preserve">    double sum = 0;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for(int i = 0; i &lt; n; i++) {</w:t>
      </w:r>
      <w:r>
        <w:rPr>
          <w:rFonts w:ascii="Courier New" w:hAnsi="Courier New"/>
          <w:sz w:val="18"/>
        </w:rPr>
        <w:br/>
        <w:t xml:space="preserve">        double x = a + i*h;</w:t>
      </w:r>
      <w:r>
        <w:rPr>
          <w:rFonts w:ascii="Courier New" w:hAnsi="Courier New"/>
          <w:sz w:val="18"/>
        </w:rPr>
        <w:br/>
        <w:t xml:space="preserve">        sum += f(x);</w:t>
      </w:r>
      <w:r>
        <w:rPr>
          <w:rFonts w:ascii="Courier New" w:hAnsi="Courier New"/>
          <w:sz w:val="18"/>
        </w:rPr>
        <w:br/>
        <w:t xml:space="preserve">    }</w:t>
      </w:r>
      <w:r>
        <w:rPr>
          <w:rFonts w:ascii="Courier New" w:hAnsi="Courier New"/>
          <w:sz w:val="18"/>
        </w:rPr>
        <w:br/>
      </w:r>
      <w:r>
        <w:rPr>
          <w:rFonts w:ascii="Courier New" w:hAnsi="Courier New"/>
          <w:sz w:val="18"/>
        </w:rPr>
        <w:br/>
        <w:t xml:space="preserve">    double result = sum * h;</w:t>
      </w:r>
      <w:r>
        <w:rPr>
          <w:rFonts w:ascii="Courier New" w:hAnsi="Courier New"/>
          <w:sz w:val="18"/>
        </w:rPr>
        <w:br/>
        <w:t xml:space="preserve">    cout &lt;&lt; "Integral = " &lt;&lt; result &lt;&lt; endl;</w:t>
      </w:r>
      <w:r>
        <w:rPr>
          <w:rFonts w:ascii="Courier New" w:hAnsi="Courier New"/>
          <w:sz w:val="18"/>
        </w:rPr>
        <w:br/>
        <w:t xml:space="preserve">    return 0;</w:t>
      </w:r>
      <w:r>
        <w:rPr>
          <w:rFonts w:ascii="Courier New" w:hAnsi="Courier New"/>
          <w:sz w:val="18"/>
        </w:rPr>
        <w:br/>
        <w:t>}</w:t>
      </w:r>
    </w:p>
    <w:p w14:paraId="176CFCAA" w14:textId="75371277" w:rsidR="00301F29" w:rsidRDefault="00000000">
      <w:proofErr w:type="spellStart"/>
      <w:r>
        <w:t>Відповідь</w:t>
      </w:r>
      <w:proofErr w:type="spellEnd"/>
      <w:r>
        <w:t>: ≈ 1.</w:t>
      </w:r>
      <w:r w:rsidR="00DE21EA">
        <w:t>36</w:t>
      </w:r>
      <w:r>
        <w:br/>
      </w:r>
    </w:p>
    <w:sectPr w:rsidR="00301F2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330840">
    <w:abstractNumId w:val="8"/>
  </w:num>
  <w:num w:numId="2" w16cid:durableId="2146002321">
    <w:abstractNumId w:val="6"/>
  </w:num>
  <w:num w:numId="3" w16cid:durableId="1988968527">
    <w:abstractNumId w:val="5"/>
  </w:num>
  <w:num w:numId="4" w16cid:durableId="606353341">
    <w:abstractNumId w:val="4"/>
  </w:num>
  <w:num w:numId="5" w16cid:durableId="1286427351">
    <w:abstractNumId w:val="7"/>
  </w:num>
  <w:num w:numId="6" w16cid:durableId="714544280">
    <w:abstractNumId w:val="3"/>
  </w:num>
  <w:num w:numId="7" w16cid:durableId="976687918">
    <w:abstractNumId w:val="2"/>
  </w:num>
  <w:num w:numId="8" w16cid:durableId="1499810344">
    <w:abstractNumId w:val="1"/>
  </w:num>
  <w:num w:numId="9" w16cid:durableId="153519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1F29"/>
    <w:rsid w:val="00326F90"/>
    <w:rsid w:val="00A23489"/>
    <w:rsid w:val="00AA1D8D"/>
    <w:rsid w:val="00AE1506"/>
    <w:rsid w:val="00B47730"/>
    <w:rsid w:val="00CB0664"/>
    <w:rsid w:val="00DE21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9114C"/>
  <w14:defaultImageDpi w14:val="300"/>
  <w15:docId w15:val="{649BE7E3-C3A3-4BF0-8F5F-95E70115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448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Горковець Артем Максимович</cp:lastModifiedBy>
  <cp:revision>2</cp:revision>
  <dcterms:created xsi:type="dcterms:W3CDTF">2026-04-23T12:47:00Z</dcterms:created>
  <dcterms:modified xsi:type="dcterms:W3CDTF">2026-04-23T12:47:00Z</dcterms:modified>
  <cp:category/>
</cp:coreProperties>
</file>