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Портфоліо – Віка Просвєтова</w:t>
      </w:r>
    </w:p>
    <w:p>
      <w:pPr>
        <w:pStyle w:val="Heading2"/>
      </w:pPr>
      <w:r>
        <w:t>1. Копірайтинг</w:t>
      </w:r>
    </w:p>
    <w:p>
      <w:r>
        <w:t>Тема: 5 причин подорожувати Україною цього літа</w:t>
        <w:br/>
        <w:t>Тип тексту: Інформативно-мотиваційна стаття (приклад)</w:t>
      </w:r>
    </w:p>
    <w:p>
      <w:r>
        <w:t>Україна — неймовірна країна з тисячами цікавих місць, які варто побачити хоча б раз у житті. Якщо ви досі не визначилися з відпусткою — ось п’ять причин обрати саме мандрівку рідним краєм:</w:t>
        <w:br/>
        <w:br/>
        <w:t>1. Неперевершені краєвиди. Карпати, Поділля, узбережжя Чорного моря — кожен регіон має свою унікальну природу.</w:t>
        <w:br/>
        <w:t>2. Доступні ціни. Відпочинок в Україні — це можливість зекономити без втрати якості.</w:t>
        <w:br/>
        <w:t>3. Гостинність. Українці — одні з найтепліших і найщиріших народів, і ви це відчуєте всюди.</w:t>
        <w:br/>
        <w:t>4. Культура та історія. Фортеці, музеї, фестивалі — все поруч і без віз.</w:t>
        <w:br/>
        <w:t>5. Підтримка локального бізнесу. Подорожуючи всередині країни, ви допомагаєте розвиватися малим підприємствам.</w:t>
        <w:br/>
        <w:br/>
        <w:t>Україна — не тільки велика, а й безмежно красива. Вирушайте досліджувати її вже цього літа!</w:t>
      </w:r>
    </w:p>
    <w:p>
      <w:pPr>
        <w:pStyle w:val="Heading2"/>
      </w:pPr>
      <w:r>
        <w:t>2. Редагування тексту</w:t>
      </w:r>
    </w:p>
    <w:p>
      <w:r>
        <w:t>Приклад: до/після редагування абзацу з помилками</w:t>
      </w:r>
    </w:p>
    <w:p>
      <w:r>
        <w:t>До редагування:</w:t>
        <w:br/>
        <w:t>Ми пропонуєм нашим клієнтам найкращі умови. Наш готель находиться в самому центрі міста, зручно для всіх гостей. Обслуговування високоякісне, персонал привітливий і старається допомогти.</w:t>
      </w:r>
    </w:p>
    <w:p>
      <w:r>
        <w:t>Після редагування:</w:t>
        <w:br/>
        <w:t>Ми пропонуємо нашим клієнтам найкращі умови. Наш готель розташований у самому центрі міста — зручно для кожного гостя. Ми гарантуємо високоякісне обслуговування, а наш привітний персонал завжди готовий допомогти.</w:t>
      </w:r>
    </w:p>
    <w:p>
      <w:r>
        <w:t>Пояснення:</w:t>
        <w:br/>
        <w:t>– Виправлено граматичні помилки</w:t>
        <w:br/>
        <w:t>– Покращено стиль і плавність читання</w:t>
        <w:br/>
        <w:t>– Усунуто повтори та канцеляризми</w:t>
      </w:r>
    </w:p>
    <w:p>
      <w:pPr>
        <w:pStyle w:val="Heading2"/>
      </w:pPr>
      <w:r>
        <w:t>3. Переклад</w:t>
      </w:r>
    </w:p>
    <w:p>
      <w:r>
        <w:t>Приклад перекладу з англійської на українську (гостинність):</w:t>
      </w:r>
    </w:p>
    <w:p>
      <w:r>
        <w:t>Оригінал (EN):</w:t>
        <w:br/>
        <w:t>Welcome to our hotel! We offer modern rooms, friendly service, and a perfect location near the city center. Whether you're here for business or vacation, we’ll make sure your stay is comfortable and enjoyable.</w:t>
      </w:r>
    </w:p>
    <w:p>
      <w:r>
        <w:t>Переклад (UA):</w:t>
        <w:br/>
        <w:t>Ласкаво просимо до нашого готелю! Ми пропонуємо сучасні номери, привітний сервіс та ідеальне розташування поблизу центру міста. Незалежно від того, ви приїхали у справах чи на відпочинок — ми зробимо все, щоб ваше перебування було комфортним і приємним.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