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AI-контент від Богдана: тексти, переклади, описи, пости</w:t>
      </w:r>
    </w:p>
    <w:p>
      <w:pPr>
        <w:pStyle w:val="Heading1"/>
      </w:pPr>
      <w:r>
        <w:t>Instagram-пост (Beauty-бренд)</w:t>
      </w:r>
    </w:p>
    <w:p>
      <w:r>
        <w:t>💆‍♀️ Твоя шкіра — твоє дзеркало.</w:t>
        <w:br/>
        <w:t>Зволоження, яке працює з першого застосування.</w:t>
        <w:br/>
        <w:t>Наша сироватка — це сила вітаміну С та природних компонентів.</w:t>
        <w:br/>
        <w:t>✨ #натуральнакосметика #краса #українськийбренд</w:t>
      </w:r>
    </w:p>
    <w:p>
      <w:pPr>
        <w:pStyle w:val="Heading1"/>
      </w:pPr>
      <w:r>
        <w:t>SEO-опис товару (eco bottle)</w:t>
      </w:r>
    </w:p>
    <w:p>
      <w:r>
        <w:t>Назва: Міцна еко-пляшка з тритану, 750 мл</w:t>
        <w:br/>
        <w:t>Опис:</w:t>
        <w:br/>
        <w:t>Екологічна альтернатива одноразовим пляшкам. Виготовлена з безпечного тритану, не містить BPA. Стійка до високих температур, не поглинає запахів.</w:t>
        <w:br/>
        <w:t>✅ Легка</w:t>
        <w:br/>
        <w:t>✅ Міцна</w:t>
        <w:br/>
        <w:t>✅ Екологічна</w:t>
      </w:r>
    </w:p>
    <w:p>
      <w:pPr>
        <w:pStyle w:val="Heading1"/>
      </w:pPr>
      <w:r>
        <w:t>Переклад (англ → укр) — e-mail для магазину</w:t>
      </w:r>
    </w:p>
    <w:p>
      <w:r>
        <w:t>Оригінал:</w:t>
        <w:br/>
        <w:t>Thank you for your order! We’re preparing your package and will ship it in 24 hours.</w:t>
        <w:br/>
        <w:br/>
        <w:t>Переклад:</w:t>
        <w:br/>
        <w:t>Дякуємо за ваше замовлення! Ми вже готуємо посилку — відправка протягом 24 годин.</w:t>
      </w:r>
    </w:p>
    <w:p>
      <w:pPr>
        <w:pStyle w:val="Heading1"/>
      </w:pPr>
      <w:r>
        <w:t>Неймінг / слогани для бренду одягу</w:t>
      </w:r>
    </w:p>
    <w:p>
      <w:r>
        <w:t>- UrbanCode — твоє місто, твій стиль</w:t>
        <w:br/>
        <w:t>- Мода для тих, хто не мовчить</w:t>
        <w:br/>
        <w:t>- Be Loud. Be Local.</w:t>
      </w:r>
    </w:p>
    <w:p>
      <w:pPr>
        <w:pStyle w:val="Heading1"/>
      </w:pPr>
      <w:r>
        <w:t>Email-розсилка (курси / онлайн-школа)</w:t>
      </w:r>
    </w:p>
    <w:p>
      <w:r>
        <w:t>🎓 Старт нового потоку вже в понеділок!</w:t>
        <w:br/>
        <w:t>Встигніть зареєструватися до кінця дня зі знижкою -20%</w:t>
        <w:br/>
        <w:t>📥 Натисніть “Взяти участь” і приєднуйтесь!</w:t>
      </w:r>
    </w:p>
    <w:p>
      <w:r>
        <w:t>Виконую тексти швидко, за допомогою ChatGPT та ручного доопрацювання.</w:t>
        <w:br/>
        <w:t>Адаптую під ваш бренд, тематику та стиль.</w:t>
        <w:br/>
        <w:br/>
        <w:t>Вартість: від 150 грн.</w:t>
        <w:br/>
        <w:t>Час виконання: від 30 хв до 2 годин</w:t>
        <w:br/>
        <w:t>Мови: українська, англійська, російська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