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StudyNow — онлайн курсы</w:t>
      </w:r>
    </w:p>
    <w:p>
      <w:r>
        <w:t>StudyNow — это платформа с уроками по 20 минут, практическими заданиями и поддержкой преподавателя. Освой новую профессию за 2 месяца. Учись там, где удобно, и сразу применяй навыки на практике.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