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Резюме</w:t>
      </w:r>
    </w:p>
    <w:p>
      <w:r>
        <w:t>📌 Имя: Евгения К.</w:t>
      </w:r>
    </w:p>
    <w:p>
      <w:r>
        <w:t>📍 Город: Украина (работаю удалённо)</w:t>
      </w:r>
    </w:p>
    <w:p>
      <w:r>
        <w:t>📧 Email: kalinina14081983jane@gmail.com</w:t>
      </w:r>
    </w:p>
    <w:p>
      <w:r>
        <w:t>📱 Телефон: 050-614-18-59</w:t>
      </w:r>
    </w:p>
    <w:p>
      <w:pPr>
        <w:pStyle w:val="Heading1"/>
      </w:pPr>
      <w:r>
        <w:t>🎯 Цель</w:t>
      </w:r>
    </w:p>
    <w:p>
      <w:r>
        <w:t>Ищу удалённую работу начального уровня в сфере тестирования, ввода данных или транскрибации. Внимательна, быстро обучаюсь, хорошо владею компьютером и текстовым набором.</w:t>
      </w:r>
    </w:p>
    <w:p>
      <w:pPr>
        <w:pStyle w:val="Heading1"/>
      </w:pPr>
      <w:r>
        <w:t>🛠 Навыки</w:t>
      </w:r>
    </w:p>
    <w:p>
      <w:r>
        <w:t>— Уверенное владение ПК и интернетом</w:t>
        <w:br/>
        <w:t>— Быстрый и аккуратный набор текста</w:t>
        <w:br/>
        <w:t>— Работа с Google Документами и Excel</w:t>
        <w:br/>
        <w:t>— Грамотность и внимательность</w:t>
        <w:br/>
        <w:t>— Прохожу обучение по QA (тестирование ПО)</w:t>
        <w:br/>
        <w:t>— Знакома с Canva и базовыми онлайн-сервисами</w:t>
      </w:r>
    </w:p>
    <w:p>
      <w:pPr>
        <w:pStyle w:val="Heading1"/>
      </w:pPr>
      <w:r>
        <w:t>📚 Образование</w:t>
      </w:r>
    </w:p>
    <w:p>
      <w:r>
        <w:t>КФ ДонНТУ, окончила в 2005 году</w:t>
      </w:r>
    </w:p>
    <w:p>
      <w:pPr>
        <w:pStyle w:val="Heading1"/>
      </w:pPr>
      <w:r>
        <w:t>💼 Опыт</w:t>
      </w:r>
    </w:p>
    <w:p>
      <w:r>
        <w:t>Готова начать с обучающих заданий и стажировок. Работаю на результат, соблюдаю сроки. Есть опыт создания и оформления книг, набора текста, загрузки материалов на платформы.</w:t>
      </w:r>
    </w:p>
    <w:p>
      <w:pPr>
        <w:pStyle w:val="Heading1"/>
      </w:pPr>
      <w:r>
        <w:t>📎 Готова</w:t>
      </w:r>
    </w:p>
    <w:p>
      <w:r>
        <w:t>— Работать в любое время</w:t>
        <w:br/>
        <w:t>— Выполнять тестовые задания</w:t>
        <w:br/>
        <w:t>— Быстро осваивать новые инструменты и задачи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