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1AFE8B" w14:textId="77777777" w:rsidR="00480AC9" w:rsidRPr="00A02A68" w:rsidRDefault="00A02A68">
      <w:pPr>
        <w:pStyle w:val="1"/>
        <w:rPr>
          <w:lang w:val="ru-RU"/>
        </w:rPr>
      </w:pPr>
      <w:r w:rsidRPr="00A02A68">
        <w:rPr>
          <w:lang w:val="ru-RU"/>
        </w:rPr>
        <w:t>Художній переклад з англійської на українську</w:t>
      </w:r>
    </w:p>
    <w:p w14:paraId="22A3F6CF" w14:textId="77777777" w:rsidR="00480AC9" w:rsidRPr="00A02A68" w:rsidRDefault="00A02A68">
      <w:pPr>
        <w:rPr>
          <w:lang w:val="ru-RU"/>
        </w:rPr>
      </w:pPr>
      <w:r w:rsidRPr="00A02A68">
        <w:rPr>
          <w:lang w:val="ru-RU"/>
        </w:rPr>
        <w:t>Назва роботи: Художній переклад уривку з англомовного оповідання</w:t>
      </w:r>
    </w:p>
    <w:p w14:paraId="074034A6" w14:textId="77777777" w:rsidR="00480AC9" w:rsidRPr="00A02A68" w:rsidRDefault="00A02A68">
      <w:pPr>
        <w:rPr>
          <w:lang w:val="ru-RU"/>
        </w:rPr>
      </w:pPr>
      <w:r w:rsidRPr="00A02A68">
        <w:rPr>
          <w:lang w:val="ru-RU"/>
        </w:rPr>
        <w:t xml:space="preserve">Опис: Цей приклад демонструє мої навички перекладу художнього тексту з англійської на українську. Основне завдання полягало в тому, щоб </w:t>
      </w:r>
      <w:r w:rsidRPr="00A02A68">
        <w:rPr>
          <w:lang w:val="ru-RU"/>
        </w:rPr>
        <w:t>зберегти атмосферу, емоційне наповнення та образність оригіналу. Я прагнув(ла) передати настрій сцени, ритм мови та психологічний стан героя, адаптуючи текст до українськомовного читача без втрати стилю автора. Особливу увагу приділено деталям, лексичній т</w:t>
      </w:r>
      <w:r w:rsidRPr="00A02A68">
        <w:rPr>
          <w:lang w:val="ru-RU"/>
        </w:rPr>
        <w:t>очності, а також плавності та природності звучання українського тексту.</w:t>
      </w:r>
    </w:p>
    <w:p w14:paraId="453088CA" w14:textId="77777777" w:rsidR="00480AC9" w:rsidRPr="00A02A68" w:rsidRDefault="00A02A68">
      <w:pPr>
        <w:rPr>
          <w:lang w:val="ru-RU"/>
        </w:rPr>
      </w:pPr>
      <w:r w:rsidRPr="00A02A68">
        <w:rPr>
          <w:lang w:val="ru-RU"/>
        </w:rPr>
        <w:t>Тип тексту: Художня проза / емоційна нарація</w:t>
      </w:r>
    </w:p>
    <w:p w14:paraId="7FF92615" w14:textId="77777777" w:rsidR="00480AC9" w:rsidRPr="00A02A68" w:rsidRDefault="00A02A68">
      <w:pPr>
        <w:rPr>
          <w:lang w:val="ru-RU"/>
        </w:rPr>
      </w:pPr>
      <w:bookmarkStart w:id="0" w:name="_GoBack"/>
      <w:bookmarkEnd w:id="0"/>
      <w:r w:rsidRPr="00A02A68">
        <w:rPr>
          <w:lang w:val="ru-RU"/>
        </w:rPr>
        <w:t>Обсяг: ~600 слів</w:t>
      </w:r>
    </w:p>
    <w:p w14:paraId="1436F08A" w14:textId="77777777" w:rsidR="00480AC9" w:rsidRPr="00A02A68" w:rsidRDefault="00A02A68">
      <w:pPr>
        <w:pStyle w:val="21"/>
        <w:rPr>
          <w:lang w:val="ru-RU"/>
        </w:rPr>
      </w:pPr>
      <w:r w:rsidRPr="00A02A68">
        <w:rPr>
          <w:lang w:val="ru-RU"/>
        </w:rPr>
        <w:t>Оригінальний текст (англійською)</w:t>
      </w:r>
    </w:p>
    <w:p w14:paraId="1AB689D2" w14:textId="77777777" w:rsidR="00480AC9" w:rsidRDefault="00A02A68">
      <w:r>
        <w:t>The rain had been fa</w:t>
      </w:r>
      <w:r>
        <w:t>lling for hours, drumming steadily on the roof of the small cabin hidden deep in the forest. James sat by the fire, his hands wrapped around a chipped ceramic mug filled with lukewarm tea. He didn’t drink it — just held it for the warmth. The fire crackled</w:t>
      </w:r>
      <w:r>
        <w:t xml:space="preserve"> softly, casting flickering shadows across the wooden floor and the shelves lined with dusty books and old photographs.</w:t>
      </w:r>
      <w:r>
        <w:br/>
      </w:r>
      <w:r>
        <w:br/>
        <w:t>Outside, the wind howled through the trees like a distant cry. Inside, everything was still — except for the flames and James’s thought</w:t>
      </w:r>
      <w:r>
        <w:t>s, which refused to quiet down. Every creak of the wood, every gust of wind, seemed to echo memories he tried to forget. The sound of footsteps on wet leaves. A voice calling his name. The moment he chose to leave everything behind.</w:t>
      </w:r>
      <w:r>
        <w:br/>
      </w:r>
      <w:r>
        <w:br/>
        <w:t>He closed his eyes, tr</w:t>
      </w:r>
      <w:r>
        <w:t>ying to focus on the present — the fire, the warmth, the solitude. But the past had a way of slipping in through the cracks, like the cold wind under the door. And no matter how far he ran, it always found him.</w:t>
      </w:r>
      <w:r>
        <w:br/>
      </w:r>
      <w:r>
        <w:br/>
        <w:t>The next morning, James stepped outside into</w:t>
      </w:r>
      <w:r>
        <w:t xml:space="preserve"> the damp mist. The forest was quiet now, dripping with the remains of the night’s storm. He looked up at the grey sky, feeling the weight of silence around him. Each step he took sank into the soft earth, the smell of wet pine filling his lungs. Though th</w:t>
      </w:r>
      <w:r>
        <w:t>e path ahead was unclear, he knew it was time to move forward — not to escape the past, but to finally face it.</w:t>
      </w:r>
    </w:p>
    <w:p w14:paraId="67D1ECCB" w14:textId="77777777" w:rsidR="00480AC9" w:rsidRPr="00A02A68" w:rsidRDefault="00A02A68">
      <w:pPr>
        <w:pStyle w:val="21"/>
        <w:rPr>
          <w:lang w:val="ru-RU"/>
        </w:rPr>
      </w:pPr>
      <w:r w:rsidRPr="00A02A68">
        <w:rPr>
          <w:lang w:val="ru-RU"/>
        </w:rPr>
        <w:t>Переклад (українською)</w:t>
      </w:r>
    </w:p>
    <w:p w14:paraId="7B7607BA" w14:textId="77777777" w:rsidR="00480AC9" w:rsidRPr="00A02A68" w:rsidRDefault="00A02A68">
      <w:pPr>
        <w:rPr>
          <w:lang w:val="ru-RU"/>
        </w:rPr>
      </w:pPr>
      <w:r w:rsidRPr="00A02A68">
        <w:rPr>
          <w:lang w:val="ru-RU"/>
        </w:rPr>
        <w:t>Дощ лив уже кілька годин поспіль, монотонно вистукуючи ритм по даху маленької хатини, захованої глибоко в лісі. Джеймс си</w:t>
      </w:r>
      <w:r w:rsidRPr="00A02A68">
        <w:rPr>
          <w:lang w:val="ru-RU"/>
        </w:rPr>
        <w:t xml:space="preserve">дів біля вогнища, обійнявши руками оббиту керамічну чашку з ледь теплим чаєм. Він не пив — просто тримав її, щоб зігріти руки. Вогонь тихо потріскував, кидаючи мерехтливі тіні на дерев’яну підлогу </w:t>
      </w:r>
      <w:r w:rsidRPr="00A02A68">
        <w:rPr>
          <w:lang w:val="ru-RU"/>
        </w:rPr>
        <w:lastRenderedPageBreak/>
        <w:t>й полиці, вкриті пилом, книжками та старими фотографіями.</w:t>
      </w:r>
      <w:r w:rsidRPr="00A02A68">
        <w:rPr>
          <w:lang w:val="ru-RU"/>
        </w:rPr>
        <w:br/>
      </w:r>
      <w:r w:rsidRPr="00A02A68">
        <w:rPr>
          <w:lang w:val="ru-RU"/>
        </w:rPr>
        <w:br/>
      </w:r>
      <w:r w:rsidRPr="00A02A68">
        <w:rPr>
          <w:lang w:val="ru-RU"/>
        </w:rPr>
        <w:t>Зовні вітер завивав у деревах, ніби чийсь далекий зойк. Усередині ж усе було нерухоме — окрім полум’я й думок Джеймса, які вперто не хотіли вщухати. Кожен скрип дерева, кожен порив вітру луною відгукувався спогадами, яких він намагався позбутися. Шурхіт кр</w:t>
      </w:r>
      <w:r w:rsidRPr="00A02A68">
        <w:rPr>
          <w:lang w:val="ru-RU"/>
        </w:rPr>
        <w:t>оків по мокрому листю. Голос, що кликав його по імені. Той момент, коли він вирішив покинути все.</w:t>
      </w:r>
      <w:r w:rsidRPr="00A02A68">
        <w:rPr>
          <w:lang w:val="ru-RU"/>
        </w:rPr>
        <w:br/>
      </w:r>
      <w:r w:rsidRPr="00A02A68">
        <w:rPr>
          <w:lang w:val="ru-RU"/>
        </w:rPr>
        <w:br/>
        <w:t>Він заплющив очі, намагаючись зосередитися на теперішньому — на вогні, на теплі, на самотності. Але минуле завжди знаходить шпарину, через яку може просочити</w:t>
      </w:r>
      <w:r w:rsidRPr="00A02A68">
        <w:rPr>
          <w:lang w:val="ru-RU"/>
        </w:rPr>
        <w:t>ся, мов холодний вітер під дверима. І хоч би як далеко він тікав, воно завжди його знаходило.</w:t>
      </w:r>
      <w:r w:rsidRPr="00A02A68">
        <w:rPr>
          <w:lang w:val="ru-RU"/>
        </w:rPr>
        <w:br/>
      </w:r>
      <w:r w:rsidRPr="00A02A68">
        <w:rPr>
          <w:lang w:val="ru-RU"/>
        </w:rPr>
        <w:br/>
        <w:t>Наступного ранку Джеймс вийшов надвір у вологий туман. Ліс нарешті стих, краплі дощу ще повільно стікали з гілок після нічної бурі. Він поглянув на сіре небо, ві</w:t>
      </w:r>
      <w:r w:rsidRPr="00A02A68">
        <w:rPr>
          <w:lang w:val="ru-RU"/>
        </w:rPr>
        <w:t>дчуваючи тягар тиші навколо. Кожен його крок провалювався в м’який ґрунт, а в легені вривався запах мокрої сосни. Хоч шлях попереду був незрозумілий, він знав — час рухатися далі. Не щоб утекти від минулого, а щоб нарешті зустрітися з ним обличчям до облич</w:t>
      </w:r>
      <w:r w:rsidRPr="00A02A68">
        <w:rPr>
          <w:lang w:val="ru-RU"/>
        </w:rPr>
        <w:t>чя.</w:t>
      </w:r>
    </w:p>
    <w:sectPr w:rsidR="00480AC9" w:rsidRPr="00A02A6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80AC9"/>
    <w:rsid w:val="00A02A68"/>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1F74AE"/>
  <w14:defaultImageDpi w14:val="300"/>
  <w15:docId w15:val="{881A1B91-FE95-41E6-8A8C-9D6CA1724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60EA8-32EB-485E-BB87-04B8AE185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523</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123</cp:lastModifiedBy>
  <cp:revision>3</cp:revision>
  <dcterms:created xsi:type="dcterms:W3CDTF">2013-12-23T23:15:00Z</dcterms:created>
  <dcterms:modified xsi:type="dcterms:W3CDTF">2025-05-22T14:58:00Z</dcterms:modified>
  <cp:category/>
</cp:coreProperties>
</file>