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Нетрадиционные системы оздоровления</w:t>
      </w:r>
    </w:p>
    <w:p>
      <w:pPr>
        <w:spacing w:after="240" w:line="360" w:lineRule="auto"/>
      </w:pPr>
      <w:r>
        <w:t>Здравствуйте, мои дорогие. Сегодня я хочу поделиться с вами тем, чем живу, что чувствую каждой клеточкой своей души — это нетрадиционные системы оздоровления, которые я изучаю, практикую и передаю другим с любовью и вниманием.</w:t>
      </w:r>
    </w:p>
    <w:p>
      <w:pPr>
        <w:spacing w:after="240" w:line="360" w:lineRule="auto"/>
      </w:pPr>
      <w:r>
        <w:t>Мы живём в уникальное время, когда у нас есть возможность соединять древние знания и современные подходы. Всё больше людей стремятся не просто лечить симптомы, а заботиться о себе глубоко, целостно — на уровне тела, ума и духа. И именно такие подходы я включаю в свою работу.</w:t>
      </w:r>
    </w:p>
    <w:p>
      <w:pPr>
        <w:spacing w:after="240" w:line="360" w:lineRule="auto"/>
      </w:pPr>
      <w:r>
        <w:t>Ароматерапия — это волшебство, заключённое в капле. Эфирные масла — не просто приятный запах. Это биохимические активные вещества, которые взаимодействуют с нашей нервной, гормональной, иммунной системами. Масло лаванды может снимать тревогу, апельсин — поднимать настроение, роза — возвращать чувство внутренней ценности. Я подбираю масла под состояние человека: чтобы успокоить, наполнить, очистить или вернуть к себе. Даже простое вдыхание масла через аромакулон может творить чудеса, не говоря уже о массажах, ингаляциях и ароматических ваннах.</w:t>
      </w:r>
    </w:p>
    <w:p>
      <w:pPr>
        <w:spacing w:after="240" w:line="360" w:lineRule="auto"/>
      </w:pPr>
      <w:r>
        <w:t>Цветотерапия — язык света и цвета, который говорит с нашим подсознанием. Каждый цвет несёт свою вибрацию и послание. Красный — активизирует, синий — успокаивает, зелёный — восстанавливает. В своей практике я использую ткани, свечи, визуализации, а также рекомендую клиентам окружать себя нужными цветами — в одежде, интерьере, даже в продуктах питания. Это работает тонко, но очень мощно, особенно если есть энергетический дисбаланс.</w:t>
      </w:r>
    </w:p>
    <w:p>
      <w:pPr>
        <w:spacing w:after="240" w:line="360" w:lineRule="auto"/>
      </w:pPr>
      <w:r>
        <w:t>Светотерапия — это работа с ритмами, биохимией и гормональной регуляцией через свет. Мы часто недооцениваем влияние солнечного света. А между тем, его недостаток может вызывать упадок сил, депрессию, нарушение сна. Я работаю с биолампами, рекомендую клиентам утренние прогулки, регулирую световое воздействие в помещении. Это особенно важно в осенне-зимний период. Свет — это жизнь, это наша зарядка на клеточном уровне.</w:t>
      </w:r>
    </w:p>
    <w:p>
      <w:pPr>
        <w:spacing w:after="240" w:line="360" w:lineRule="auto"/>
      </w:pPr>
      <w:r>
        <w:t>Фитотерапия — это возвращение к мудрости природы. Я использую травы в виде чаёв, настоек, компрессов, масел. Зверобой — для нервной системы, ромашка — для расслабления, календула — для кожи. Я очень люблю составлять индивидуальные сборы, в которых каждая трава поддерживает другую. Это не просто лечение — это бережный диалог с телом.</w:t>
      </w:r>
    </w:p>
    <w:p>
      <w:pPr>
        <w:spacing w:after="240" w:line="360" w:lineRule="auto"/>
      </w:pPr>
      <w:r>
        <w:t>Звукотерапия — моя особая любовь. Звук входит глубоко. Он проходит сквозь сопротивление, минуя защитные барьеры ума. Я использую поющие чаши, тибетские колокольчики, голос, ритмичные звуки барабана. Иногда достаточно 10 минут звуковой практики, чтобы почувствовать, как тело расслабляется, ум останавливается, и наступает то самое состояние «здесь и сейчас». Особенно мощно работает сочетание звука и дыхания — это медитация в действии.</w:t>
      </w:r>
    </w:p>
    <w:p>
      <w:pPr>
        <w:spacing w:after="240" w:line="360" w:lineRule="auto"/>
      </w:pPr>
      <w:r>
        <w:t>Все эти методы я объединяю, исходя из потребностей человека. Для кого-то важнее снять тревогу, для кого-то — восстановить ресурсы, кому-то — вновь почувствовать радость жизни. И каждый раз я наблюдаю, как мягко, глубоко и точно работает эта система. Это путь возвращения к себе.</w:t>
      </w:r>
    </w:p>
    <w:p>
      <w:pPr>
        <w:spacing w:after="240" w:line="360" w:lineRule="auto"/>
      </w:pPr>
      <w:r>
        <w:t>Я верю, что истинное здоровье — это не просто отсутствие болезни. Это энергия, радость, чувствование себя живым. И моя миссия — быть проводником в этом путешествии.</w:t>
      </w:r>
    </w:p>
    <w:p>
      <w:pPr>
        <w:spacing w:after="240" w:line="360" w:lineRule="auto"/>
      </w:pPr>
      <w:r>
        <w:t>С любовью,</w:t>
        <w:br/>
        <w:t>[Ваше имя]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