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F0" w:rsidRPr="002C4E3F" w:rsidRDefault="002C4E3F">
      <w:pPr>
        <w:pStyle w:val="1"/>
        <w:rPr>
          <w:lang w:val="ru-RU"/>
        </w:rPr>
      </w:pPr>
      <w:r w:rsidRPr="002C4E3F">
        <w:rPr>
          <w:lang w:val="ru-RU"/>
        </w:rPr>
        <w:t>СЧЕТ-ФАКТУРА (унифицированная форма, РФ)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Номер счета-фактуры: _______________________      Дата: «____» __________ 20___ г.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Исправление № ______ от «___»__________20___ г.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Продавец: _________________________________________________________________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 xml:space="preserve">Адрес </w:t>
      </w:r>
      <w:r w:rsidRPr="002C4E3F">
        <w:rPr>
          <w:lang w:val="ru-RU"/>
        </w:rPr>
        <w:t>продавца: ____________________________________________________________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ИНН/КПП продавца: __________________________________________________________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Грузоотправитель и его адрес: ______________________________________________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(если он же – указать «он же»)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Грузополучатель и его адрес: _______________________________________________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Покупатель: ________________________________________________________________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Адрес покупателя: __________________________________________________________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ИНН/КПП покупателя: __</w:t>
      </w:r>
      <w:r w:rsidRPr="002C4E3F">
        <w:rPr>
          <w:lang w:val="ru-RU"/>
        </w:rPr>
        <w:t>______________________________________________________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Номер платежно-расчетного документа: _______________________________________</w:t>
      </w:r>
    </w:p>
    <w:p w:rsidR="00C051F0" w:rsidRPr="002C4E3F" w:rsidRDefault="002C4E3F">
      <w:pPr>
        <w:rPr>
          <w:lang w:val="ru-RU"/>
        </w:rPr>
      </w:pPr>
      <w:r w:rsidRPr="002C4E3F">
        <w:rPr>
          <w:lang w:val="ru-RU"/>
        </w:rPr>
        <w:t>Валюта: наименование, код _________________________________________________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9"/>
        <w:gridCol w:w="641"/>
        <w:gridCol w:w="1135"/>
        <w:gridCol w:w="479"/>
        <w:gridCol w:w="479"/>
        <w:gridCol w:w="948"/>
        <w:gridCol w:w="522"/>
        <w:gridCol w:w="881"/>
        <w:gridCol w:w="642"/>
        <w:gridCol w:w="613"/>
        <w:gridCol w:w="881"/>
        <w:gridCol w:w="1196"/>
      </w:tblGrid>
      <w:tr w:rsidR="00C051F0">
        <w:tc>
          <w:tcPr>
            <w:tcW w:w="720" w:type="dxa"/>
          </w:tcPr>
          <w:p w:rsidR="00C051F0" w:rsidRDefault="002C4E3F">
            <w:r>
              <w:t>№ п/п</w:t>
            </w:r>
          </w:p>
        </w:tc>
        <w:tc>
          <w:tcPr>
            <w:tcW w:w="720" w:type="dxa"/>
          </w:tcPr>
          <w:p w:rsidR="00C051F0" w:rsidRDefault="002C4E3F">
            <w:r>
              <w:t>Код товара</w:t>
            </w:r>
          </w:p>
        </w:tc>
        <w:tc>
          <w:tcPr>
            <w:tcW w:w="720" w:type="dxa"/>
          </w:tcPr>
          <w:p w:rsidR="00C051F0" w:rsidRPr="002C4E3F" w:rsidRDefault="002C4E3F">
            <w:pPr>
              <w:rPr>
                <w:lang w:val="ru-RU"/>
              </w:rPr>
            </w:pPr>
            <w:r w:rsidRPr="002C4E3F">
              <w:rPr>
                <w:lang w:val="ru-RU"/>
              </w:rPr>
              <w:t>Наименование товара (описание</w:t>
            </w:r>
            <w:r w:rsidRPr="002C4E3F">
              <w:rPr>
                <w:lang w:val="ru-RU"/>
              </w:rPr>
              <w:t xml:space="preserve"> работ, услуг)</w:t>
            </w:r>
          </w:p>
        </w:tc>
        <w:tc>
          <w:tcPr>
            <w:tcW w:w="720" w:type="dxa"/>
          </w:tcPr>
          <w:p w:rsidR="00C051F0" w:rsidRDefault="002C4E3F">
            <w:proofErr w:type="spellStart"/>
            <w:r>
              <w:t>Ед</w:t>
            </w:r>
            <w:proofErr w:type="spellEnd"/>
            <w:r>
              <w:t>. изм. код</w:t>
            </w:r>
          </w:p>
        </w:tc>
        <w:tc>
          <w:tcPr>
            <w:tcW w:w="720" w:type="dxa"/>
          </w:tcPr>
          <w:p w:rsidR="00C051F0" w:rsidRDefault="002C4E3F">
            <w:r>
              <w:t>Ед. изм.</w:t>
            </w:r>
          </w:p>
        </w:tc>
        <w:tc>
          <w:tcPr>
            <w:tcW w:w="720" w:type="dxa"/>
          </w:tcPr>
          <w:p w:rsidR="00C051F0" w:rsidRDefault="002C4E3F">
            <w:r>
              <w:t>Количество</w:t>
            </w:r>
          </w:p>
        </w:tc>
        <w:tc>
          <w:tcPr>
            <w:tcW w:w="720" w:type="dxa"/>
          </w:tcPr>
          <w:p w:rsidR="00C051F0" w:rsidRDefault="002C4E3F">
            <w:r>
              <w:t>Цена без НДС</w:t>
            </w:r>
          </w:p>
        </w:tc>
        <w:tc>
          <w:tcPr>
            <w:tcW w:w="720" w:type="dxa"/>
          </w:tcPr>
          <w:p w:rsidR="00C051F0" w:rsidRDefault="002C4E3F">
            <w:r>
              <w:t>Стоимость товаров без НДС</w:t>
            </w:r>
          </w:p>
        </w:tc>
        <w:tc>
          <w:tcPr>
            <w:tcW w:w="720" w:type="dxa"/>
          </w:tcPr>
          <w:p w:rsidR="00C051F0" w:rsidRDefault="002C4E3F">
            <w:r>
              <w:t>Ставка НДС</w:t>
            </w:r>
          </w:p>
        </w:tc>
        <w:tc>
          <w:tcPr>
            <w:tcW w:w="720" w:type="dxa"/>
          </w:tcPr>
          <w:p w:rsidR="00C051F0" w:rsidRDefault="002C4E3F">
            <w:r>
              <w:t>Сумма НДС</w:t>
            </w:r>
          </w:p>
        </w:tc>
        <w:tc>
          <w:tcPr>
            <w:tcW w:w="720" w:type="dxa"/>
          </w:tcPr>
          <w:p w:rsidR="00C051F0" w:rsidRDefault="002C4E3F">
            <w:r>
              <w:t>Стоимость товаров с НДС</w:t>
            </w:r>
          </w:p>
        </w:tc>
        <w:tc>
          <w:tcPr>
            <w:tcW w:w="720" w:type="dxa"/>
          </w:tcPr>
          <w:p w:rsidR="00C051F0" w:rsidRDefault="002C4E3F">
            <w:r>
              <w:t>Страна происхождения / номер ГТД</w:t>
            </w:r>
          </w:p>
        </w:tc>
      </w:tr>
      <w:tr w:rsidR="00C051F0"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</w:tr>
      <w:tr w:rsidR="00C051F0"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</w:tr>
      <w:tr w:rsidR="00C051F0"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</w:tr>
      <w:tr w:rsidR="00C051F0"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</w:tr>
      <w:tr w:rsidR="00C051F0"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</w:tr>
      <w:tr w:rsidR="00C051F0"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  <w:tc>
          <w:tcPr>
            <w:tcW w:w="720" w:type="dxa"/>
          </w:tcPr>
          <w:p w:rsidR="00C051F0" w:rsidRDefault="00C051F0"/>
        </w:tc>
      </w:tr>
    </w:tbl>
    <w:p w:rsidR="00C051F0" w:rsidRDefault="002C4E3F">
      <w:r>
        <w:t xml:space="preserve">Итого </w:t>
      </w:r>
      <w:r>
        <w:t>стоимость без НДС: ________________________________</w:t>
      </w:r>
    </w:p>
    <w:p w:rsidR="00C051F0" w:rsidRDefault="002C4E3F">
      <w:r>
        <w:t>Итого сумма НДС: _________________________________________</w:t>
      </w:r>
    </w:p>
    <w:p w:rsidR="00C051F0" w:rsidRDefault="002C4E3F">
      <w:r>
        <w:t>Итого стоимость с НДС: ___________________________________</w:t>
      </w:r>
    </w:p>
    <w:p w:rsidR="00C051F0" w:rsidRDefault="002C4E3F">
      <w:r>
        <w:t>Руководитель организации ___________________ (подпись)</w:t>
      </w:r>
    </w:p>
    <w:p w:rsidR="00C051F0" w:rsidRDefault="002C4E3F">
      <w:r>
        <w:t>Главный бухгалтер _____________</w:t>
      </w:r>
      <w:r>
        <w:t>_____________ (подпись)</w:t>
      </w:r>
      <w:bookmarkStart w:id="0" w:name="_GoBack"/>
      <w:bookmarkEnd w:id="0"/>
    </w:p>
    <w:sectPr w:rsidR="00C051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4E3F"/>
    <w:rsid w:val="00326F90"/>
    <w:rsid w:val="00AA1D8D"/>
    <w:rsid w:val="00B47730"/>
    <w:rsid w:val="00C051F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E70311-CD22-45D0-A375-93B9AEB7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2026-01-03T09:19:00Z</dcterms:modified>
  <cp:category/>
</cp:coreProperties>
</file>