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Пост: Натуральна кава “Coffeeta Aroma”</w:t>
      </w:r>
    </w:p>
    <w:p>
      <w:r>
        <w:t>☕ Почни ранок із правильного аромату!</w:t>
      </w:r>
    </w:p>
    <w:p>
      <w:r>
        <w:t>Наша Coffeeta Aroma — це 100% арабіка з м’яким шоколадним післясмаком.</w:t>
      </w:r>
    </w:p>
    <w:p>
      <w:r>
        <w:t>Жодних добавок, тільки натуральні зерна та свіже обсмаження.</w:t>
      </w:r>
    </w:p>
    <w:p>
      <w:r>
        <w:t>🔹 Доставка по Україні за 1–2 дні</w:t>
      </w:r>
    </w:p>
    <w:p>
      <w:r>
        <w:t>🔹 Від 199 грн/пакет</w:t>
      </w:r>
    </w:p>
    <w:p>
      <w:r>
        <w:t>🔹 Знижка 10% при замовленні від 2 упаковок</w:t>
      </w:r>
    </w:p>
    <w:p>
      <w:r>
        <w:t>👉 Замовляй у Direct або на сайті: coffeeta.ua</w:t>
      </w:r>
    </w:p>
    <w:p>
      <w:r>
        <w:t>💬 Приклад рекламного тексту для Instagram / Facebook.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