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D6850" w14:textId="43A3A5B7" w:rsidR="00444F22" w:rsidRDefault="00444F22" w:rsidP="00BC057D">
      <w:pPr>
        <w:spacing w:line="360" w:lineRule="auto"/>
        <w:ind w:firstLine="400"/>
        <w:jc w:val="center"/>
      </w:pPr>
      <w:r>
        <w:t>Climate Change Evidence &amp; Causes</w:t>
      </w:r>
    </w:p>
    <w:p w14:paraId="781930F3" w14:textId="64AEFDF7" w:rsidR="00444F22" w:rsidRDefault="00444F22" w:rsidP="00BC057D">
      <w:pPr>
        <w:spacing w:line="360" w:lineRule="auto"/>
        <w:ind w:firstLine="400"/>
        <w:jc w:val="center"/>
      </w:pPr>
      <w:r>
        <w:t>Update 2020</w:t>
      </w:r>
    </w:p>
    <w:p w14:paraId="64785FC3" w14:textId="47F6919F" w:rsidR="007E3AE7" w:rsidRDefault="00475F0B" w:rsidP="00BC057D">
      <w:pPr>
        <w:spacing w:line="360" w:lineRule="auto"/>
        <w:ind w:firstLine="400"/>
        <w:jc w:val="center"/>
      </w:pPr>
      <w:r>
        <w:t>An overview from the Royal Society and</w:t>
      </w:r>
      <w:r w:rsidR="009A3E0B" w:rsidRPr="009A3E0B">
        <w:t xml:space="preserve"> </w:t>
      </w:r>
      <w:r>
        <w:t>the</w:t>
      </w:r>
    </w:p>
    <w:p w14:paraId="4A53A9ED" w14:textId="2CB8F7DB" w:rsidR="003C3C58" w:rsidRDefault="00475F0B" w:rsidP="00BC057D">
      <w:pPr>
        <w:spacing w:line="360" w:lineRule="auto"/>
        <w:ind w:firstLine="400"/>
        <w:jc w:val="center"/>
      </w:pPr>
      <w:r>
        <w:t>US National Academy of Sciences</w:t>
      </w:r>
    </w:p>
    <w:p w14:paraId="35B235FB" w14:textId="07F876C0" w:rsidR="007E3AE7" w:rsidRDefault="00475F0B" w:rsidP="00444F22">
      <w:pPr>
        <w:spacing w:line="360" w:lineRule="auto"/>
      </w:pPr>
      <w:r>
        <w:t>CLIMATE CHANGE IS</w:t>
      </w:r>
      <w:r w:rsidR="00F755C2" w:rsidRPr="00F755C2">
        <w:t xml:space="preserve"> </w:t>
      </w:r>
      <w:r>
        <w:t>ONE OF</w:t>
      </w:r>
      <w:r w:rsidR="009A3E0B" w:rsidRPr="009A3E0B">
        <w:t xml:space="preserve"> </w:t>
      </w:r>
      <w:r>
        <w:t>THE DEFINING ISSUES OF</w:t>
      </w:r>
      <w:r w:rsidR="009A3E0B" w:rsidRPr="009A3E0B">
        <w:t xml:space="preserve"> </w:t>
      </w:r>
      <w:r>
        <w:t>OU</w:t>
      </w:r>
      <w:r>
        <w:t>R</w:t>
      </w:r>
      <w:r w:rsidR="00F755C2" w:rsidRPr="00F755C2">
        <w:t xml:space="preserve"> </w:t>
      </w:r>
      <w:r>
        <w:t>TIME. It</w:t>
      </w:r>
      <w:r w:rsidR="009A3E0B" w:rsidRPr="009A3E0B">
        <w:t xml:space="preserve"> </w:t>
      </w:r>
      <w:r>
        <w:t>is now more certain</w:t>
      </w:r>
      <w:r w:rsidR="009A3E0B" w:rsidRPr="009A3E0B">
        <w:t xml:space="preserve"> </w:t>
      </w:r>
      <w:r>
        <w:t xml:space="preserve">than ever, based on many </w:t>
      </w:r>
      <w:r>
        <w:t>lines of evidence, that humans are changing Earth’s</w:t>
      </w:r>
      <w:r w:rsidR="00F755C2" w:rsidRPr="00F755C2">
        <w:t xml:space="preserve"> </w:t>
      </w:r>
      <w:r>
        <w:t>climate. The</w:t>
      </w:r>
      <w:r w:rsidR="009A3E0B" w:rsidRPr="009A3E0B">
        <w:t xml:space="preserve"> </w:t>
      </w:r>
      <w:r>
        <w:t>atmosphere and oceans have warmed, which has been accompanied by</w:t>
      </w:r>
      <w:r w:rsidR="009A3E0B" w:rsidRPr="009A3E0B">
        <w:t xml:space="preserve"> </w:t>
      </w:r>
      <w:r>
        <w:t xml:space="preserve">sea level rise, </w:t>
      </w:r>
      <w:r w:rsidR="009A3E0B">
        <w:t>a strong</w:t>
      </w:r>
      <w:r w:rsidR="009A3E0B" w:rsidRPr="009A3E0B">
        <w:t xml:space="preserve"> </w:t>
      </w:r>
      <w:r>
        <w:t xml:space="preserve">decline in </w:t>
      </w:r>
      <w:r w:rsidR="009863F9">
        <w:t xml:space="preserve">Arctic </w:t>
      </w:r>
      <w:r w:rsidR="003C6ED7">
        <w:t>s</w:t>
      </w:r>
      <w:r w:rsidR="009863F9">
        <w:t>ea</w:t>
      </w:r>
      <w:r w:rsidR="009A3E0B" w:rsidRPr="009A3E0B">
        <w:t xml:space="preserve"> </w:t>
      </w:r>
      <w:r>
        <w:t>ice, and other climate-related changes. The impacts of climate change on</w:t>
      </w:r>
      <w:r w:rsidR="009A3E0B" w:rsidRPr="009A3E0B">
        <w:t xml:space="preserve"> </w:t>
      </w:r>
      <w:r>
        <w:t>people and</w:t>
      </w:r>
      <w:r>
        <w:t xml:space="preserve"> nature are increasingly apparent. Unprecedented flooding, heat waves, and wildfires</w:t>
      </w:r>
      <w:r w:rsidR="009A3E0B" w:rsidRPr="009A3E0B">
        <w:t xml:space="preserve"> </w:t>
      </w:r>
      <w:r>
        <w:t>have cost billions in damages. Habitats are undergoing rapid shifts in response to changing</w:t>
      </w:r>
      <w:r w:rsidR="009A3E0B" w:rsidRPr="009A3E0B">
        <w:t xml:space="preserve"> </w:t>
      </w:r>
      <w:r>
        <w:t>temperatures and precipitation patterns.</w:t>
      </w:r>
    </w:p>
    <w:p w14:paraId="5519C0B9" w14:textId="1639AA6B" w:rsidR="007E3AE7" w:rsidRDefault="00475F0B" w:rsidP="009A3E0B">
      <w:pPr>
        <w:spacing w:line="360" w:lineRule="auto"/>
        <w:ind w:firstLine="400"/>
      </w:pPr>
      <w:r>
        <w:t>The Royal Society and</w:t>
      </w:r>
      <w:r w:rsidR="00F755C2" w:rsidRPr="00F755C2">
        <w:t xml:space="preserve"> </w:t>
      </w:r>
      <w:r>
        <w:t>the US National A</w:t>
      </w:r>
      <w:r>
        <w:t>cademy of Sciences, with their similar missions to</w:t>
      </w:r>
      <w:r w:rsidR="009A3E0B" w:rsidRPr="009A3E0B">
        <w:t xml:space="preserve"> </w:t>
      </w:r>
      <w:r>
        <w:t>promote the</w:t>
      </w:r>
      <w:r w:rsidR="009A3E0B" w:rsidRPr="009A3E0B">
        <w:t xml:space="preserve"> </w:t>
      </w:r>
      <w:r>
        <w:t>use of science to benefit society and</w:t>
      </w:r>
      <w:r w:rsidR="00F755C2" w:rsidRPr="00F755C2">
        <w:t xml:space="preserve"> </w:t>
      </w:r>
      <w:r>
        <w:t>to inform critical policy debates, produced the</w:t>
      </w:r>
      <w:r w:rsidR="009A3E0B" w:rsidRPr="009A3E0B">
        <w:t xml:space="preserve"> </w:t>
      </w:r>
      <w:r>
        <w:t>original Climate Change: Evidence and Causes in 2014. It</w:t>
      </w:r>
      <w:r w:rsidR="00F755C2" w:rsidRPr="00F755C2">
        <w:t xml:space="preserve"> </w:t>
      </w:r>
      <w:r>
        <w:t>was written and reviewed by</w:t>
      </w:r>
      <w:r w:rsidR="009A3E0B" w:rsidRPr="009A3E0B">
        <w:t xml:space="preserve"> </w:t>
      </w:r>
      <w:r>
        <w:t>a UK-US</w:t>
      </w:r>
      <w:r w:rsidR="009A3E0B" w:rsidRPr="009A3E0B">
        <w:t xml:space="preserve"> </w:t>
      </w:r>
      <w:r>
        <w:t>team of leading cl</w:t>
      </w:r>
      <w:r>
        <w:t>imate scientists. This new edition, prepared by</w:t>
      </w:r>
      <w:r w:rsidR="00F755C2" w:rsidRPr="00F755C2">
        <w:t xml:space="preserve"> </w:t>
      </w:r>
      <w:r>
        <w:t>the same author team, has been</w:t>
      </w:r>
      <w:r w:rsidR="009A3E0B" w:rsidRPr="009A3E0B">
        <w:t xml:space="preserve"> </w:t>
      </w:r>
      <w:r>
        <w:t>updated with the most recent climate data and scientific analyses, all</w:t>
      </w:r>
      <w:r w:rsidR="009863F9" w:rsidRPr="009863F9">
        <w:t xml:space="preserve"> </w:t>
      </w:r>
      <w:r>
        <w:t>of which reinforce our</w:t>
      </w:r>
      <w:r w:rsidR="009A3E0B" w:rsidRPr="009A3E0B">
        <w:t xml:space="preserve"> </w:t>
      </w:r>
      <w:r>
        <w:t>understanding of human-caused climate change.</w:t>
      </w:r>
    </w:p>
    <w:p w14:paraId="69B1F3D9" w14:textId="4CFE3062" w:rsidR="007E3AE7" w:rsidRDefault="00475F0B" w:rsidP="0003193A">
      <w:pPr>
        <w:spacing w:line="360" w:lineRule="auto"/>
        <w:ind w:firstLine="400"/>
      </w:pPr>
      <w:r>
        <w:t>The evidence is clear. However, due</w:t>
      </w:r>
      <w:r w:rsidR="00F755C2" w:rsidRPr="00F755C2">
        <w:t xml:space="preserve"> </w:t>
      </w:r>
      <w:r>
        <w:t>to t</w:t>
      </w:r>
      <w:r>
        <w:t>he nature of science, not every detail is ever totally settled</w:t>
      </w:r>
      <w:r w:rsidR="009863F9" w:rsidRPr="009863F9">
        <w:t xml:space="preserve"> </w:t>
      </w:r>
      <w:r>
        <w:t>or certain. Nor</w:t>
      </w:r>
      <w:r w:rsidR="0003193A">
        <w:rPr>
          <w:lang w:val="ru-RU"/>
        </w:rPr>
        <w:t xml:space="preserve"> </w:t>
      </w:r>
      <w:r>
        <w:t>has every pertinent question yet</w:t>
      </w:r>
      <w:r w:rsidR="00F755C2" w:rsidRPr="00F755C2">
        <w:t xml:space="preserve"> </w:t>
      </w:r>
      <w:r>
        <w:t>been answered. Scientific evidence continues to</w:t>
      </w:r>
      <w:r w:rsidR="009863F9" w:rsidRPr="00F755C2">
        <w:t xml:space="preserve"> </w:t>
      </w:r>
      <w:r>
        <w:t xml:space="preserve">be gathered around the </w:t>
      </w:r>
      <w:r>
        <w:lastRenderedPageBreak/>
        <w:t>world. Some things have become clearer and</w:t>
      </w:r>
      <w:r w:rsidR="00F755C2" w:rsidRPr="00F755C2">
        <w:t xml:space="preserve"> </w:t>
      </w:r>
      <w:r>
        <w:t>new insights have emerged.</w:t>
      </w:r>
      <w:r w:rsidR="00F755C2" w:rsidRPr="00F755C2">
        <w:t xml:space="preserve"> </w:t>
      </w:r>
      <w:r>
        <w:t>For e</w:t>
      </w:r>
      <w:r>
        <w:t>xample, the period of slower warming during the 2000s and early 2010s has ended with a</w:t>
      </w:r>
      <w:r w:rsidR="009863F9" w:rsidRPr="009863F9">
        <w:t xml:space="preserve"> </w:t>
      </w:r>
      <w:r>
        <w:t>dramatic jump to warmer temperatures between 2014 and 2015. Antarctic sea</w:t>
      </w:r>
      <w:r w:rsidR="009863F9" w:rsidRPr="009863F9">
        <w:t xml:space="preserve"> </w:t>
      </w:r>
      <w:r>
        <w:t>ice extent, which</w:t>
      </w:r>
      <w:r w:rsidR="009863F9" w:rsidRPr="009863F9">
        <w:t xml:space="preserve"> </w:t>
      </w:r>
      <w:r>
        <w:t>had been increasing, began to decline in 2014, reaching a</w:t>
      </w:r>
      <w:r w:rsidR="0003193A" w:rsidRPr="0003193A">
        <w:t xml:space="preserve"> </w:t>
      </w:r>
      <w:r>
        <w:t>record low</w:t>
      </w:r>
      <w:r w:rsidR="0003193A" w:rsidRPr="0003193A">
        <w:t xml:space="preserve"> </w:t>
      </w:r>
      <w:r>
        <w:t>in 2017 tha</w:t>
      </w:r>
      <w:r>
        <w:t>t has persisted.</w:t>
      </w:r>
      <w:r w:rsidR="0003193A" w:rsidRPr="0003193A">
        <w:t xml:space="preserve"> </w:t>
      </w:r>
      <w:r>
        <w:t>These and other recent observations have been woven into the discussions of</w:t>
      </w:r>
      <w:r w:rsidR="009863F9" w:rsidRPr="009863F9">
        <w:t xml:space="preserve"> </w:t>
      </w:r>
      <w:r>
        <w:t>t</w:t>
      </w:r>
      <w:r>
        <w:t>he questions</w:t>
      </w:r>
      <w:r w:rsidR="009863F9" w:rsidRPr="009863F9">
        <w:t xml:space="preserve"> </w:t>
      </w:r>
      <w:r>
        <w:t>addressed in this booklet.</w:t>
      </w:r>
    </w:p>
    <w:p w14:paraId="4F99092D" w14:textId="4CCCC323" w:rsidR="007E3AE7" w:rsidRDefault="00475F0B" w:rsidP="00444F22">
      <w:pPr>
        <w:spacing w:line="360" w:lineRule="auto"/>
        <w:ind w:firstLine="400"/>
      </w:pPr>
      <w:r>
        <w:t>Calls for action are getting louder. The 2020 Global Risks Perception Survey from the World</w:t>
      </w:r>
      <w:r w:rsidR="00444F22" w:rsidRPr="00444F22">
        <w:t xml:space="preserve"> </w:t>
      </w:r>
      <w:r>
        <w:t xml:space="preserve">Economic Forum ranked </w:t>
      </w:r>
      <w:r>
        <w:t>climate change and related environmental issues as</w:t>
      </w:r>
      <w:r w:rsidR="00444F22" w:rsidRPr="00444F22">
        <w:t xml:space="preserve"> </w:t>
      </w:r>
      <w:r>
        <w:t>the top five global</w:t>
      </w:r>
      <w:r w:rsidR="00444F22" w:rsidRPr="00444F22">
        <w:t xml:space="preserve"> </w:t>
      </w:r>
      <w:r>
        <w:t>risks likely to occur within the next ten years. Yet, the international community still has</w:t>
      </w:r>
      <w:r w:rsidR="00444F22" w:rsidRPr="00444F22">
        <w:t xml:space="preserve"> </w:t>
      </w:r>
      <w:r>
        <w:t>far to</w:t>
      </w:r>
      <w:r w:rsidR="00444F22" w:rsidRPr="00444F22">
        <w:t xml:space="preserve"> </w:t>
      </w:r>
      <w:r>
        <w:t>go in</w:t>
      </w:r>
      <w:r w:rsidR="00444F22" w:rsidRPr="00444F22">
        <w:t xml:space="preserve"> </w:t>
      </w:r>
      <w:r>
        <w:t>showing increased ambition on mitigation, adaptation, and other ways to tackle clim</w:t>
      </w:r>
      <w:r>
        <w:t>ate change.</w:t>
      </w:r>
    </w:p>
    <w:p w14:paraId="2B8F2F91" w14:textId="4E92F133" w:rsidR="007E3AE7" w:rsidRPr="0003193A" w:rsidRDefault="00475F0B" w:rsidP="00444F22">
      <w:pPr>
        <w:spacing w:line="360" w:lineRule="auto"/>
        <w:ind w:firstLine="400"/>
      </w:pPr>
      <w:r>
        <w:t>Scientific information is</w:t>
      </w:r>
      <w:r w:rsidR="0003193A" w:rsidRPr="0003193A">
        <w:t xml:space="preserve"> </w:t>
      </w:r>
      <w:r>
        <w:t>a vital component for society to make informed decisions about how</w:t>
      </w:r>
      <w:r w:rsidR="00444F22" w:rsidRPr="00444F22">
        <w:t xml:space="preserve"> </w:t>
      </w:r>
      <w:r>
        <w:t>to</w:t>
      </w:r>
      <w:r w:rsidR="00444F22" w:rsidRPr="00444F22">
        <w:t xml:space="preserve"> </w:t>
      </w:r>
      <w:r>
        <w:t>reduce the magnitude of climate change and</w:t>
      </w:r>
      <w:r w:rsidR="00444F22" w:rsidRPr="00444F22">
        <w:t xml:space="preserve"> </w:t>
      </w:r>
      <w:r>
        <w:t>how to adapt to</w:t>
      </w:r>
      <w:r w:rsidR="00444F22" w:rsidRPr="00444F22">
        <w:t xml:space="preserve"> </w:t>
      </w:r>
      <w:r>
        <w:t>its impacts. This booklet serves as</w:t>
      </w:r>
      <w:r w:rsidR="00444F22" w:rsidRPr="00444F22">
        <w:t xml:space="preserve"> </w:t>
      </w:r>
      <w:r>
        <w:t>a</w:t>
      </w:r>
      <w:r w:rsidR="00444F22" w:rsidRPr="00444F22">
        <w:t xml:space="preserve"> </w:t>
      </w:r>
      <w:r>
        <w:t>key reference document for decision makers, policy maker</w:t>
      </w:r>
      <w:r>
        <w:t>s, educators, and others seeking</w:t>
      </w:r>
      <w:r w:rsidR="00444F22" w:rsidRPr="00444F22">
        <w:t xml:space="preserve"> </w:t>
      </w:r>
      <w:r>
        <w:t xml:space="preserve">authoritative </w:t>
      </w:r>
      <w:r w:rsidRPr="0003193A">
        <w:rPr>
          <w:color w:val="0D0D0D" w:themeColor="text1" w:themeTint="F2"/>
        </w:rPr>
        <w:t>answers about the current state of climate-change science.</w:t>
      </w:r>
    </w:p>
    <w:p w14:paraId="4C1347AA" w14:textId="1CE026DF" w:rsidR="00557804" w:rsidRDefault="00475F0B" w:rsidP="00557804">
      <w:pPr>
        <w:spacing w:line="360" w:lineRule="auto"/>
        <w:ind w:firstLine="400"/>
      </w:pPr>
      <w:r>
        <w:t xml:space="preserve">Weare grateful that six years ago, under the leadership </w:t>
      </w:r>
      <w:r w:rsidR="0003193A">
        <w:t>of</w:t>
      </w:r>
      <w:r w:rsidR="0003193A" w:rsidRPr="0003193A">
        <w:t xml:space="preserve"> Dr. </w:t>
      </w:r>
      <w:r>
        <w:t>Ralph</w:t>
      </w:r>
      <w:r>
        <w:t xml:space="preserve"> J.</w:t>
      </w:r>
      <w:r w:rsidR="0003193A" w:rsidRPr="0003193A">
        <w:t xml:space="preserve"> </w:t>
      </w:r>
      <w:r>
        <w:t>Cicerone, former President</w:t>
      </w:r>
      <w:r w:rsidR="0003193A" w:rsidRPr="0003193A">
        <w:t xml:space="preserve"> </w:t>
      </w:r>
      <w:r w:rsidR="0003193A">
        <w:t>o</w:t>
      </w:r>
      <w:r>
        <w:t>f</w:t>
      </w:r>
      <w:r w:rsidR="0003193A" w:rsidRPr="0003193A">
        <w:t xml:space="preserve"> </w:t>
      </w:r>
      <w:r>
        <w:t>the National Academy of Sciences, and</w:t>
      </w:r>
      <w:r w:rsidR="0003193A">
        <w:t xml:space="preserve"> </w:t>
      </w:r>
      <w:r>
        <w:t>Sir Paul Nurs</w:t>
      </w:r>
      <w:r>
        <w:t>e, former President of</w:t>
      </w:r>
      <w:r w:rsidR="00557804">
        <w:t xml:space="preserve"> </w:t>
      </w:r>
      <w:r>
        <w:t>the Royal Society,</w:t>
      </w:r>
      <w:r w:rsidR="0003193A">
        <w:t xml:space="preserve"> </w:t>
      </w:r>
      <w:r>
        <w:t>these two organizations partnered to produce a</w:t>
      </w:r>
      <w:r w:rsidR="0003193A">
        <w:t xml:space="preserve"> </w:t>
      </w:r>
      <w:r>
        <w:t>high-level overview of climate change science. As</w:t>
      </w:r>
      <w:r w:rsidR="0003193A">
        <w:t xml:space="preserve"> </w:t>
      </w:r>
      <w:r>
        <w:t>current Presidents of these organizations, weare pleased to offer an update to this key reference,</w:t>
      </w:r>
      <w:r w:rsidR="0003193A">
        <w:t xml:space="preserve"> </w:t>
      </w:r>
      <w:r>
        <w:t>supported by</w:t>
      </w:r>
      <w:r w:rsidR="00557804">
        <w:t xml:space="preserve"> </w:t>
      </w:r>
      <w:r>
        <w:t>t</w:t>
      </w:r>
      <w:r>
        <w:t>he gene</w:t>
      </w:r>
      <w:r>
        <w:t>rosity of</w:t>
      </w:r>
      <w:r w:rsidR="00557804">
        <w:t xml:space="preserve"> </w:t>
      </w:r>
      <w:r>
        <w:t>the Cicerone Family.</w:t>
      </w:r>
    </w:p>
    <w:p w14:paraId="042C41D9" w14:textId="77EAEF5D" w:rsidR="0086413F" w:rsidRDefault="00475F0B" w:rsidP="0086413F">
      <w:pPr>
        <w:spacing w:line="360" w:lineRule="auto"/>
        <w:ind w:firstLine="400"/>
        <w:rPr>
          <w:sz w:val="18"/>
          <w:szCs w:val="18"/>
        </w:rPr>
      </w:pPr>
      <w:r w:rsidRPr="00557804">
        <w:rPr>
          <w:sz w:val="18"/>
          <w:szCs w:val="18"/>
        </w:rPr>
        <w:t>Marcia McNutt</w:t>
      </w:r>
      <w:r w:rsidR="00557804" w:rsidRPr="00557804">
        <w:rPr>
          <w:sz w:val="18"/>
          <w:szCs w:val="18"/>
        </w:rPr>
        <w:t xml:space="preserve"> </w:t>
      </w:r>
      <w:r w:rsidRPr="00557804">
        <w:rPr>
          <w:sz w:val="18"/>
          <w:szCs w:val="18"/>
        </w:rPr>
        <w:t>President, National Academy of Sciences</w:t>
      </w:r>
      <w:r w:rsidR="00557804" w:rsidRPr="00557804">
        <w:rPr>
          <w:sz w:val="18"/>
          <w:szCs w:val="18"/>
        </w:rPr>
        <w:t xml:space="preserve">  </w:t>
      </w:r>
      <w:r w:rsidR="00720FEC">
        <w:rPr>
          <w:sz w:val="18"/>
          <w:szCs w:val="18"/>
        </w:rPr>
        <w:t xml:space="preserve"> </w:t>
      </w:r>
      <w:r w:rsidRPr="00557804">
        <w:rPr>
          <w:sz w:val="18"/>
          <w:szCs w:val="18"/>
        </w:rPr>
        <w:t>V</w:t>
      </w:r>
      <w:r w:rsidRPr="00557804">
        <w:rPr>
          <w:sz w:val="18"/>
          <w:szCs w:val="18"/>
        </w:rPr>
        <w:t>e</w:t>
      </w:r>
      <w:r w:rsidRPr="00557804">
        <w:rPr>
          <w:sz w:val="18"/>
          <w:szCs w:val="18"/>
        </w:rPr>
        <w:t>nki Ramakrishna</w:t>
      </w:r>
      <w:r w:rsidR="00557804" w:rsidRPr="00557804">
        <w:rPr>
          <w:sz w:val="18"/>
          <w:szCs w:val="18"/>
        </w:rPr>
        <w:t xml:space="preserve"> </w:t>
      </w:r>
      <w:r w:rsidRPr="00557804">
        <w:rPr>
          <w:sz w:val="18"/>
          <w:szCs w:val="18"/>
        </w:rPr>
        <w:t>President, Royal Society</w:t>
      </w:r>
      <w:r w:rsidR="00557804" w:rsidRPr="00557804">
        <w:rPr>
          <w:sz w:val="18"/>
          <w:szCs w:val="18"/>
        </w:rPr>
        <w:t xml:space="preserve"> </w:t>
      </w:r>
    </w:p>
    <w:p w14:paraId="2439CD82" w14:textId="77777777" w:rsidR="0086413F" w:rsidRDefault="0086413F">
      <w:pPr>
        <w:spacing w:line="360" w:lineRule="auto"/>
        <w:ind w:firstLine="400"/>
      </w:pPr>
      <w:r w:rsidRPr="0086413F">
        <w:rPr>
          <w:sz w:val="36"/>
          <w:szCs w:val="36"/>
        </w:rPr>
        <w:lastRenderedPageBreak/>
        <w:t>For further reading</w:t>
      </w:r>
      <w:r>
        <w:t xml:space="preserve"> </w:t>
      </w:r>
    </w:p>
    <w:p w14:paraId="27218915" w14:textId="18B8AB1E" w:rsidR="007E3AE7" w:rsidRDefault="00475F0B">
      <w:pPr>
        <w:spacing w:line="360" w:lineRule="auto"/>
        <w:ind w:firstLine="400"/>
      </w:pPr>
      <w:r>
        <w:t>For more detailed discussion of</w:t>
      </w:r>
      <w:r w:rsidR="0086413F">
        <w:rPr>
          <w:lang w:val="uk-UA"/>
        </w:rPr>
        <w:t xml:space="preserve"> </w:t>
      </w:r>
      <w:r>
        <w:t>t</w:t>
      </w:r>
      <w:r>
        <w:t>he topics addressed in this document</w:t>
      </w:r>
    </w:p>
    <w:p w14:paraId="4C94B51B" w14:textId="77777777" w:rsidR="007E3AE7" w:rsidRDefault="00475F0B">
      <w:pPr>
        <w:spacing w:line="360" w:lineRule="auto"/>
        <w:ind w:firstLine="400"/>
      </w:pPr>
      <w:r>
        <w:t>(including references toth</w:t>
      </w:r>
      <w:r>
        <w:t>e underlying original research), see:</w:t>
      </w:r>
    </w:p>
    <w:p w14:paraId="7FF4BBC6" w14:textId="18D127E6" w:rsidR="007E3AE7" w:rsidRDefault="00475F0B" w:rsidP="0086413F">
      <w:pPr>
        <w:pStyle w:val="ae"/>
        <w:numPr>
          <w:ilvl w:val="0"/>
          <w:numId w:val="11"/>
        </w:numPr>
        <w:spacing w:line="360" w:lineRule="auto"/>
      </w:pPr>
      <w:r>
        <w:t>Intergovernmental Panel on Climate Change (IPCC), 2019:</w:t>
      </w:r>
    </w:p>
    <w:p w14:paraId="6AD49B81" w14:textId="3B8A491B" w:rsidR="007E3AE7" w:rsidRDefault="00475F0B">
      <w:pPr>
        <w:spacing w:line="360" w:lineRule="auto"/>
        <w:ind w:firstLine="400"/>
      </w:pPr>
      <w:r>
        <w:t>S</w:t>
      </w:r>
      <w:r>
        <w:t>pecial Report onthe Ocean and Cryosphere in</w:t>
      </w:r>
      <w:r w:rsidR="0086413F">
        <w:rPr>
          <w:lang w:val="uk-UA"/>
        </w:rPr>
        <w:t xml:space="preserve"> </w:t>
      </w:r>
      <w:r>
        <w:t>a Changing Climate</w:t>
      </w:r>
    </w:p>
    <w:p w14:paraId="795E9860" w14:textId="77777777" w:rsidR="007E3AE7" w:rsidRDefault="00475F0B">
      <w:pPr>
        <w:spacing w:line="360" w:lineRule="auto"/>
        <w:ind w:firstLine="400"/>
      </w:pPr>
      <w:r>
        <w:t>[https://www.ipcc.ch/srocc]</w:t>
      </w:r>
    </w:p>
    <w:p w14:paraId="3D088619" w14:textId="73C3DF31" w:rsidR="007E3AE7" w:rsidRDefault="00475F0B" w:rsidP="0086413F">
      <w:pPr>
        <w:pStyle w:val="ae"/>
        <w:numPr>
          <w:ilvl w:val="0"/>
          <w:numId w:val="11"/>
        </w:numPr>
        <w:spacing w:line="360" w:lineRule="auto"/>
      </w:pPr>
      <w:r>
        <w:t>National Academies of Sciences, Engineering, and Medicine</w:t>
      </w:r>
    </w:p>
    <w:p w14:paraId="0B0D443A" w14:textId="77777777" w:rsidR="007E3AE7" w:rsidRDefault="00475F0B">
      <w:pPr>
        <w:spacing w:line="360" w:lineRule="auto"/>
        <w:ind w:firstLine="400"/>
      </w:pPr>
      <w:r>
        <w:t>(</w:t>
      </w:r>
      <w:r>
        <w:t>NASEM), 2019: Negative Emissions Technologies and Reliable</w:t>
      </w:r>
    </w:p>
    <w:p w14:paraId="16FF2211" w14:textId="69AEF709" w:rsidR="007E3AE7" w:rsidRDefault="00475F0B">
      <w:pPr>
        <w:spacing w:line="360" w:lineRule="auto"/>
        <w:ind w:firstLine="400"/>
      </w:pPr>
      <w:r>
        <w:t>Sequestration: A</w:t>
      </w:r>
      <w:r w:rsidR="0086413F">
        <w:rPr>
          <w:lang w:val="uk-UA"/>
        </w:rPr>
        <w:t xml:space="preserve"> </w:t>
      </w:r>
      <w:r>
        <w:t>Research Agenda</w:t>
      </w:r>
    </w:p>
    <w:p w14:paraId="54CA941B" w14:textId="77777777" w:rsidR="007E3AE7" w:rsidRDefault="00475F0B">
      <w:pPr>
        <w:spacing w:line="360" w:lineRule="auto"/>
        <w:ind w:firstLine="400"/>
      </w:pPr>
      <w:r>
        <w:t>[https://www.nap.edu/catalog/25259]</w:t>
      </w:r>
    </w:p>
    <w:p w14:paraId="7AA0B6E8" w14:textId="4FAA9FAD" w:rsidR="007E3AE7" w:rsidRDefault="00475F0B" w:rsidP="0086413F">
      <w:pPr>
        <w:pStyle w:val="ae"/>
        <w:numPr>
          <w:ilvl w:val="0"/>
          <w:numId w:val="11"/>
        </w:numPr>
        <w:spacing w:line="360" w:lineRule="auto"/>
      </w:pPr>
      <w:r>
        <w:t>Royal Society, 2018: Greenhouse gas removal</w:t>
      </w:r>
    </w:p>
    <w:p w14:paraId="0295E017" w14:textId="77777777" w:rsidR="007E3AE7" w:rsidRDefault="00475F0B">
      <w:pPr>
        <w:spacing w:line="360" w:lineRule="auto"/>
        <w:ind w:firstLine="400"/>
      </w:pPr>
      <w:r>
        <w:t>[</w:t>
      </w:r>
      <w:r>
        <w:t>https://raeng.org.uk/greenhousegasremoval]</w:t>
      </w:r>
    </w:p>
    <w:p w14:paraId="4AC284EF" w14:textId="210EE692" w:rsidR="007E3AE7" w:rsidRDefault="00475F0B" w:rsidP="0086413F">
      <w:pPr>
        <w:pStyle w:val="ae"/>
        <w:numPr>
          <w:ilvl w:val="0"/>
          <w:numId w:val="11"/>
        </w:numPr>
        <w:spacing w:line="360" w:lineRule="auto"/>
      </w:pPr>
      <w:r>
        <w:t xml:space="preserve">U.S. Global Change Research </w:t>
      </w:r>
      <w:r>
        <w:t>Program (USGCRP), 2018: Fourth</w:t>
      </w:r>
    </w:p>
    <w:p w14:paraId="23728F9B" w14:textId="77777777" w:rsidR="007E3AE7" w:rsidRDefault="00475F0B">
      <w:pPr>
        <w:spacing w:line="360" w:lineRule="auto"/>
        <w:ind w:firstLine="400"/>
      </w:pPr>
      <w:r>
        <w:t>N</w:t>
      </w:r>
      <w:r>
        <w:t>ational Climate Assessment Volume II: Impacts, Risks, and</w:t>
      </w:r>
    </w:p>
    <w:p w14:paraId="7CFC026C" w14:textId="4EBDACDA" w:rsidR="007E3AE7" w:rsidRDefault="00475F0B">
      <w:pPr>
        <w:spacing w:line="360" w:lineRule="auto"/>
        <w:ind w:firstLine="400"/>
      </w:pPr>
      <w:r>
        <w:t>Adaptation in</w:t>
      </w:r>
      <w:r w:rsidR="0086413F">
        <w:rPr>
          <w:lang w:val="uk-UA"/>
        </w:rPr>
        <w:t xml:space="preserve"> </w:t>
      </w:r>
      <w:r>
        <w:t>the United States [https://nca2018.globalchange.gov]</w:t>
      </w:r>
    </w:p>
    <w:p w14:paraId="6AF5F69F" w14:textId="732B1CA6" w:rsidR="007E3AE7" w:rsidRDefault="0086413F">
      <w:pPr>
        <w:spacing w:line="360" w:lineRule="auto"/>
        <w:ind w:firstLine="400"/>
      </w:pPr>
      <w:r>
        <w:rPr>
          <w:lang w:val="uk-UA"/>
        </w:rPr>
        <w:t xml:space="preserve">- </w:t>
      </w:r>
      <w:r w:rsidR="00475F0B">
        <w:t>IPCC, 2018: Global Warming of1.5°C [https://www.ipcc.ch/sr15]</w:t>
      </w:r>
    </w:p>
    <w:p w14:paraId="093C3284" w14:textId="753BE9C7" w:rsidR="007E3AE7" w:rsidRDefault="0086413F" w:rsidP="0086413F">
      <w:pPr>
        <w:spacing w:line="360" w:lineRule="auto"/>
        <w:ind w:firstLine="400"/>
      </w:pPr>
      <w:r>
        <w:rPr>
          <w:lang w:val="uk-UA"/>
        </w:rPr>
        <w:t xml:space="preserve">- </w:t>
      </w:r>
      <w:r w:rsidR="00475F0B">
        <w:t>USGCRP, 2017: Fourth National Climat</w:t>
      </w:r>
      <w:r w:rsidR="00475F0B">
        <w:t>e Assessment Volume I: Climate</w:t>
      </w:r>
      <w:r>
        <w:rPr>
          <w:lang w:val="uk-UA"/>
        </w:rPr>
        <w:t xml:space="preserve"> </w:t>
      </w:r>
      <w:r w:rsidR="00475F0B">
        <w:t>Science Special Reports [https://science2017.globalchange.gov]</w:t>
      </w:r>
    </w:p>
    <w:p w14:paraId="4A2D9E0B" w14:textId="148A683F" w:rsidR="007E3AE7" w:rsidRDefault="0086413F" w:rsidP="0086413F">
      <w:pPr>
        <w:spacing w:line="360" w:lineRule="auto"/>
        <w:ind w:firstLine="400"/>
      </w:pPr>
      <w:r>
        <w:rPr>
          <w:lang w:val="uk-UA"/>
        </w:rPr>
        <w:lastRenderedPageBreak/>
        <w:t xml:space="preserve">- </w:t>
      </w:r>
      <w:r w:rsidR="00475F0B">
        <w:t>NASEM, 2016: Attribution of Extreme Weather Events in</w:t>
      </w:r>
      <w:r>
        <w:rPr>
          <w:lang w:val="uk-UA"/>
        </w:rPr>
        <w:t xml:space="preserve"> </w:t>
      </w:r>
      <w:r w:rsidR="00475F0B">
        <w:t>the</w:t>
      </w:r>
      <w:r>
        <w:rPr>
          <w:lang w:val="uk-UA"/>
        </w:rPr>
        <w:t xml:space="preserve"> </w:t>
      </w:r>
      <w:r w:rsidR="00475F0B">
        <w:t>Context of Climate Change [https://www.nap.edu/catalog/21852]</w:t>
      </w:r>
    </w:p>
    <w:p w14:paraId="7D328906" w14:textId="66F628C7" w:rsidR="002E46D6" w:rsidRDefault="0086413F" w:rsidP="0086413F">
      <w:pPr>
        <w:spacing w:line="360" w:lineRule="auto"/>
        <w:ind w:firstLine="400"/>
      </w:pPr>
      <w:r>
        <w:rPr>
          <w:lang w:val="uk-UA"/>
        </w:rPr>
        <w:t xml:space="preserve">- </w:t>
      </w:r>
      <w:r w:rsidR="00475F0B">
        <w:t>IPCC, 2013: Fifth Assessment Report (AR5)</w:t>
      </w:r>
      <w:r w:rsidR="00475F0B">
        <w:t xml:space="preserve"> Working Group 1.</w:t>
      </w:r>
      <w:r w:rsidR="00475F0B">
        <w:t>Climate Change 2013: The Physical Science Basis</w:t>
      </w:r>
      <w:r>
        <w:rPr>
          <w:lang w:val="uk-UA"/>
        </w:rPr>
        <w:t xml:space="preserve"> </w:t>
      </w:r>
      <w:r w:rsidR="00475F0B">
        <w:t xml:space="preserve">[https://www.ipcc.ch/report/ar5/wg1] </w:t>
      </w:r>
    </w:p>
    <w:p w14:paraId="1008A07E" w14:textId="5382413B" w:rsidR="007E3AE7" w:rsidRDefault="002E46D6" w:rsidP="0086413F">
      <w:pPr>
        <w:spacing w:line="360" w:lineRule="auto"/>
        <w:ind w:firstLine="400"/>
      </w:pPr>
      <w:r>
        <w:rPr>
          <w:lang w:val="uk-UA"/>
        </w:rPr>
        <w:t xml:space="preserve">-    </w:t>
      </w:r>
      <w:r w:rsidR="00475F0B">
        <w:t>NRC, 2013: Abrupt Impacts of Climate Change: Anticipating</w:t>
      </w:r>
    </w:p>
    <w:p w14:paraId="3601C044" w14:textId="77777777" w:rsidR="007E3AE7" w:rsidRDefault="00475F0B">
      <w:pPr>
        <w:spacing w:line="360" w:lineRule="auto"/>
        <w:ind w:firstLine="400"/>
      </w:pPr>
      <w:r>
        <w:t>Surprises [https://www.nap.edu/catalog/18373]</w:t>
      </w:r>
    </w:p>
    <w:p w14:paraId="0261D3A9" w14:textId="5F42A42C" w:rsidR="007E3AE7" w:rsidRDefault="00475F0B" w:rsidP="002E46D6">
      <w:pPr>
        <w:pStyle w:val="ae"/>
        <w:numPr>
          <w:ilvl w:val="0"/>
          <w:numId w:val="11"/>
        </w:numPr>
        <w:spacing w:line="360" w:lineRule="auto"/>
      </w:pPr>
      <w:r>
        <w:t>NRC, 2011: Climate Stabilization Targets: Emiss</w:t>
      </w:r>
      <w:r>
        <w:t>ions, Concentrations,</w:t>
      </w:r>
      <w:r w:rsidR="002E46D6">
        <w:rPr>
          <w:lang w:val="uk-UA"/>
        </w:rPr>
        <w:t xml:space="preserve"> </w:t>
      </w:r>
      <w:r>
        <w:t>and Impacts Over Decades to Millennia</w:t>
      </w:r>
      <w:r w:rsidR="002E46D6">
        <w:rPr>
          <w:lang w:val="uk-UA"/>
        </w:rPr>
        <w:t xml:space="preserve"> </w:t>
      </w:r>
      <w:r>
        <w:t>[https://www.nap.edu/catalog/12877]</w:t>
      </w:r>
    </w:p>
    <w:p w14:paraId="7E01B330" w14:textId="46AD1C6C" w:rsidR="007E3AE7" w:rsidRDefault="00475F0B" w:rsidP="002E46D6">
      <w:pPr>
        <w:pStyle w:val="ae"/>
        <w:numPr>
          <w:ilvl w:val="0"/>
          <w:numId w:val="11"/>
        </w:numPr>
        <w:spacing w:line="360" w:lineRule="auto"/>
      </w:pPr>
      <w:r>
        <w:t>Royal Society 2010: Climate Change: ASummary ofthe Science</w:t>
      </w:r>
    </w:p>
    <w:p w14:paraId="2C6C2935" w14:textId="1AA108F9" w:rsidR="007E3AE7" w:rsidRDefault="00475F0B" w:rsidP="002E46D6">
      <w:pPr>
        <w:spacing w:line="360" w:lineRule="auto"/>
        <w:ind w:firstLine="400"/>
      </w:pPr>
      <w:r>
        <w:t>[</w:t>
      </w:r>
      <w:r>
        <w:t>https://royalsociety.org/topics-policy/publications/2010/</w:t>
      </w:r>
      <w:r>
        <w:t>climate-change-summary-science]</w:t>
      </w:r>
    </w:p>
    <w:p w14:paraId="4C758FA6" w14:textId="3677656B" w:rsidR="007E3AE7" w:rsidRDefault="00475F0B" w:rsidP="002E46D6">
      <w:pPr>
        <w:pStyle w:val="ae"/>
        <w:numPr>
          <w:ilvl w:val="0"/>
          <w:numId w:val="11"/>
        </w:numPr>
        <w:spacing w:line="360" w:lineRule="auto"/>
      </w:pPr>
      <w:r>
        <w:t>NRC, 201</w:t>
      </w:r>
      <w:r>
        <w:t>0: America’s</w:t>
      </w:r>
      <w:r w:rsidR="002E46D6">
        <w:rPr>
          <w:lang w:val="uk-UA"/>
        </w:rPr>
        <w:t xml:space="preserve"> </w:t>
      </w:r>
      <w:r>
        <w:t>Climate Choices: Advancing the Science</w:t>
      </w:r>
    </w:p>
    <w:p w14:paraId="5514B263" w14:textId="77777777" w:rsidR="007E3AE7" w:rsidRDefault="00475F0B">
      <w:pPr>
        <w:spacing w:line="360" w:lineRule="auto"/>
        <w:ind w:firstLine="400"/>
      </w:pPr>
      <w:r>
        <w:t>o</w:t>
      </w:r>
      <w:r>
        <w:t>f Climate Change [https://www.nap.edu/catalog/12782]</w:t>
      </w:r>
    </w:p>
    <w:p w14:paraId="75C0C445" w14:textId="03AF5137" w:rsidR="007E3AE7" w:rsidRDefault="00475F0B" w:rsidP="002E46D6">
      <w:pPr>
        <w:spacing w:line="360" w:lineRule="auto"/>
        <w:ind w:firstLine="400"/>
      </w:pPr>
      <w:r>
        <w:t>Much ofthe original data underlying the scientific findings</w:t>
      </w:r>
      <w:r w:rsidR="002E46D6">
        <w:rPr>
          <w:lang w:val="uk-UA"/>
        </w:rPr>
        <w:t xml:space="preserve"> </w:t>
      </w:r>
      <w:r>
        <w:t>discussed here are available at:</w:t>
      </w:r>
    </w:p>
    <w:p w14:paraId="7F367383" w14:textId="1C8D761B" w:rsidR="007E3AE7" w:rsidRDefault="002E46D6">
      <w:pPr>
        <w:spacing w:line="360" w:lineRule="auto"/>
        <w:ind w:firstLine="400"/>
      </w:pPr>
      <w:r>
        <w:rPr>
          <w:lang w:val="uk-UA"/>
        </w:rPr>
        <w:t xml:space="preserve">- </w:t>
      </w:r>
      <w:r w:rsidR="00475F0B">
        <w:t>https://data.ucar.edu/</w:t>
      </w:r>
    </w:p>
    <w:p w14:paraId="66FA70E2" w14:textId="664DB289" w:rsidR="007E3AE7" w:rsidRDefault="002E46D6">
      <w:pPr>
        <w:spacing w:line="360" w:lineRule="auto"/>
        <w:ind w:firstLine="400"/>
      </w:pPr>
      <w:r>
        <w:rPr>
          <w:lang w:val="uk-UA"/>
        </w:rPr>
        <w:t xml:space="preserve">- </w:t>
      </w:r>
      <w:r w:rsidR="00475F0B">
        <w:t>https://climatedataguide.ucar.edu</w:t>
      </w:r>
    </w:p>
    <w:p w14:paraId="30C97787" w14:textId="2EA0347D" w:rsidR="007E3AE7" w:rsidRDefault="002E46D6">
      <w:pPr>
        <w:spacing w:line="360" w:lineRule="auto"/>
        <w:ind w:firstLine="400"/>
      </w:pPr>
      <w:r>
        <w:rPr>
          <w:lang w:val="uk-UA"/>
        </w:rPr>
        <w:t xml:space="preserve">- </w:t>
      </w:r>
      <w:r w:rsidR="00475F0B">
        <w:t>https://iridl.ldeo.columbia.edu</w:t>
      </w:r>
    </w:p>
    <w:p w14:paraId="3BFB3F53" w14:textId="0F4FD19F" w:rsidR="007E3AE7" w:rsidRDefault="002E46D6">
      <w:pPr>
        <w:spacing w:line="360" w:lineRule="auto"/>
        <w:ind w:firstLine="400"/>
      </w:pPr>
      <w:r>
        <w:rPr>
          <w:lang w:val="uk-UA"/>
        </w:rPr>
        <w:t xml:space="preserve">- </w:t>
      </w:r>
      <w:r w:rsidR="00475F0B">
        <w:t>https://ess-dive.lbl.gov/</w:t>
      </w:r>
    </w:p>
    <w:p w14:paraId="30B91F5B" w14:textId="58AF6439" w:rsidR="007E3AE7" w:rsidRDefault="002E46D6">
      <w:pPr>
        <w:spacing w:line="360" w:lineRule="auto"/>
        <w:ind w:firstLine="400"/>
      </w:pPr>
      <w:r>
        <w:rPr>
          <w:lang w:val="uk-UA"/>
        </w:rPr>
        <w:lastRenderedPageBreak/>
        <w:t xml:space="preserve">- </w:t>
      </w:r>
      <w:r w:rsidR="00475F0B">
        <w:t>https://www.ncdc.noaa.gov/</w:t>
      </w:r>
    </w:p>
    <w:p w14:paraId="48F4B57B" w14:textId="2B1F6606" w:rsidR="007E3AE7" w:rsidRDefault="002E46D6">
      <w:pPr>
        <w:spacing w:line="360" w:lineRule="auto"/>
        <w:ind w:firstLine="400"/>
      </w:pPr>
      <w:r>
        <w:rPr>
          <w:lang w:val="uk-UA"/>
        </w:rPr>
        <w:t xml:space="preserve">- </w:t>
      </w:r>
      <w:r w:rsidR="00475F0B">
        <w:t>https://www.esrl.noaa.gov/gmd/ccgg/trends/</w:t>
      </w:r>
    </w:p>
    <w:p w14:paraId="6EE31E33" w14:textId="636F46E9" w:rsidR="007E3AE7" w:rsidRDefault="002E46D6">
      <w:pPr>
        <w:spacing w:line="360" w:lineRule="auto"/>
        <w:ind w:firstLine="400"/>
      </w:pPr>
      <w:r>
        <w:rPr>
          <w:lang w:val="uk-UA"/>
        </w:rPr>
        <w:t xml:space="preserve">- </w:t>
      </w:r>
      <w:r w:rsidR="00475F0B">
        <w:t>http://scrippsco2.ucsd.edu</w:t>
      </w:r>
    </w:p>
    <w:p w14:paraId="1A0A87A9" w14:textId="4143D243" w:rsidR="007E3AE7" w:rsidRDefault="002E46D6">
      <w:pPr>
        <w:spacing w:line="360" w:lineRule="auto"/>
        <w:ind w:firstLine="400"/>
      </w:pPr>
      <w:r>
        <w:rPr>
          <w:lang w:val="uk-UA"/>
        </w:rPr>
        <w:t xml:space="preserve">- </w:t>
      </w:r>
      <w:r w:rsidR="00475F0B">
        <w:t>http://hahana.soest.hawaii.edu/hot/</w:t>
      </w:r>
    </w:p>
    <w:p w14:paraId="71FAAFB2" w14:textId="7F217A15" w:rsidR="007E3AE7" w:rsidRDefault="00475F0B" w:rsidP="002E46D6">
      <w:pPr>
        <w:spacing w:line="360" w:lineRule="auto"/>
        <w:ind w:firstLine="400"/>
      </w:pPr>
      <w:r>
        <w:t xml:space="preserve">THE NATIONAL ACADEMY OF SCIENCES (NAS) was </w:t>
      </w:r>
      <w:r>
        <w:t>established to advise the United</w:t>
      </w:r>
      <w:r w:rsidR="002E46D6">
        <w:rPr>
          <w:lang w:val="uk-UA"/>
        </w:rPr>
        <w:t xml:space="preserve"> </w:t>
      </w:r>
      <w:r>
        <w:t>States on scientific and technical issues when President Lincoln signed a</w:t>
      </w:r>
      <w:r w:rsidR="002E46D6">
        <w:rPr>
          <w:lang w:val="uk-UA"/>
        </w:rPr>
        <w:t xml:space="preserve"> </w:t>
      </w:r>
      <w:r>
        <w:t>Congressional</w:t>
      </w:r>
      <w:r w:rsidR="002E46D6">
        <w:rPr>
          <w:lang w:val="uk-UA"/>
        </w:rPr>
        <w:t xml:space="preserve"> </w:t>
      </w:r>
      <w:r>
        <w:t>charter in 1863. The National Research Council, the operating arm</w:t>
      </w:r>
      <w:r w:rsidR="002E46D6">
        <w:rPr>
          <w:lang w:val="uk-UA"/>
        </w:rPr>
        <w:t xml:space="preserve"> </w:t>
      </w:r>
      <w:r>
        <w:t>of the National Academy</w:t>
      </w:r>
      <w:r w:rsidR="002E46D6">
        <w:rPr>
          <w:lang w:val="uk-UA"/>
        </w:rPr>
        <w:t xml:space="preserve"> </w:t>
      </w:r>
      <w:r>
        <w:t>of Sciences and</w:t>
      </w:r>
      <w:r w:rsidR="002E46D6">
        <w:rPr>
          <w:lang w:val="uk-UA"/>
        </w:rPr>
        <w:t xml:space="preserve"> </w:t>
      </w:r>
      <w:r>
        <w:t>the National Academy of Engineer</w:t>
      </w:r>
      <w:r>
        <w:t>ing, has issued numerous reports on</w:t>
      </w:r>
      <w:r w:rsidR="002E46D6">
        <w:rPr>
          <w:lang w:val="uk-UA"/>
        </w:rPr>
        <w:t xml:space="preserve"> </w:t>
      </w:r>
      <w:r>
        <w:t>the causes of</w:t>
      </w:r>
      <w:r w:rsidR="002E46D6">
        <w:rPr>
          <w:lang w:val="uk-UA"/>
        </w:rPr>
        <w:t xml:space="preserve"> </w:t>
      </w:r>
      <w:r>
        <w:t>and potential responses to climate change. Climate change resources from the</w:t>
      </w:r>
      <w:r w:rsidR="002E46D6">
        <w:rPr>
          <w:lang w:val="uk-UA"/>
        </w:rPr>
        <w:t xml:space="preserve"> </w:t>
      </w:r>
      <w:r>
        <w:t>National Research Council are available at nationalacademies.org/climate.</w:t>
      </w:r>
    </w:p>
    <w:p w14:paraId="04E913A5" w14:textId="3E161F81" w:rsidR="007E3AE7" w:rsidRPr="00042021" w:rsidRDefault="00475F0B" w:rsidP="00042021">
      <w:pPr>
        <w:spacing w:line="360" w:lineRule="auto"/>
        <w:ind w:firstLine="400"/>
        <w:rPr>
          <w:lang w:val="uk-UA"/>
        </w:rPr>
      </w:pPr>
      <w:r>
        <w:t>THE ROYAL SOCIETY isa self-governing Fellowship of many o</w:t>
      </w:r>
      <w:r>
        <w:t>f</w:t>
      </w:r>
      <w:r w:rsidR="00C92E29">
        <w:rPr>
          <w:lang w:val="uk-UA"/>
        </w:rPr>
        <w:t xml:space="preserve"> </w:t>
      </w:r>
      <w:r>
        <w:t>the world’s</w:t>
      </w:r>
      <w:r w:rsidR="00C92E29">
        <w:rPr>
          <w:lang w:val="uk-UA"/>
        </w:rPr>
        <w:t xml:space="preserve"> </w:t>
      </w:r>
      <w:r>
        <w:t>most</w:t>
      </w:r>
      <w:r w:rsidR="00C92E29">
        <w:rPr>
          <w:lang w:val="uk-UA"/>
        </w:rPr>
        <w:t xml:space="preserve"> </w:t>
      </w:r>
      <w:r>
        <w:t>distinguished scientists. Its members are drawn from all areas of science, engineering,</w:t>
      </w:r>
      <w:r w:rsidR="00C92E29">
        <w:rPr>
          <w:lang w:val="uk-UA"/>
        </w:rPr>
        <w:t xml:space="preserve"> </w:t>
      </w:r>
      <w:r>
        <w:t>and medicine. It</w:t>
      </w:r>
      <w:r w:rsidR="00C92E29">
        <w:rPr>
          <w:lang w:val="uk-UA"/>
        </w:rPr>
        <w:t xml:space="preserve"> </w:t>
      </w:r>
      <w:r>
        <w:t>is the national academy of science in</w:t>
      </w:r>
      <w:r w:rsidR="00C92E29">
        <w:rPr>
          <w:lang w:val="uk-UA"/>
        </w:rPr>
        <w:t xml:space="preserve"> </w:t>
      </w:r>
      <w:r>
        <w:t>the UK. The Society’s</w:t>
      </w:r>
      <w:r w:rsidR="00C92E29">
        <w:rPr>
          <w:lang w:val="uk-UA"/>
        </w:rPr>
        <w:t xml:space="preserve"> </w:t>
      </w:r>
      <w:r>
        <w:t>fundamental</w:t>
      </w:r>
      <w:r w:rsidR="00C92E29">
        <w:rPr>
          <w:lang w:val="uk-UA"/>
        </w:rPr>
        <w:t xml:space="preserve"> </w:t>
      </w:r>
      <w:r>
        <w:t>purpose, reflected in</w:t>
      </w:r>
      <w:r w:rsidR="00C92E29">
        <w:rPr>
          <w:lang w:val="uk-UA"/>
        </w:rPr>
        <w:t xml:space="preserve"> </w:t>
      </w:r>
      <w:r>
        <w:t>its founding Charters of</w:t>
      </w:r>
      <w:r w:rsidR="00C92E29">
        <w:rPr>
          <w:lang w:val="uk-UA"/>
        </w:rPr>
        <w:t xml:space="preserve"> </w:t>
      </w:r>
      <w:r>
        <w:t>the 1660s, is</w:t>
      </w:r>
      <w:r w:rsidR="00C92E29">
        <w:rPr>
          <w:lang w:val="uk-UA"/>
        </w:rPr>
        <w:t xml:space="preserve"> </w:t>
      </w:r>
      <w:r>
        <w:t xml:space="preserve">to </w:t>
      </w:r>
      <w:r w:rsidR="00042021">
        <w:t>recognize</w:t>
      </w:r>
      <w:r>
        <w:t>, promote, and</w:t>
      </w:r>
      <w:r w:rsidR="00C92E29">
        <w:rPr>
          <w:lang w:val="uk-UA"/>
        </w:rPr>
        <w:t xml:space="preserve"> </w:t>
      </w:r>
      <w:r>
        <w:t>support excellence in science, andto encourage the development and</w:t>
      </w:r>
      <w:r w:rsidR="00042021">
        <w:rPr>
          <w:lang w:val="uk-UA"/>
        </w:rPr>
        <w:t xml:space="preserve"> </w:t>
      </w:r>
      <w:r>
        <w:t>use of science</w:t>
      </w:r>
      <w:r w:rsidR="00042021">
        <w:rPr>
          <w:lang w:val="uk-UA"/>
        </w:rPr>
        <w:t xml:space="preserve"> </w:t>
      </w:r>
      <w:r>
        <w:t>for</w:t>
      </w:r>
      <w:r w:rsidR="00042021">
        <w:rPr>
          <w:lang w:val="uk-UA"/>
        </w:rPr>
        <w:t xml:space="preserve"> </w:t>
      </w:r>
      <w:r>
        <w:t>the benefit of humanity. More information on</w:t>
      </w:r>
      <w:r w:rsidR="00042021">
        <w:rPr>
          <w:lang w:val="uk-UA"/>
        </w:rPr>
        <w:t xml:space="preserve"> </w:t>
      </w:r>
      <w:r>
        <w:t>the Society’s</w:t>
      </w:r>
      <w:r w:rsidR="00042021">
        <w:rPr>
          <w:lang w:val="uk-UA"/>
        </w:rPr>
        <w:t xml:space="preserve"> </w:t>
      </w:r>
      <w:r>
        <w:t>climate change work is</w:t>
      </w:r>
      <w:r w:rsidR="00042021">
        <w:rPr>
          <w:lang w:val="uk-UA"/>
        </w:rPr>
        <w:t xml:space="preserve"> </w:t>
      </w:r>
      <w:r>
        <w:t>available at royalsociety.org/policy/climate-change</w:t>
      </w:r>
      <w:r w:rsidR="00042021">
        <w:rPr>
          <w:lang w:val="uk-UA"/>
        </w:rPr>
        <w:t>.</w:t>
      </w:r>
    </w:p>
    <w:p w14:paraId="73F340C8" w14:textId="72CBC07E" w:rsidR="00042021" w:rsidRDefault="00042021">
      <w:pPr>
        <w:spacing w:line="360" w:lineRule="auto"/>
        <w:ind w:firstLine="400"/>
      </w:pPr>
    </w:p>
    <w:p w14:paraId="0DA486DB" w14:textId="77777777" w:rsidR="00042021" w:rsidRDefault="00042021">
      <w:pPr>
        <w:spacing w:line="360" w:lineRule="auto"/>
        <w:ind w:firstLine="400"/>
      </w:pPr>
    </w:p>
    <w:p w14:paraId="38DD386E" w14:textId="77777777" w:rsidR="00042021" w:rsidRDefault="00042021">
      <w:pPr>
        <w:spacing w:line="360" w:lineRule="auto"/>
        <w:ind w:firstLine="400"/>
      </w:pPr>
    </w:p>
    <w:p w14:paraId="7CA3426E" w14:textId="0ED602AB" w:rsidR="007E3AE7" w:rsidRDefault="00475F0B" w:rsidP="00042021">
      <w:pPr>
        <w:spacing w:line="360" w:lineRule="auto"/>
        <w:ind w:firstLine="400"/>
        <w:jc w:val="both"/>
      </w:pPr>
      <w:r>
        <w:lastRenderedPageBreak/>
        <w:t>S</w:t>
      </w:r>
      <w:r>
        <w:t>ummary</w:t>
      </w:r>
      <w:r>
        <w:t>.</w:t>
      </w:r>
      <w:r>
        <w:t>....................................................................................</w:t>
      </w:r>
      <w:r w:rsidR="00042021">
        <w:rPr>
          <w:lang w:val="uk-UA"/>
        </w:rPr>
        <w:t>....</w:t>
      </w:r>
      <w:r>
        <w:t>.</w:t>
      </w:r>
      <w:r>
        <w:t>....... 2</w:t>
      </w:r>
    </w:p>
    <w:p w14:paraId="1E387D95" w14:textId="77777777" w:rsidR="007E3AE7" w:rsidRDefault="00475F0B">
      <w:pPr>
        <w:spacing w:line="360" w:lineRule="auto"/>
        <w:ind w:firstLine="400"/>
      </w:pPr>
      <w:r>
        <w:t>Climate Change Q&amp;A</w:t>
      </w:r>
    </w:p>
    <w:p w14:paraId="47875223" w14:textId="2BEC8857" w:rsidR="00042021" w:rsidRDefault="00042021" w:rsidP="00042021">
      <w:pPr>
        <w:pStyle w:val="ae"/>
        <w:numPr>
          <w:ilvl w:val="0"/>
          <w:numId w:val="13"/>
        </w:numPr>
        <w:spacing w:line="360" w:lineRule="auto"/>
      </w:pPr>
      <w:r>
        <w:t>Is the climate warning………………………………………</w:t>
      </w:r>
      <w:r>
        <w:rPr>
          <w:lang w:val="uk-UA"/>
        </w:rPr>
        <w:t>…</w:t>
      </w:r>
      <w:r>
        <w:t>….…</w:t>
      </w:r>
      <w:r w:rsidR="001A1067">
        <w:t>9</w:t>
      </w:r>
    </w:p>
    <w:p w14:paraId="650956AA" w14:textId="14BC8743" w:rsidR="007E3AE7" w:rsidRDefault="00475F0B" w:rsidP="00042021">
      <w:pPr>
        <w:pStyle w:val="ae"/>
        <w:numPr>
          <w:ilvl w:val="0"/>
          <w:numId w:val="13"/>
        </w:numPr>
        <w:spacing w:line="360" w:lineRule="auto"/>
      </w:pPr>
      <w:r>
        <w:t>Ho</w:t>
      </w:r>
      <w:r>
        <w:t>w</w:t>
      </w:r>
      <w:r w:rsidR="00042021">
        <w:t xml:space="preserve"> </w:t>
      </w:r>
      <w:r>
        <w:t>d</w:t>
      </w:r>
      <w:r>
        <w:t xml:space="preserve">o scientists know that recent climate change is largely caused by human activities? </w:t>
      </w:r>
      <w:r w:rsidR="00042021">
        <w:t>…………………………………</w:t>
      </w:r>
      <w:r w:rsidR="00042021">
        <w:rPr>
          <w:lang w:val="uk-UA"/>
        </w:rPr>
        <w:t>…</w:t>
      </w:r>
      <w:r w:rsidR="00042021">
        <w:t>…</w:t>
      </w:r>
      <w:r>
        <w:t>.............</w:t>
      </w:r>
      <w:r w:rsidR="001A1067">
        <w:t>11</w:t>
      </w:r>
    </w:p>
    <w:p w14:paraId="324E9425" w14:textId="792F8BCB" w:rsidR="007E3AE7" w:rsidRDefault="00475F0B" w:rsidP="00042021">
      <w:pPr>
        <w:pStyle w:val="ae"/>
        <w:numPr>
          <w:ilvl w:val="0"/>
          <w:numId w:val="13"/>
        </w:numPr>
        <w:spacing w:line="360" w:lineRule="auto"/>
      </w:pPr>
      <w:r>
        <w:t>CO</w:t>
      </w:r>
      <w:r w:rsidR="00042021">
        <w:rPr>
          <w:lang w:val="uk-UA"/>
        </w:rPr>
        <w:t xml:space="preserve">, </w:t>
      </w:r>
      <w:r>
        <w:t>is already in</w:t>
      </w:r>
      <w:r w:rsidR="00042021">
        <w:rPr>
          <w:lang w:val="uk-UA"/>
        </w:rPr>
        <w:t xml:space="preserve"> </w:t>
      </w:r>
      <w:r>
        <w:t>the at</w:t>
      </w:r>
      <w:r>
        <w:t>mosphere naturally, so</w:t>
      </w:r>
      <w:r w:rsidR="00042021">
        <w:rPr>
          <w:lang w:val="uk-UA"/>
        </w:rPr>
        <w:t xml:space="preserve"> </w:t>
      </w:r>
      <w:r>
        <w:t>why are emissions from</w:t>
      </w:r>
    </w:p>
    <w:p w14:paraId="0B9627DC" w14:textId="0A7DA6D7" w:rsidR="007E3AE7" w:rsidRDefault="00475F0B">
      <w:pPr>
        <w:spacing w:line="360" w:lineRule="auto"/>
        <w:ind w:firstLine="400"/>
      </w:pPr>
      <w:r>
        <w:t>h</w:t>
      </w:r>
      <w:r>
        <w:t>uman activity significant? ......................................................................................................................</w:t>
      </w:r>
      <w:r w:rsidR="001A1067">
        <w:t>12</w:t>
      </w:r>
    </w:p>
    <w:p w14:paraId="50B3427B" w14:textId="6F43362B" w:rsidR="007E3AE7" w:rsidRDefault="00475F0B" w:rsidP="00042021">
      <w:pPr>
        <w:spacing w:line="360" w:lineRule="auto"/>
        <w:ind w:firstLine="400"/>
      </w:pPr>
      <w:r>
        <w:t>4</w:t>
      </w:r>
      <w:r w:rsidR="00DD164B">
        <w:t>.</w:t>
      </w:r>
      <w:r>
        <w:t>Wh</w:t>
      </w:r>
      <w:r>
        <w:t>at role has</w:t>
      </w:r>
      <w:r w:rsidR="001A1067">
        <w:t xml:space="preserve"> </w:t>
      </w:r>
      <w:r>
        <w:t xml:space="preserve">the Sun played in climate change in recent </w:t>
      </w:r>
      <w:r w:rsidR="001A1067">
        <w:t>decades? ..13</w:t>
      </w:r>
      <w:r>
        <w:t xml:space="preserve"> </w:t>
      </w:r>
    </w:p>
    <w:p w14:paraId="550A1570" w14:textId="66EBED81" w:rsidR="007E3AE7" w:rsidRDefault="00475F0B" w:rsidP="00042021">
      <w:pPr>
        <w:spacing w:line="360" w:lineRule="auto"/>
        <w:ind w:firstLine="400"/>
      </w:pPr>
      <w:r>
        <w:t>5Wh</w:t>
      </w:r>
      <w:r>
        <w:t>at</w:t>
      </w:r>
      <w:r w:rsidR="00042021">
        <w:rPr>
          <w:lang w:val="uk-UA"/>
        </w:rPr>
        <w:t xml:space="preserve"> </w:t>
      </w:r>
      <w:r>
        <w:t>do changes in</w:t>
      </w:r>
      <w:r w:rsidR="00042021">
        <w:rPr>
          <w:lang w:val="uk-UA"/>
        </w:rPr>
        <w:t xml:space="preserve"> </w:t>
      </w:r>
      <w:r>
        <w:t>the vertical structure of atmospheric temperature—from the</w:t>
      </w:r>
      <w:r w:rsidR="00042021">
        <w:rPr>
          <w:lang w:val="uk-UA"/>
        </w:rPr>
        <w:t xml:space="preserve"> </w:t>
      </w:r>
      <w:r>
        <w:t>surface up</w:t>
      </w:r>
      <w:r w:rsidR="00042021">
        <w:rPr>
          <w:lang w:val="uk-UA"/>
        </w:rPr>
        <w:t xml:space="preserve"> </w:t>
      </w:r>
      <w:r>
        <w:t>to the stratosphere—tell us about the causes of recent climate change? ......</w:t>
      </w:r>
      <w:r w:rsidR="00042021">
        <w:rPr>
          <w:lang w:val="uk-UA"/>
        </w:rPr>
        <w:t>...................................................................</w:t>
      </w:r>
      <w:r>
        <w:t>..................</w:t>
      </w:r>
      <w:r w:rsidR="001A1067">
        <w:t>14</w:t>
      </w:r>
    </w:p>
    <w:p w14:paraId="3DD4F2C6" w14:textId="37C8AB4C" w:rsidR="007E3AE7" w:rsidRDefault="00475F0B" w:rsidP="00042021">
      <w:pPr>
        <w:spacing w:line="360" w:lineRule="auto"/>
        <w:ind w:firstLine="400"/>
      </w:pPr>
      <w:r>
        <w:t>6</w:t>
      </w:r>
      <w:r w:rsidR="00042021">
        <w:rPr>
          <w:lang w:val="uk-UA"/>
        </w:rPr>
        <w:t xml:space="preserve">. </w:t>
      </w:r>
      <w:r>
        <w:t>Cl</w:t>
      </w:r>
      <w:r>
        <w:t>imate is always changing. Why</w:t>
      </w:r>
      <w:r w:rsidR="00042021">
        <w:rPr>
          <w:lang w:val="uk-UA"/>
        </w:rPr>
        <w:t xml:space="preserve"> </w:t>
      </w:r>
      <w:r>
        <w:t>is climate change of concern now? .................</w:t>
      </w:r>
      <w:r w:rsidR="00042021">
        <w:rPr>
          <w:lang w:val="uk-UA"/>
        </w:rPr>
        <w:t>.....................................................................</w:t>
      </w:r>
      <w:r>
        <w:t>................................</w:t>
      </w:r>
      <w:r w:rsidR="001A1067">
        <w:t>16</w:t>
      </w:r>
    </w:p>
    <w:p w14:paraId="19BDEFAC" w14:textId="4EFDAAC2" w:rsidR="007E3AE7" w:rsidRDefault="00475F0B" w:rsidP="00042021">
      <w:pPr>
        <w:spacing w:line="360" w:lineRule="auto"/>
        <w:ind w:firstLine="400"/>
      </w:pPr>
      <w:r>
        <w:t>7</w:t>
      </w:r>
      <w:r w:rsidR="00042021">
        <w:rPr>
          <w:lang w:val="uk-UA"/>
        </w:rPr>
        <w:t xml:space="preserve">. </w:t>
      </w:r>
      <w:r>
        <w:t>Is t</w:t>
      </w:r>
      <w:r>
        <w:t>he current level of atmospheric CO2 concentration unprecedented in Earth’shistory? .........</w:t>
      </w:r>
      <w:r w:rsidR="00042021">
        <w:rPr>
          <w:lang w:val="uk-UA"/>
        </w:rPr>
        <w:t>........................................................................</w:t>
      </w:r>
      <w:r>
        <w:t>.......</w:t>
      </w:r>
      <w:r w:rsidR="001A1067">
        <w:t>17</w:t>
      </w:r>
    </w:p>
    <w:p w14:paraId="719529EE" w14:textId="55AEB816" w:rsidR="007E3AE7" w:rsidRDefault="00475F0B" w:rsidP="00042021">
      <w:pPr>
        <w:spacing w:line="360" w:lineRule="auto"/>
        <w:ind w:firstLine="400"/>
      </w:pPr>
      <w:r>
        <w:t>8</w:t>
      </w:r>
      <w:r w:rsidR="00042021">
        <w:rPr>
          <w:lang w:val="uk-UA"/>
        </w:rPr>
        <w:t xml:space="preserve">. </w:t>
      </w:r>
      <w:r>
        <w:t>Is t</w:t>
      </w:r>
      <w:r>
        <w:t>here a</w:t>
      </w:r>
      <w:r w:rsidR="00042021">
        <w:rPr>
          <w:lang w:val="uk-UA"/>
        </w:rPr>
        <w:t xml:space="preserve"> </w:t>
      </w:r>
      <w:r>
        <w:t>point at which adding</w:t>
      </w:r>
      <w:r>
        <w:t xml:space="preserve"> more CO2 will not cause further warming? ................</w:t>
      </w:r>
      <w:r w:rsidR="00042021">
        <w:rPr>
          <w:lang w:val="uk-UA"/>
        </w:rPr>
        <w:t>...............................................................</w:t>
      </w:r>
      <w:r>
        <w:t>...........</w:t>
      </w:r>
      <w:r w:rsidR="00042021">
        <w:rPr>
          <w:lang w:val="uk-UA"/>
        </w:rPr>
        <w:t>.</w:t>
      </w:r>
      <w:r>
        <w:t>......... 1</w:t>
      </w:r>
      <w:r w:rsidR="001A1067">
        <w:t>8</w:t>
      </w:r>
    </w:p>
    <w:p w14:paraId="16812064" w14:textId="1832E893" w:rsidR="007E3AE7" w:rsidRDefault="00475F0B" w:rsidP="00042021">
      <w:pPr>
        <w:spacing w:line="360" w:lineRule="auto"/>
        <w:ind w:firstLine="400"/>
      </w:pPr>
      <w:r>
        <w:t>9</w:t>
      </w:r>
      <w:r w:rsidR="005E39E3">
        <w:t xml:space="preserve">. </w:t>
      </w:r>
      <w:r>
        <w:t>Do</w:t>
      </w:r>
      <w:r>
        <w:t>es</w:t>
      </w:r>
      <w:r w:rsidR="00042021">
        <w:rPr>
          <w:lang w:val="uk-UA"/>
        </w:rPr>
        <w:t xml:space="preserve"> </w:t>
      </w:r>
      <w:r>
        <w:t xml:space="preserve">the rate of warming vary from one decade to </w:t>
      </w:r>
      <w:r>
        <w:t>a</w:t>
      </w:r>
      <w:r>
        <w:t>n</w:t>
      </w:r>
      <w:r>
        <w:t>o</w:t>
      </w:r>
      <w:r>
        <w:t>t</w:t>
      </w:r>
      <w:r>
        <w:t>h</w:t>
      </w:r>
      <w:r>
        <w:t>e</w:t>
      </w:r>
      <w:r>
        <w:t>r</w:t>
      </w:r>
      <w:r>
        <w:t>?</w:t>
      </w:r>
      <w:r>
        <w:t xml:space="preserve"> </w:t>
      </w:r>
      <w:r w:rsidR="00042021">
        <w:rPr>
          <w:lang w:val="uk-UA"/>
        </w:rPr>
        <w:t>……………………………………</w:t>
      </w:r>
      <w:r>
        <w:t>............................................................. 1</w:t>
      </w:r>
      <w:r w:rsidR="001A1067">
        <w:t>9</w:t>
      </w:r>
    </w:p>
    <w:p w14:paraId="4F4F5C76" w14:textId="06A504AB" w:rsidR="007E3AE7" w:rsidRPr="001A1067" w:rsidRDefault="00475F0B" w:rsidP="005F0CE5">
      <w:pPr>
        <w:spacing w:line="360" w:lineRule="auto"/>
        <w:ind w:firstLine="400"/>
      </w:pPr>
      <w:r>
        <w:t>10</w:t>
      </w:r>
      <w:r w:rsidR="005E39E3">
        <w:t xml:space="preserve">. </w:t>
      </w:r>
      <w:r>
        <w:t>Did t</w:t>
      </w:r>
      <w:r>
        <w:t>he slowdown of warming during the 2000s to</w:t>
      </w:r>
      <w:r>
        <w:t xml:space="preserve"> early 2010s</w:t>
      </w:r>
      <w:r w:rsidR="005F0CE5">
        <w:rPr>
          <w:lang w:val="uk-UA"/>
        </w:rPr>
        <w:t xml:space="preserve"> </w:t>
      </w:r>
      <w:r>
        <w:t>mean that climate change is</w:t>
      </w:r>
      <w:r w:rsidR="005E39E3">
        <w:t xml:space="preserve"> </w:t>
      </w:r>
      <w:r>
        <w:t>no longer happening?</w:t>
      </w:r>
      <w:r w:rsidR="005F0CE5">
        <w:rPr>
          <w:lang w:val="uk-UA"/>
        </w:rPr>
        <w:t>................................................</w:t>
      </w:r>
      <w:r w:rsidR="001A1067">
        <w:t>20</w:t>
      </w:r>
    </w:p>
    <w:p w14:paraId="7BB0AC2F" w14:textId="49591CDA" w:rsidR="007E3AE7" w:rsidRPr="005F0CE5" w:rsidRDefault="00475F0B" w:rsidP="005F0CE5">
      <w:pPr>
        <w:spacing w:line="360" w:lineRule="auto"/>
        <w:ind w:firstLine="400"/>
      </w:pPr>
      <w:r>
        <w:lastRenderedPageBreak/>
        <w:t>T</w:t>
      </w:r>
      <w:r>
        <w:t>he Basics of Climate Change ....</w:t>
      </w:r>
      <w:r>
        <w:t>..........................</w:t>
      </w:r>
      <w:r>
        <w:t>...</w:t>
      </w:r>
      <w:r>
        <w:t>...</w:t>
      </w:r>
      <w:r w:rsidR="005F0CE5">
        <w:t>..............</w:t>
      </w:r>
      <w:r>
        <w:t>.....</w:t>
      </w:r>
      <w:r w:rsidR="001A1067">
        <w:t>......</w:t>
      </w:r>
      <w:r>
        <w:t xml:space="preserve">. </w:t>
      </w:r>
      <w:r w:rsidR="001A1067">
        <w:t>22</w:t>
      </w:r>
    </w:p>
    <w:p w14:paraId="43CA833B" w14:textId="3FA9F700" w:rsidR="007E3AE7" w:rsidRDefault="007E3AE7">
      <w:pPr>
        <w:spacing w:line="360" w:lineRule="auto"/>
        <w:ind w:firstLine="400"/>
      </w:pPr>
    </w:p>
    <w:p w14:paraId="4B194786" w14:textId="77777777" w:rsidR="007E3AE7" w:rsidRDefault="00475F0B">
      <w:pPr>
        <w:spacing w:line="360" w:lineRule="auto"/>
        <w:ind w:firstLine="400"/>
      </w:pPr>
      <w:r>
        <w:t>Climate Change Q&amp;A (continued)</w:t>
      </w:r>
    </w:p>
    <w:p w14:paraId="7283D6ED" w14:textId="03655C03" w:rsidR="007E3AE7" w:rsidRDefault="00475F0B" w:rsidP="005F0CE5">
      <w:pPr>
        <w:spacing w:line="360" w:lineRule="auto"/>
        <w:ind w:firstLine="400"/>
      </w:pPr>
      <w:r>
        <w:t>11</w:t>
      </w:r>
      <w:r w:rsidR="005F0CE5">
        <w:t xml:space="preserve">. </w:t>
      </w:r>
      <w:r>
        <w:t>If t</w:t>
      </w:r>
      <w:r>
        <w:t>he world is warming, whyare some winters and summers still very cold? .....................</w:t>
      </w:r>
      <w:r w:rsidR="005E39E3">
        <w:t>........................................................................</w:t>
      </w:r>
      <w:r>
        <w:t>...............</w:t>
      </w:r>
      <w:r w:rsidR="004F10C8">
        <w:t>.</w:t>
      </w:r>
      <w:r w:rsidR="001A1067">
        <w:t>3</w:t>
      </w:r>
      <w:r>
        <w:t>3</w:t>
      </w:r>
    </w:p>
    <w:p w14:paraId="0672687D" w14:textId="04D82452" w:rsidR="007E3AE7" w:rsidRDefault="00475F0B" w:rsidP="005E39E3">
      <w:pPr>
        <w:spacing w:line="360" w:lineRule="auto"/>
        <w:ind w:firstLine="400"/>
      </w:pPr>
      <w:r>
        <w:t>1</w:t>
      </w:r>
      <w:r>
        <w:t>2</w:t>
      </w:r>
      <w:r w:rsidR="004F10C8">
        <w:t xml:space="preserve">. </w:t>
      </w:r>
      <w:r>
        <w:t>Wh</w:t>
      </w:r>
      <w:r>
        <w:t>y</w:t>
      </w:r>
      <w:r w:rsidR="005E39E3">
        <w:t xml:space="preserve"> </w:t>
      </w:r>
      <w:r>
        <w:t xml:space="preserve">is </w:t>
      </w:r>
      <w:r w:rsidR="005E39E3">
        <w:t xml:space="preserve">Arctic Sea </w:t>
      </w:r>
      <w:r>
        <w:t>ice decreasing while Antarctic seaice has changed little? .............</w:t>
      </w:r>
      <w:r>
        <w:t>.........</w:t>
      </w:r>
      <w:r w:rsidR="005E39E3">
        <w:t>.......................................................................</w:t>
      </w:r>
      <w:r>
        <w:t>.............</w:t>
      </w:r>
      <w:r w:rsidR="004F10C8">
        <w:t>...</w:t>
      </w:r>
      <w:r w:rsidR="001A1067">
        <w:t>3</w:t>
      </w:r>
      <w:r>
        <w:t>4</w:t>
      </w:r>
    </w:p>
    <w:p w14:paraId="414C9453" w14:textId="4AF07724" w:rsidR="007E3AE7" w:rsidRDefault="00475F0B" w:rsidP="004F10C8">
      <w:pPr>
        <w:spacing w:line="360" w:lineRule="auto"/>
        <w:ind w:firstLine="400"/>
      </w:pPr>
      <w:r>
        <w:t>13</w:t>
      </w:r>
      <w:r w:rsidR="004F10C8">
        <w:t xml:space="preserve">. </w:t>
      </w:r>
      <w:r>
        <w:t>Ho</w:t>
      </w:r>
      <w:r>
        <w:t>w</w:t>
      </w:r>
      <w:r w:rsidR="004F10C8">
        <w:t xml:space="preserve"> </w:t>
      </w:r>
      <w:r>
        <w:t>does climate change affect the strength and frequency</w:t>
      </w:r>
    </w:p>
    <w:p w14:paraId="31E2FD35" w14:textId="62A58A88" w:rsidR="007E3AE7" w:rsidRDefault="00475F0B">
      <w:pPr>
        <w:spacing w:line="360" w:lineRule="auto"/>
        <w:ind w:firstLine="400"/>
      </w:pPr>
      <w:r>
        <w:t>of floods, droughts, hurricanes, and tornadoes</w:t>
      </w:r>
      <w:r>
        <w:t>?</w:t>
      </w:r>
      <w:r w:rsidR="004F10C8">
        <w:t>......................................</w:t>
      </w:r>
      <w:r w:rsidR="001A1067">
        <w:t>3</w:t>
      </w:r>
      <w:r w:rsidR="004F10C8">
        <w:t>5</w:t>
      </w:r>
    </w:p>
    <w:p w14:paraId="0B5467CC" w14:textId="1C2CFE9C" w:rsidR="007E3AE7" w:rsidRDefault="00475F0B" w:rsidP="004F10C8">
      <w:pPr>
        <w:spacing w:line="360" w:lineRule="auto"/>
        <w:ind w:firstLine="400"/>
      </w:pPr>
      <w:r>
        <w:t>14</w:t>
      </w:r>
      <w:r w:rsidR="004F10C8">
        <w:t xml:space="preserve">. </w:t>
      </w:r>
      <w:r>
        <w:t>Ho</w:t>
      </w:r>
      <w:r>
        <w:t>w</w:t>
      </w:r>
      <w:r w:rsidR="004F10C8">
        <w:t xml:space="preserve"> </w:t>
      </w:r>
      <w:r>
        <w:t>fast is</w:t>
      </w:r>
      <w:r w:rsidR="004F10C8">
        <w:t xml:space="preserve"> </w:t>
      </w:r>
      <w:r>
        <w:t>sea level rising</w:t>
      </w:r>
      <w:r>
        <w:t>?</w:t>
      </w:r>
      <w:r w:rsidR="004F10C8">
        <w:t>..............................................................</w:t>
      </w:r>
      <w:r w:rsidR="001A1067">
        <w:t>37</w:t>
      </w:r>
      <w:r>
        <w:t xml:space="preserve"> </w:t>
      </w:r>
    </w:p>
    <w:p w14:paraId="60465000" w14:textId="5523670B" w:rsidR="007E3AE7" w:rsidRDefault="00475F0B" w:rsidP="004F10C8">
      <w:pPr>
        <w:spacing w:line="360" w:lineRule="auto"/>
        <w:ind w:firstLine="400"/>
      </w:pPr>
      <w:r>
        <w:t>15</w:t>
      </w:r>
      <w:r w:rsidR="004F10C8">
        <w:t>.</w:t>
      </w:r>
      <w:r>
        <w:t>Wh</w:t>
      </w:r>
      <w:r>
        <w:t>at</w:t>
      </w:r>
      <w:r w:rsidR="004F10C8">
        <w:t xml:space="preserve"> </w:t>
      </w:r>
      <w:r>
        <w:t>is ocean acidification and</w:t>
      </w:r>
      <w:r w:rsidR="004F10C8">
        <w:t xml:space="preserve"> </w:t>
      </w:r>
      <w:r>
        <w:t>why does it matter?</w:t>
      </w:r>
      <w:r w:rsidR="004F10C8">
        <w:t>.........................</w:t>
      </w:r>
      <w:r w:rsidR="001A1067">
        <w:t>38</w:t>
      </w:r>
      <w:r>
        <w:t xml:space="preserve"> </w:t>
      </w:r>
    </w:p>
    <w:p w14:paraId="08CE1DB6" w14:textId="459DB065" w:rsidR="007E3AE7" w:rsidRDefault="00475F0B" w:rsidP="004F10C8">
      <w:pPr>
        <w:spacing w:line="360" w:lineRule="auto"/>
        <w:ind w:firstLine="400"/>
      </w:pPr>
      <w:r>
        <w:t>1</w:t>
      </w:r>
      <w:r>
        <w:t>6</w:t>
      </w:r>
      <w:r w:rsidR="004F10C8">
        <w:t xml:space="preserve">. </w:t>
      </w:r>
      <w:r>
        <w:t>Ho</w:t>
      </w:r>
      <w:r>
        <w:t>w</w:t>
      </w:r>
      <w:r w:rsidR="004F10C8">
        <w:t xml:space="preserve"> </w:t>
      </w:r>
      <w:r>
        <w:t>confident are scientists that Earth will warm further over the coming century? ......................</w:t>
      </w:r>
      <w:r w:rsidR="004F10C8">
        <w:t>.......................................................….…….</w:t>
      </w:r>
      <w:r w:rsidR="001A1067">
        <w:t>39</w:t>
      </w:r>
    </w:p>
    <w:p w14:paraId="1EC31F91" w14:textId="71223C8A" w:rsidR="007E3AE7" w:rsidRDefault="00475F0B" w:rsidP="004F10C8">
      <w:pPr>
        <w:spacing w:line="360" w:lineRule="auto"/>
        <w:ind w:firstLine="400"/>
      </w:pPr>
      <w:r>
        <w:t>17</w:t>
      </w:r>
      <w:r w:rsidR="004F10C8">
        <w:t xml:space="preserve">. </w:t>
      </w:r>
      <w:r>
        <w:t>Ar</w:t>
      </w:r>
      <w:r>
        <w:t>e</w:t>
      </w:r>
      <w:r w:rsidR="004F10C8">
        <w:t xml:space="preserve"> </w:t>
      </w:r>
      <w:r>
        <w:t>c</w:t>
      </w:r>
      <w:r>
        <w:t>limate changes of</w:t>
      </w:r>
      <w:r w:rsidR="004F10C8">
        <w:t xml:space="preserve"> </w:t>
      </w:r>
      <w:r>
        <w:t>a few degrees a</w:t>
      </w:r>
      <w:r w:rsidR="004F10C8">
        <w:t xml:space="preserve"> </w:t>
      </w:r>
      <w:r>
        <w:t>ca</w:t>
      </w:r>
      <w:r>
        <w:t xml:space="preserve">use for </w:t>
      </w:r>
      <w:r w:rsidR="004F10C8">
        <w:t>concern?.............</w:t>
      </w:r>
      <w:r w:rsidR="001A1067">
        <w:t>41</w:t>
      </w:r>
      <w:r>
        <w:t xml:space="preserve"> </w:t>
      </w:r>
    </w:p>
    <w:p w14:paraId="50EDA2A1" w14:textId="5AF3D55C" w:rsidR="007E3AE7" w:rsidRDefault="00475F0B" w:rsidP="004F10C8">
      <w:pPr>
        <w:spacing w:line="360" w:lineRule="auto"/>
        <w:ind w:firstLine="400"/>
      </w:pPr>
      <w:r>
        <w:t>18</w:t>
      </w:r>
      <w:r w:rsidR="004F10C8">
        <w:t xml:space="preserve">. </w:t>
      </w:r>
      <w:r>
        <w:t>Wh</w:t>
      </w:r>
      <w:r>
        <w:t>at</w:t>
      </w:r>
      <w:r w:rsidR="004F10C8">
        <w:t xml:space="preserve"> </w:t>
      </w:r>
      <w:r>
        <w:t>are scientists doi</w:t>
      </w:r>
      <w:r>
        <w:t>ng to address key uncertainties</w:t>
      </w:r>
      <w:r w:rsidR="004F10C8">
        <w:t xml:space="preserve"> </w:t>
      </w:r>
      <w:r>
        <w:t>in</w:t>
      </w:r>
      <w:r w:rsidR="004F10C8">
        <w:t xml:space="preserve"> </w:t>
      </w:r>
      <w:r>
        <w:t>our understanding of</w:t>
      </w:r>
      <w:r w:rsidR="004F10C8">
        <w:t xml:space="preserve"> </w:t>
      </w:r>
      <w:r>
        <w:t>the climate system?</w:t>
      </w:r>
      <w:r w:rsidR="004F10C8">
        <w:t>...........................................................</w:t>
      </w:r>
      <w:r w:rsidR="001A1067">
        <w:t>42</w:t>
      </w:r>
      <w:r>
        <w:t xml:space="preserve"> </w:t>
      </w:r>
    </w:p>
    <w:p w14:paraId="479C034D" w14:textId="1C5A9C02" w:rsidR="007E3AE7" w:rsidRDefault="00475F0B" w:rsidP="004F10C8">
      <w:pPr>
        <w:spacing w:line="360" w:lineRule="auto"/>
        <w:ind w:firstLine="400"/>
      </w:pPr>
      <w:r>
        <w:t>19</w:t>
      </w:r>
      <w:r w:rsidR="004F10C8">
        <w:t xml:space="preserve">. </w:t>
      </w:r>
      <w:r>
        <w:t>Ar</w:t>
      </w:r>
      <w:r>
        <w:t>e</w:t>
      </w:r>
      <w:r w:rsidR="004F10C8">
        <w:t xml:space="preserve"> </w:t>
      </w:r>
      <w:r>
        <w:t>disaster scenarios about tipping points like “turning off</w:t>
      </w:r>
      <w:r w:rsidR="004F10C8">
        <w:t xml:space="preserve"> </w:t>
      </w:r>
      <w:r>
        <w:t>the Gulf Stream”</w:t>
      </w:r>
      <w:r w:rsidR="004F10C8">
        <w:t xml:space="preserve"> </w:t>
      </w:r>
      <w:r>
        <w:t xml:space="preserve">and release </w:t>
      </w:r>
      <w:r>
        <w:t>of methane from the Arctic acause for concern? .....................................................</w:t>
      </w:r>
      <w:r w:rsidR="004F10C8">
        <w:t>..........................................................</w:t>
      </w:r>
      <w:r>
        <w:t>.......</w:t>
      </w:r>
      <w:r w:rsidR="001A1067">
        <w:t>45</w:t>
      </w:r>
    </w:p>
    <w:p w14:paraId="6D13537B" w14:textId="090B09B7" w:rsidR="007E3AE7" w:rsidRDefault="00475F0B" w:rsidP="004F10C8">
      <w:pPr>
        <w:spacing w:line="360" w:lineRule="auto"/>
        <w:ind w:firstLine="400"/>
      </w:pPr>
      <w:r>
        <w:lastRenderedPageBreak/>
        <w:t>20</w:t>
      </w:r>
      <w:r w:rsidR="004F10C8">
        <w:t xml:space="preserve">. </w:t>
      </w:r>
      <w:r>
        <w:t>If e</w:t>
      </w:r>
      <w:r>
        <w:t xml:space="preserve">missions of greenhouse gases were stopped, would the climate </w:t>
      </w:r>
      <w:r w:rsidR="004F10C8">
        <w:t>return t</w:t>
      </w:r>
      <w:r>
        <w:t>o</w:t>
      </w:r>
      <w:r w:rsidR="004F10C8">
        <w:t xml:space="preserve"> </w:t>
      </w:r>
      <w:r>
        <w:t>the conditions of</w:t>
      </w:r>
      <w:r w:rsidR="004F10C8">
        <w:t xml:space="preserve"> </w:t>
      </w:r>
      <w:r>
        <w:t xml:space="preserve">200 years ago? </w:t>
      </w:r>
      <w:r>
        <w:t>...........................................................................</w:t>
      </w:r>
      <w:r w:rsidR="004F10C8">
        <w:t>.................</w:t>
      </w:r>
      <w:r>
        <w:t xml:space="preserve">.......................... </w:t>
      </w:r>
      <w:r w:rsidR="001A1067">
        <w:t>47</w:t>
      </w:r>
    </w:p>
    <w:p w14:paraId="7C798469" w14:textId="247A3DBC" w:rsidR="007E3AE7" w:rsidRDefault="00475F0B" w:rsidP="004F10C8">
      <w:pPr>
        <w:spacing w:line="360" w:lineRule="auto"/>
      </w:pPr>
      <w:r>
        <w:t>C</w:t>
      </w:r>
      <w:r>
        <w:t>onclus</w:t>
      </w:r>
      <w:r w:rsidR="00014640">
        <w:t>ion</w:t>
      </w:r>
      <w:r>
        <w:t>.....................................................................</w:t>
      </w:r>
      <w:r w:rsidR="004F10C8">
        <w:t>.........</w:t>
      </w:r>
      <w:r>
        <w:t>......................</w:t>
      </w:r>
      <w:r>
        <w:t xml:space="preserve"> </w:t>
      </w:r>
      <w:r w:rsidR="001A1067">
        <w:t>49</w:t>
      </w:r>
    </w:p>
    <w:p w14:paraId="02A408E7" w14:textId="03249196" w:rsidR="004F10C8" w:rsidRDefault="00475F0B" w:rsidP="004F10C8">
      <w:pPr>
        <w:spacing w:line="360" w:lineRule="auto"/>
      </w:pPr>
      <w:r>
        <w:t>Acknow</w:t>
      </w:r>
      <w:r>
        <w:t>ledgements ..............................................................</w:t>
      </w:r>
      <w:r w:rsidR="004F10C8">
        <w:t>........................</w:t>
      </w:r>
      <w:r w:rsidR="001A1067">
        <w:t>51</w:t>
      </w:r>
    </w:p>
    <w:p w14:paraId="1B9DC24B" w14:textId="77777777" w:rsidR="004F10C8" w:rsidRDefault="004F10C8" w:rsidP="004F10C8">
      <w:pPr>
        <w:spacing w:line="360" w:lineRule="auto"/>
      </w:pPr>
      <w:r>
        <w:t xml:space="preserve">   </w:t>
      </w:r>
    </w:p>
    <w:p w14:paraId="69D37BDD" w14:textId="77777777" w:rsidR="004F10C8" w:rsidRDefault="004F10C8" w:rsidP="004F10C8">
      <w:pPr>
        <w:spacing w:line="360" w:lineRule="auto"/>
      </w:pPr>
    </w:p>
    <w:p w14:paraId="4D049610" w14:textId="77777777" w:rsidR="004F10C8" w:rsidRDefault="004F10C8" w:rsidP="004F10C8">
      <w:pPr>
        <w:spacing w:line="360" w:lineRule="auto"/>
      </w:pPr>
    </w:p>
    <w:p w14:paraId="777B8BAF" w14:textId="77777777" w:rsidR="004F10C8" w:rsidRDefault="004F10C8" w:rsidP="004F10C8">
      <w:pPr>
        <w:spacing w:line="360" w:lineRule="auto"/>
      </w:pPr>
    </w:p>
    <w:p w14:paraId="031857B8" w14:textId="77777777" w:rsidR="004F10C8" w:rsidRDefault="004F10C8" w:rsidP="004F10C8">
      <w:pPr>
        <w:spacing w:line="360" w:lineRule="auto"/>
      </w:pPr>
    </w:p>
    <w:p w14:paraId="435EADFD" w14:textId="77777777" w:rsidR="004F10C8" w:rsidRDefault="004F10C8" w:rsidP="004F10C8">
      <w:pPr>
        <w:spacing w:line="360" w:lineRule="auto"/>
      </w:pPr>
    </w:p>
    <w:p w14:paraId="62F48AEC" w14:textId="77777777" w:rsidR="004F10C8" w:rsidRDefault="004F10C8" w:rsidP="004F10C8">
      <w:pPr>
        <w:spacing w:line="360" w:lineRule="auto"/>
      </w:pPr>
    </w:p>
    <w:p w14:paraId="56F51F97" w14:textId="77777777" w:rsidR="004F10C8" w:rsidRDefault="004F10C8" w:rsidP="004F10C8">
      <w:pPr>
        <w:spacing w:line="360" w:lineRule="auto"/>
      </w:pPr>
    </w:p>
    <w:p w14:paraId="1A3FEA2F" w14:textId="77777777" w:rsidR="004F10C8" w:rsidRDefault="004F10C8" w:rsidP="004F10C8">
      <w:pPr>
        <w:spacing w:line="360" w:lineRule="auto"/>
      </w:pPr>
    </w:p>
    <w:p w14:paraId="43781B9E" w14:textId="77777777" w:rsidR="004F10C8" w:rsidRDefault="004F10C8" w:rsidP="004F10C8">
      <w:pPr>
        <w:spacing w:line="360" w:lineRule="auto"/>
      </w:pPr>
    </w:p>
    <w:p w14:paraId="2BA18ADB" w14:textId="77777777" w:rsidR="004F10C8" w:rsidRDefault="004F10C8" w:rsidP="004F10C8">
      <w:pPr>
        <w:spacing w:line="360" w:lineRule="auto"/>
      </w:pPr>
    </w:p>
    <w:p w14:paraId="37ADCEB3" w14:textId="77777777" w:rsidR="004F10C8" w:rsidRDefault="004F10C8" w:rsidP="004F10C8">
      <w:pPr>
        <w:spacing w:line="360" w:lineRule="auto"/>
      </w:pPr>
    </w:p>
    <w:p w14:paraId="1689D1E0" w14:textId="77777777" w:rsidR="004F10C8" w:rsidRDefault="004F10C8" w:rsidP="004F10C8">
      <w:pPr>
        <w:spacing w:line="360" w:lineRule="auto"/>
      </w:pPr>
    </w:p>
    <w:p w14:paraId="3B2E7781" w14:textId="77777777" w:rsidR="004F10C8" w:rsidRDefault="004F10C8" w:rsidP="004F10C8">
      <w:pPr>
        <w:spacing w:line="360" w:lineRule="auto"/>
      </w:pPr>
    </w:p>
    <w:p w14:paraId="73940B6C" w14:textId="77777777" w:rsidR="00643502" w:rsidRDefault="00475F0B" w:rsidP="00643502">
      <w:pPr>
        <w:spacing w:line="360" w:lineRule="auto"/>
      </w:pPr>
      <w:r>
        <w:lastRenderedPageBreak/>
        <w:t>GREENHOUSE GASES such as carbon dioxide (CO2) absorb h</w:t>
      </w:r>
      <w:r>
        <w:t>eat (infrared radiation)</w:t>
      </w:r>
      <w:r w:rsidR="00643502">
        <w:t xml:space="preserve"> </w:t>
      </w:r>
      <w:r>
        <w:t>emitted from Earth’s</w:t>
      </w:r>
      <w:r w:rsidR="00643502">
        <w:t xml:space="preserve"> </w:t>
      </w:r>
      <w:r>
        <w:t>surface. Increases in</w:t>
      </w:r>
      <w:r w:rsidR="00643502">
        <w:t xml:space="preserve"> </w:t>
      </w:r>
      <w:r>
        <w:t>the atmospheric concentrations of these</w:t>
      </w:r>
      <w:r w:rsidR="00643502">
        <w:t xml:space="preserve"> </w:t>
      </w:r>
      <w:r>
        <w:t>gases cause Earth to warm by trapping more of this heat. Human activities—especially</w:t>
      </w:r>
      <w:r w:rsidR="00643502">
        <w:t xml:space="preserve"> </w:t>
      </w:r>
      <w:r>
        <w:t>the burning of fossil fuels since the start of</w:t>
      </w:r>
      <w:r w:rsidR="00643502">
        <w:t xml:space="preserve"> </w:t>
      </w:r>
      <w:r>
        <w:t>the Industrial Revo</w:t>
      </w:r>
      <w:r>
        <w:t>lution—have increased</w:t>
      </w:r>
      <w:r w:rsidR="00643502">
        <w:t xml:space="preserve"> </w:t>
      </w:r>
      <w:r>
        <w:t>atmospheric CO2 concentrations by more than 40%, with over half the increase occurring</w:t>
      </w:r>
      <w:r w:rsidR="00643502">
        <w:t xml:space="preserve"> </w:t>
      </w:r>
      <w:r>
        <w:t>since 1970. Since 1900, the global average surface temperature has increased by about</w:t>
      </w:r>
      <w:r w:rsidR="00643502">
        <w:t xml:space="preserve"> </w:t>
      </w:r>
      <w:r>
        <w:t>1 °C (1.8 °F). This has been accompanied by warming of</w:t>
      </w:r>
      <w:r w:rsidR="00643502">
        <w:t xml:space="preserve"> </w:t>
      </w:r>
      <w:r>
        <w:t>the oce</w:t>
      </w:r>
      <w:r>
        <w:t>an, arise in</w:t>
      </w:r>
      <w:r w:rsidR="00643502">
        <w:t xml:space="preserve"> </w:t>
      </w:r>
      <w:r>
        <w:t>sea level, a</w:t>
      </w:r>
      <w:r w:rsidR="00643502">
        <w:t xml:space="preserve"> </w:t>
      </w:r>
      <w:r>
        <w:t xml:space="preserve">strong decline in </w:t>
      </w:r>
      <w:r w:rsidR="00643502">
        <w:t xml:space="preserve">Arctic Sea </w:t>
      </w:r>
      <w:r>
        <w:t>ice, widespread increases in</w:t>
      </w:r>
      <w:r w:rsidR="00643502">
        <w:t xml:space="preserve"> </w:t>
      </w:r>
      <w:r>
        <w:t>the frequency and intensity</w:t>
      </w:r>
      <w:r w:rsidR="00643502">
        <w:t xml:space="preserve"> </w:t>
      </w:r>
      <w:r>
        <w:t>of heatwaves, and many other associated climate effects. Much of this warming has</w:t>
      </w:r>
      <w:r w:rsidR="00643502">
        <w:t xml:space="preserve"> </w:t>
      </w:r>
      <w:r>
        <w:t>occurred in</w:t>
      </w:r>
      <w:r w:rsidR="00643502">
        <w:t xml:space="preserve"> </w:t>
      </w:r>
      <w:r>
        <w:t>the last five decades. Detailed analyses have shown th</w:t>
      </w:r>
      <w:r>
        <w:t>at the warming during this period is mainly a</w:t>
      </w:r>
      <w:r w:rsidR="00643502">
        <w:t xml:space="preserve"> </w:t>
      </w:r>
      <w:r>
        <w:t>re</w:t>
      </w:r>
      <w:r>
        <w:t>sult of</w:t>
      </w:r>
      <w:r w:rsidR="00643502">
        <w:t xml:space="preserve"> </w:t>
      </w:r>
      <w:r>
        <w:t>the increased concentrations of</w:t>
      </w:r>
      <w:r w:rsidR="00643502">
        <w:t xml:space="preserve"> </w:t>
      </w:r>
      <w:r>
        <w:t>CO</w:t>
      </w:r>
      <w:r>
        <w:t>2</w:t>
      </w:r>
      <w:r w:rsidR="00643502">
        <w:t xml:space="preserve"> </w:t>
      </w:r>
      <w:r>
        <w:t>and other</w:t>
      </w:r>
      <w:r w:rsidR="00643502">
        <w:t xml:space="preserve"> </w:t>
      </w:r>
      <w:r>
        <w:t>greenhouse gases. Continued emissions of these gases will cause further climate change,</w:t>
      </w:r>
      <w:r w:rsidR="00643502">
        <w:t xml:space="preserve"> </w:t>
      </w:r>
      <w:r>
        <w:t xml:space="preserve">including substantial increases in global average surface </w:t>
      </w:r>
      <w:r>
        <w:t>temperature and important</w:t>
      </w:r>
      <w:r w:rsidR="00643502">
        <w:t xml:space="preserve"> </w:t>
      </w:r>
      <w:r>
        <w:t>changes in regional climate. The magnitude and timing of these changes will depend on</w:t>
      </w:r>
      <w:r w:rsidR="00643502">
        <w:t xml:space="preserve"> </w:t>
      </w:r>
      <w:r>
        <w:t>many factors, and slowdowns and accelerations in warming lasting a</w:t>
      </w:r>
      <w:r w:rsidR="00643502">
        <w:t xml:space="preserve"> </w:t>
      </w:r>
      <w:r>
        <w:t>decade or more will</w:t>
      </w:r>
      <w:r w:rsidR="00643502">
        <w:t xml:space="preserve"> </w:t>
      </w:r>
      <w:r>
        <w:t xml:space="preserve">continue to occur. However, long-term climate change over </w:t>
      </w:r>
      <w:r>
        <w:t>many decades will depend</w:t>
      </w:r>
      <w:r w:rsidR="00643502">
        <w:t xml:space="preserve"> </w:t>
      </w:r>
      <w:r>
        <w:t>mainly onthe total amount ofCO2 and other greenhouse gases emitted asa result of</w:t>
      </w:r>
      <w:r w:rsidR="00643502">
        <w:t xml:space="preserve"> </w:t>
      </w:r>
      <w:r>
        <w:t>human activities.</w:t>
      </w:r>
    </w:p>
    <w:p w14:paraId="0C75D944" w14:textId="23B2E750" w:rsidR="007E3AE7" w:rsidRPr="00582669" w:rsidRDefault="00582669">
      <w:pPr>
        <w:spacing w:line="360" w:lineRule="auto"/>
        <w:ind w:firstLine="400"/>
        <w:rPr>
          <w:sz w:val="36"/>
          <w:szCs w:val="36"/>
        </w:rPr>
      </w:pPr>
      <w:r>
        <w:rPr>
          <w:sz w:val="36"/>
          <w:szCs w:val="36"/>
        </w:rPr>
        <w:t>1.</w:t>
      </w:r>
      <w:r w:rsidR="00475F0B" w:rsidRPr="00582669">
        <w:rPr>
          <w:sz w:val="36"/>
          <w:szCs w:val="36"/>
        </w:rPr>
        <w:t>Is</w:t>
      </w:r>
      <w:r w:rsidR="00643502" w:rsidRPr="00582669">
        <w:rPr>
          <w:sz w:val="36"/>
          <w:szCs w:val="36"/>
        </w:rPr>
        <w:t xml:space="preserve"> </w:t>
      </w:r>
      <w:r w:rsidR="00475F0B" w:rsidRPr="00582669">
        <w:rPr>
          <w:sz w:val="36"/>
          <w:szCs w:val="36"/>
        </w:rPr>
        <w:t>the climate warming?</w:t>
      </w:r>
    </w:p>
    <w:p w14:paraId="3D504FE9" w14:textId="2EB718C8" w:rsidR="007E3AE7" w:rsidRDefault="00475F0B" w:rsidP="00643502">
      <w:pPr>
        <w:spacing w:line="360" w:lineRule="auto"/>
        <w:ind w:firstLine="400"/>
      </w:pPr>
      <w:r>
        <w:t xml:space="preserve">Yes. Earth’saverage surface air temperature has increased by about 1 °C (1.8 </w:t>
      </w:r>
      <w:r>
        <w:t>°F) since</w:t>
      </w:r>
      <w:r w:rsidR="00643502">
        <w:t xml:space="preserve"> </w:t>
      </w:r>
      <w:r>
        <w:t>1900, with over half of</w:t>
      </w:r>
      <w:r w:rsidR="00643502">
        <w:t xml:space="preserve"> </w:t>
      </w:r>
      <w:r>
        <w:t>the increase occurring since the</w:t>
      </w:r>
      <w:r w:rsidR="00643502">
        <w:t xml:space="preserve"> </w:t>
      </w:r>
      <w:r>
        <w:t>mid-1970s [Figure 1a]. A</w:t>
      </w:r>
      <w:r w:rsidR="00643502">
        <w:t xml:space="preserve"> </w:t>
      </w:r>
      <w:r>
        <w:t>wide</w:t>
      </w:r>
      <w:r w:rsidR="00643502">
        <w:t xml:space="preserve"> </w:t>
      </w:r>
      <w:r>
        <w:t>range of other observations (such as reduced Arctic sea</w:t>
      </w:r>
      <w:r w:rsidR="00643502">
        <w:t xml:space="preserve"> </w:t>
      </w:r>
      <w:r>
        <w:t>ice extent and increased</w:t>
      </w:r>
      <w:r w:rsidR="00643502">
        <w:t xml:space="preserve"> </w:t>
      </w:r>
      <w:r>
        <w:t xml:space="preserve">ocean heat content) and indications from </w:t>
      </w:r>
      <w:r>
        <w:lastRenderedPageBreak/>
        <w:t>the natural world (such as poleward shift</w:t>
      </w:r>
      <w:r>
        <w:t>s</w:t>
      </w:r>
      <w:r w:rsidR="00643502">
        <w:t xml:space="preserve"> </w:t>
      </w:r>
      <w:r>
        <w:t>of temperature-sensitive species of fish, mammals, insects, etc.) together provide</w:t>
      </w:r>
      <w:r w:rsidR="00643502">
        <w:t xml:space="preserve"> </w:t>
      </w:r>
      <w:r>
        <w:t>incontrovertible evidence of planetary-scale warming.</w:t>
      </w:r>
    </w:p>
    <w:p w14:paraId="28FC2D02" w14:textId="38288744" w:rsidR="007E3AE7" w:rsidRDefault="00475F0B" w:rsidP="00643502">
      <w:pPr>
        <w:spacing w:line="360" w:lineRule="auto"/>
        <w:ind w:firstLine="400"/>
      </w:pPr>
      <w:r>
        <w:t>The clearest evidence for surface warming comes from widespread thermometer records that, in some</w:t>
      </w:r>
      <w:r w:rsidR="00643502">
        <w:t xml:space="preserve"> </w:t>
      </w:r>
      <w:r>
        <w:t>places, extend back</w:t>
      </w:r>
      <w:r>
        <w:t xml:space="preserve"> to</w:t>
      </w:r>
      <w:r w:rsidR="00643502">
        <w:t xml:space="preserve"> </w:t>
      </w:r>
      <w:r>
        <w:t>the late 19th century. Today, temperatures are monitored at many thousands of</w:t>
      </w:r>
      <w:r w:rsidR="00643502">
        <w:t xml:space="preserve"> </w:t>
      </w:r>
      <w:r>
        <w:t>locations, over both the land and ocean surface. Indirect estimates of temperature change from such</w:t>
      </w:r>
      <w:r w:rsidR="00643502">
        <w:t xml:space="preserve"> </w:t>
      </w:r>
      <w:r>
        <w:t>sources as tree rings andice cores help to place recent temperature changes</w:t>
      </w:r>
      <w:r>
        <w:t xml:space="preserve"> inthe context ofthe past. In</w:t>
      </w:r>
      <w:r w:rsidR="00643502">
        <w:t xml:space="preserve"> </w:t>
      </w:r>
      <w:r>
        <w:t>terms of</w:t>
      </w:r>
      <w:r w:rsidR="00643502">
        <w:t xml:space="preserve"> </w:t>
      </w:r>
      <w:r>
        <w:t>the average surface temperature of Earth, these indirect estimates show that 1989 to 2019 was</w:t>
      </w:r>
      <w:r w:rsidR="00643502">
        <w:t xml:space="preserve"> </w:t>
      </w:r>
      <w:r>
        <w:t xml:space="preserve">very likely the warmest 30-year period in more than 800 years; the most recent decade, 2010-2019, </w:t>
      </w:r>
      <w:r>
        <w:t>i</w:t>
      </w:r>
      <w:r>
        <w:t>s</w:t>
      </w:r>
      <w:r w:rsidR="00643502">
        <w:t xml:space="preserve"> </w:t>
      </w:r>
      <w:r>
        <w:t>t</w:t>
      </w:r>
      <w:r>
        <w:t>he</w:t>
      </w:r>
      <w:r w:rsidR="00643502">
        <w:t xml:space="preserve"> </w:t>
      </w:r>
      <w:r>
        <w:t>warmest decade in</w:t>
      </w:r>
      <w:r w:rsidR="00643502">
        <w:t xml:space="preserve"> </w:t>
      </w:r>
      <w:r>
        <w:t>the</w:t>
      </w:r>
      <w:r>
        <w:t xml:space="preserve"> instrumental record so</w:t>
      </w:r>
      <w:r w:rsidR="00643502">
        <w:t xml:space="preserve"> </w:t>
      </w:r>
      <w:r>
        <w:t>far (since 1850).</w:t>
      </w:r>
    </w:p>
    <w:p w14:paraId="5FD8C77E" w14:textId="120D2066" w:rsidR="00643502" w:rsidRDefault="00475F0B" w:rsidP="00643502">
      <w:pPr>
        <w:spacing w:line="360" w:lineRule="auto"/>
        <w:ind w:firstLine="400"/>
      </w:pPr>
      <w:r>
        <w:t>Awide range of other observations provides amore comprehensive picture of warming throughout the</w:t>
      </w:r>
      <w:r w:rsidR="00643502">
        <w:t xml:space="preserve"> </w:t>
      </w:r>
      <w:r>
        <w:t>climate system. For example, the lower atmosphere and</w:t>
      </w:r>
      <w:r w:rsidR="00643502">
        <w:t xml:space="preserve"> </w:t>
      </w:r>
      <w:r>
        <w:t>the upper layers of</w:t>
      </w:r>
      <w:r w:rsidR="00643502">
        <w:t xml:space="preserve"> </w:t>
      </w:r>
      <w:r>
        <w:t>the ocean have also warmed,</w:t>
      </w:r>
      <w:r w:rsidR="00643502">
        <w:t xml:space="preserve"> </w:t>
      </w:r>
      <w:r>
        <w:t>snow and</w:t>
      </w:r>
      <w:r w:rsidR="00643502">
        <w:t xml:space="preserve"> </w:t>
      </w:r>
      <w:r>
        <w:t xml:space="preserve">ice cover </w:t>
      </w:r>
      <w:r>
        <w:t>are decreasing in</w:t>
      </w:r>
      <w:r w:rsidR="00643502">
        <w:t xml:space="preserve"> </w:t>
      </w:r>
      <w:r>
        <w:t>the Northern Hemisphere, the Greenland ice sheet is shrinking, and</w:t>
      </w:r>
      <w:r w:rsidR="00643502">
        <w:t xml:space="preserve"> </w:t>
      </w:r>
      <w:r>
        <w:t>sea level is rising [Figure 1b]. These measurements are made with avariety of land-, ocean-, and space-based</w:t>
      </w:r>
      <w:r w:rsidR="00643502">
        <w:t xml:space="preserve"> </w:t>
      </w:r>
      <w:r>
        <w:t xml:space="preserve">monitoring systems, which gives added confidence inthe reality </w:t>
      </w:r>
      <w:r>
        <w:t>of global-scale warming of Earth’s</w:t>
      </w:r>
      <w:r w:rsidR="002110C5">
        <w:t xml:space="preserve"> </w:t>
      </w:r>
      <w:r>
        <w:t>climate.</w:t>
      </w:r>
    </w:p>
    <w:p w14:paraId="46A9135F" w14:textId="77777777" w:rsidR="002110C5" w:rsidRDefault="002110C5" w:rsidP="002110C5">
      <w:pPr>
        <w:spacing w:line="360" w:lineRule="auto"/>
        <w:ind w:firstLine="400"/>
      </w:pPr>
    </w:p>
    <w:p w14:paraId="7626FE67" w14:textId="77777777" w:rsidR="002110C5" w:rsidRDefault="002110C5" w:rsidP="002110C5">
      <w:pPr>
        <w:spacing w:line="360" w:lineRule="auto"/>
        <w:ind w:firstLine="400"/>
      </w:pPr>
    </w:p>
    <w:p w14:paraId="3E8EF5A4" w14:textId="77777777" w:rsidR="002110C5" w:rsidRDefault="002110C5" w:rsidP="002110C5">
      <w:pPr>
        <w:spacing w:line="360" w:lineRule="auto"/>
        <w:ind w:firstLine="400"/>
      </w:pPr>
    </w:p>
    <w:p w14:paraId="42AEB130" w14:textId="385E4281" w:rsidR="007E3AE7" w:rsidRPr="00582669" w:rsidRDefault="00582669" w:rsidP="002110C5">
      <w:pPr>
        <w:spacing w:line="360" w:lineRule="auto"/>
        <w:ind w:firstLine="400"/>
        <w:rPr>
          <w:sz w:val="36"/>
          <w:szCs w:val="36"/>
        </w:rPr>
      </w:pPr>
      <w:r w:rsidRPr="00582669">
        <w:rPr>
          <w:sz w:val="36"/>
          <w:szCs w:val="36"/>
        </w:rPr>
        <w:lastRenderedPageBreak/>
        <w:t xml:space="preserve">2. </w:t>
      </w:r>
      <w:r w:rsidR="00475F0B" w:rsidRPr="00582669">
        <w:rPr>
          <w:sz w:val="36"/>
          <w:szCs w:val="36"/>
        </w:rPr>
        <w:t>How do sc</w:t>
      </w:r>
      <w:r w:rsidR="00475F0B" w:rsidRPr="00582669">
        <w:rPr>
          <w:sz w:val="36"/>
          <w:szCs w:val="36"/>
        </w:rPr>
        <w:t>ientists know that recent</w:t>
      </w:r>
      <w:r w:rsidR="002A6925" w:rsidRPr="00582669">
        <w:rPr>
          <w:sz w:val="36"/>
          <w:szCs w:val="36"/>
        </w:rPr>
        <w:t xml:space="preserve"> </w:t>
      </w:r>
      <w:r w:rsidR="00475F0B" w:rsidRPr="00582669">
        <w:rPr>
          <w:sz w:val="36"/>
          <w:szCs w:val="36"/>
        </w:rPr>
        <w:t>climate change is largely caused by</w:t>
      </w:r>
      <w:r w:rsidR="002110C5" w:rsidRPr="00582669">
        <w:rPr>
          <w:sz w:val="36"/>
          <w:szCs w:val="36"/>
        </w:rPr>
        <w:t xml:space="preserve"> </w:t>
      </w:r>
      <w:r w:rsidR="00475F0B" w:rsidRPr="00582669">
        <w:rPr>
          <w:sz w:val="36"/>
          <w:szCs w:val="36"/>
        </w:rPr>
        <w:t>human activities?</w:t>
      </w:r>
    </w:p>
    <w:p w14:paraId="1B5D9B60" w14:textId="7B9DDE0C" w:rsidR="007E3AE7" w:rsidRDefault="00475F0B" w:rsidP="002110C5">
      <w:pPr>
        <w:spacing w:line="360" w:lineRule="auto"/>
        <w:ind w:firstLine="400"/>
      </w:pPr>
      <w:r>
        <w:t>Scientists know that recent climate change is largely caused by human activities from an</w:t>
      </w:r>
      <w:r w:rsidR="002110C5">
        <w:t xml:space="preserve"> </w:t>
      </w:r>
      <w:r>
        <w:t xml:space="preserve">understanding of basic physics, comparing observations with models, and </w:t>
      </w:r>
      <w:r>
        <w:t>fingerprinting</w:t>
      </w:r>
      <w:r w:rsidR="002110C5">
        <w:t xml:space="preserve"> </w:t>
      </w:r>
      <w:r>
        <w:t>the detailed patterns of climate change caused by different human and natural influences.</w:t>
      </w:r>
    </w:p>
    <w:p w14:paraId="2880B8F6" w14:textId="0A724A1F" w:rsidR="007E3AE7" w:rsidRDefault="00475F0B" w:rsidP="006C6930">
      <w:pPr>
        <w:spacing w:line="360" w:lineRule="auto"/>
        <w:ind w:firstLine="400"/>
      </w:pPr>
      <w:r>
        <w:t>Since the</w:t>
      </w:r>
      <w:r w:rsidR="006C6930">
        <w:t xml:space="preserve"> </w:t>
      </w:r>
      <w:r>
        <w:t>mid-1800s, scientists have known that CO2 is</w:t>
      </w:r>
      <w:r w:rsidR="002110C5">
        <w:t xml:space="preserve"> </w:t>
      </w:r>
      <w:r>
        <w:t>one of</w:t>
      </w:r>
      <w:r w:rsidR="002110C5">
        <w:t xml:space="preserve"> </w:t>
      </w:r>
      <w:r>
        <w:t>the main greenhouse gases of importance</w:t>
      </w:r>
      <w:r w:rsidR="002110C5">
        <w:t xml:space="preserve"> </w:t>
      </w:r>
      <w:r>
        <w:t>to Earth’s</w:t>
      </w:r>
      <w:r w:rsidR="006C6930">
        <w:t xml:space="preserve"> </w:t>
      </w:r>
      <w:r>
        <w:t>energy balance. Direct measurements of</w:t>
      </w:r>
      <w:r w:rsidR="002110C5">
        <w:t xml:space="preserve"> </w:t>
      </w:r>
      <w:r>
        <w:t>CO 2</w:t>
      </w:r>
      <w:r>
        <w:t>in the atmosphere and</w:t>
      </w:r>
      <w:r w:rsidR="002110C5">
        <w:t xml:space="preserve"> </w:t>
      </w:r>
      <w:r>
        <w:t>in air trapped in</w:t>
      </w:r>
      <w:r w:rsidR="002110C5">
        <w:t xml:space="preserve"> </w:t>
      </w:r>
      <w:r>
        <w:t>ice show</w:t>
      </w:r>
      <w:r w:rsidR="002110C5">
        <w:t xml:space="preserve"> </w:t>
      </w:r>
      <w:r>
        <w:t>that atmospheric CO2 increased by more than 40% from 1800 to 2019. Measurements of different forms</w:t>
      </w:r>
      <w:r w:rsidR="006C6930">
        <w:t xml:space="preserve"> </w:t>
      </w:r>
      <w:r>
        <w:t>of carbon (isotopes, see Question 3) reveal that this increase is</w:t>
      </w:r>
      <w:r w:rsidR="006C6930">
        <w:t xml:space="preserve"> </w:t>
      </w:r>
      <w:r>
        <w:t>due to human activities. Other greenhouse</w:t>
      </w:r>
      <w:r w:rsidR="006C6930">
        <w:t xml:space="preserve"> </w:t>
      </w:r>
      <w:r>
        <w:t>gas</w:t>
      </w:r>
      <w:r>
        <w:t>es (notably methane and nitrous oxide) are also increasing asa consequence of human activities. The</w:t>
      </w:r>
      <w:r w:rsidR="006C6930">
        <w:t xml:space="preserve"> </w:t>
      </w:r>
      <w:r>
        <w:t>observed global surface temperature rise since 1900 is consistent with detailed calculations of</w:t>
      </w:r>
      <w:r w:rsidR="006C6930">
        <w:t xml:space="preserve"> </w:t>
      </w:r>
      <w:r>
        <w:t>the impacts</w:t>
      </w:r>
      <w:r w:rsidR="006C6930">
        <w:t xml:space="preserve"> o</w:t>
      </w:r>
      <w:r>
        <w:t>f</w:t>
      </w:r>
      <w:r w:rsidR="006C6930">
        <w:t xml:space="preserve"> </w:t>
      </w:r>
      <w:r>
        <w:t>the observed increase in atmospheric greenhouse</w:t>
      </w:r>
      <w:r>
        <w:t xml:space="preserve"> gases (and other human-induced changes) on Earth’s</w:t>
      </w:r>
      <w:r w:rsidR="006C6930">
        <w:t xml:space="preserve"> </w:t>
      </w:r>
      <w:r>
        <w:t>energy balance.</w:t>
      </w:r>
    </w:p>
    <w:p w14:paraId="28BD5208" w14:textId="4838E32A" w:rsidR="007E3AE7" w:rsidRDefault="00475F0B" w:rsidP="006C6930">
      <w:pPr>
        <w:spacing w:line="360" w:lineRule="auto"/>
        <w:ind w:firstLine="400"/>
      </w:pPr>
      <w:r>
        <w:t>Different influences on climate have different signatures in climate records. These unique fingerprints are</w:t>
      </w:r>
      <w:r w:rsidR="006C6930">
        <w:t xml:space="preserve"> </w:t>
      </w:r>
      <w:r>
        <w:t>easier to</w:t>
      </w:r>
      <w:r w:rsidR="006C6930">
        <w:t xml:space="preserve"> </w:t>
      </w:r>
      <w:r>
        <w:t>see by probing beyond asingle number (such asthe average temperature of</w:t>
      </w:r>
      <w:r>
        <w:t xml:space="preserve"> Earth’s</w:t>
      </w:r>
      <w:r w:rsidR="006C6930">
        <w:t xml:space="preserve"> </w:t>
      </w:r>
      <w:r>
        <w:t>surface), and</w:t>
      </w:r>
      <w:r w:rsidR="006C6930">
        <w:t xml:space="preserve"> </w:t>
      </w:r>
      <w:r>
        <w:t>by looking instead at</w:t>
      </w:r>
      <w:r w:rsidR="006C6930">
        <w:t xml:space="preserve"> </w:t>
      </w:r>
      <w:r>
        <w:t>the geographical and seasonal patterns of climate change. The observed patterns of</w:t>
      </w:r>
      <w:r w:rsidR="006C6930">
        <w:t xml:space="preserve"> </w:t>
      </w:r>
      <w:r>
        <w:t>surface warming, temperature changes through the atmosphere, increases in ocean heat content, increases</w:t>
      </w:r>
      <w:r w:rsidR="006C6930">
        <w:t xml:space="preserve"> </w:t>
      </w:r>
      <w:r>
        <w:t>in atmospheric moisture, s</w:t>
      </w:r>
      <w:r>
        <w:t>ea level rise, and increased melting of land andsea ice also match the patterns</w:t>
      </w:r>
      <w:r w:rsidR="006C6930">
        <w:t xml:space="preserve"> </w:t>
      </w:r>
      <w:r>
        <w:t>scientists expect to</w:t>
      </w:r>
      <w:r w:rsidR="006C6930">
        <w:t xml:space="preserve"> </w:t>
      </w:r>
      <w:r>
        <w:t>see due</w:t>
      </w:r>
      <w:r w:rsidR="006C6930">
        <w:t xml:space="preserve"> </w:t>
      </w:r>
      <w:r>
        <w:t>to human activities (see Question 5).</w:t>
      </w:r>
    </w:p>
    <w:p w14:paraId="29405C7A" w14:textId="3F8532E8" w:rsidR="007E3AE7" w:rsidRDefault="00475F0B" w:rsidP="00FE60EB">
      <w:pPr>
        <w:spacing w:line="360" w:lineRule="auto"/>
        <w:ind w:firstLine="400"/>
      </w:pPr>
      <w:r>
        <w:lastRenderedPageBreak/>
        <w:t>The expected changes in climate are based on</w:t>
      </w:r>
      <w:r w:rsidR="00FE60EB" w:rsidRPr="00FE60EB">
        <w:t xml:space="preserve"> </w:t>
      </w:r>
      <w:r>
        <w:t>our understanding of</w:t>
      </w:r>
      <w:r w:rsidR="00FE60EB" w:rsidRPr="00FE60EB">
        <w:t xml:space="preserve"> </w:t>
      </w:r>
      <w:r>
        <w:t>how greenhouse gases trap heat. Both</w:t>
      </w:r>
      <w:r w:rsidR="00FE60EB">
        <w:t xml:space="preserve"> </w:t>
      </w:r>
      <w:r>
        <w:t>this funda</w:t>
      </w:r>
      <w:r>
        <w:t>mental understanding of</w:t>
      </w:r>
      <w:r w:rsidR="00FE60EB">
        <w:t xml:space="preserve"> </w:t>
      </w:r>
      <w:r>
        <w:t>the physics of greenhouse gases and pattern-based fingerprint studies</w:t>
      </w:r>
      <w:r w:rsidR="00FE60EB">
        <w:t xml:space="preserve"> </w:t>
      </w:r>
      <w:r>
        <w:t>show that natural causes alone are inadequate to explain the recent observed changes in climate. Natural</w:t>
      </w:r>
      <w:r w:rsidR="00FE60EB">
        <w:t xml:space="preserve"> </w:t>
      </w:r>
      <w:r>
        <w:t>causes include variations in</w:t>
      </w:r>
      <w:r w:rsidR="00FE60EB">
        <w:t xml:space="preserve"> </w:t>
      </w:r>
      <w:r>
        <w:t>the Sun’s</w:t>
      </w:r>
      <w:r w:rsidR="00FE60EB">
        <w:t xml:space="preserve"> output</w:t>
      </w:r>
      <w:r>
        <w:t xml:space="preserve"> and</w:t>
      </w:r>
      <w:r w:rsidR="00FE60EB">
        <w:t xml:space="preserve"> </w:t>
      </w:r>
      <w:r>
        <w:t>in Earth’s</w:t>
      </w:r>
      <w:r w:rsidR="00FE60EB">
        <w:t xml:space="preserve"> </w:t>
      </w:r>
      <w:r>
        <w:t>o</w:t>
      </w:r>
      <w:r>
        <w:t>rbit around the</w:t>
      </w:r>
      <w:r w:rsidR="00FE60EB">
        <w:t xml:space="preserve"> </w:t>
      </w:r>
      <w:r>
        <w:t>Sun, volcanic eruptions, and</w:t>
      </w:r>
      <w:r w:rsidR="00FE60EB">
        <w:t xml:space="preserve"> </w:t>
      </w:r>
      <w:r>
        <w:t>internal fluctuations in</w:t>
      </w:r>
      <w:r w:rsidR="00FE60EB">
        <w:t xml:space="preserve"> </w:t>
      </w:r>
      <w:r>
        <w:t>the climate system (such asEl Niño andLa Niña). Calculations using climate models</w:t>
      </w:r>
      <w:r w:rsidR="00FE60EB">
        <w:t xml:space="preserve"> </w:t>
      </w:r>
      <w:r>
        <w:t xml:space="preserve">have been used to simulate what would have happened to global </w:t>
      </w:r>
      <w:r>
        <w:t>temperatures if only</w:t>
      </w:r>
      <w:r w:rsidR="00FE60EB">
        <w:t xml:space="preserve"> </w:t>
      </w:r>
      <w:r>
        <w:t>natural factors were influencing the climate system. These simulations yield little surface warming, or even a</w:t>
      </w:r>
      <w:r w:rsidR="00FE60EB">
        <w:t xml:space="preserve"> </w:t>
      </w:r>
      <w:r>
        <w:t>s</w:t>
      </w:r>
      <w:r>
        <w:t>light cooling, over the 20th century and into the 21st. Only when models include human influences on</w:t>
      </w:r>
      <w:r w:rsidR="00FE60EB">
        <w:t xml:space="preserve"> </w:t>
      </w:r>
      <w:r>
        <w:t>the</w:t>
      </w:r>
      <w:r w:rsidR="00FE60EB">
        <w:t xml:space="preserve"> </w:t>
      </w:r>
      <w:r>
        <w:t>composition of</w:t>
      </w:r>
      <w:r w:rsidR="00FE60EB">
        <w:t xml:space="preserve"> </w:t>
      </w:r>
      <w:r>
        <w:t>the a</w:t>
      </w:r>
      <w:r>
        <w:t>tmosphere are</w:t>
      </w:r>
      <w:r w:rsidR="00FE60EB">
        <w:t xml:space="preserve"> </w:t>
      </w:r>
      <w:r>
        <w:t>the resulting temperature changes consistent with observed changes.</w:t>
      </w:r>
    </w:p>
    <w:p w14:paraId="6B9394DA" w14:textId="5D1A6CB1" w:rsidR="007E3AE7" w:rsidRPr="00582669" w:rsidRDefault="00475F0B" w:rsidP="00582669">
      <w:pPr>
        <w:pStyle w:val="ae"/>
        <w:numPr>
          <w:ilvl w:val="0"/>
          <w:numId w:val="14"/>
        </w:numPr>
        <w:spacing w:line="360" w:lineRule="auto"/>
        <w:rPr>
          <w:sz w:val="36"/>
          <w:szCs w:val="36"/>
        </w:rPr>
      </w:pPr>
      <w:r w:rsidRPr="00582669">
        <w:rPr>
          <w:sz w:val="36"/>
          <w:szCs w:val="36"/>
        </w:rPr>
        <w:t>CO2 is already in</w:t>
      </w:r>
      <w:r w:rsidR="00FE60EB" w:rsidRPr="00582669">
        <w:rPr>
          <w:sz w:val="36"/>
          <w:szCs w:val="36"/>
        </w:rPr>
        <w:t xml:space="preserve"> </w:t>
      </w:r>
      <w:r w:rsidRPr="00582669">
        <w:rPr>
          <w:sz w:val="36"/>
          <w:szCs w:val="36"/>
        </w:rPr>
        <w:t>the atmosphere</w:t>
      </w:r>
      <w:r w:rsidR="00FE60EB" w:rsidRPr="00582669">
        <w:rPr>
          <w:sz w:val="36"/>
          <w:szCs w:val="36"/>
        </w:rPr>
        <w:t xml:space="preserve"> </w:t>
      </w:r>
      <w:r w:rsidRPr="00582669">
        <w:rPr>
          <w:sz w:val="36"/>
          <w:szCs w:val="36"/>
        </w:rPr>
        <w:t>naturally, so</w:t>
      </w:r>
      <w:r w:rsidR="00FE60EB" w:rsidRPr="00582669">
        <w:rPr>
          <w:sz w:val="36"/>
          <w:szCs w:val="36"/>
        </w:rPr>
        <w:t xml:space="preserve"> </w:t>
      </w:r>
      <w:r w:rsidRPr="00582669">
        <w:rPr>
          <w:sz w:val="36"/>
          <w:szCs w:val="36"/>
        </w:rPr>
        <w:t>why are emissions from</w:t>
      </w:r>
      <w:r w:rsidR="00FE60EB" w:rsidRPr="00582669">
        <w:rPr>
          <w:sz w:val="36"/>
          <w:szCs w:val="36"/>
        </w:rPr>
        <w:t xml:space="preserve"> </w:t>
      </w:r>
      <w:r w:rsidRPr="00582669">
        <w:rPr>
          <w:sz w:val="36"/>
          <w:szCs w:val="36"/>
        </w:rPr>
        <w:t>human activity significant?</w:t>
      </w:r>
    </w:p>
    <w:p w14:paraId="1428080E" w14:textId="27E80B89" w:rsidR="007E3AE7" w:rsidRDefault="00475F0B" w:rsidP="00FE60EB">
      <w:pPr>
        <w:spacing w:line="360" w:lineRule="auto"/>
        <w:ind w:firstLine="400"/>
      </w:pPr>
      <w:r>
        <w:t>H</w:t>
      </w:r>
      <w:r>
        <w:t xml:space="preserve">uman activities have significantly disturbed the </w:t>
      </w:r>
      <w:r>
        <w:t>natural carbon cycle by extracting long-</w:t>
      </w:r>
      <w:r>
        <w:t>buried fossil fuels and burning them for energy, thus releasing CO2to the atmosphere.</w:t>
      </w:r>
    </w:p>
    <w:p w14:paraId="4AC2438C" w14:textId="65C3A76B" w:rsidR="007E3AE7" w:rsidRDefault="00475F0B" w:rsidP="00FE60EB">
      <w:pPr>
        <w:spacing w:line="360" w:lineRule="auto"/>
        <w:ind w:firstLine="400"/>
      </w:pPr>
      <w:r>
        <w:t>In nature, CO2 is exchanged continually between the atmosphere, plants, and animals through</w:t>
      </w:r>
      <w:r w:rsidR="00FE60EB">
        <w:t xml:space="preserve"> </w:t>
      </w:r>
      <w:r>
        <w:t>photosynthesis, respiration, and deco</w:t>
      </w:r>
      <w:r>
        <w:t>mposition, and between the atmosphere and ocean through gas</w:t>
      </w:r>
      <w:r w:rsidR="00FE60EB">
        <w:t xml:space="preserve"> </w:t>
      </w:r>
      <w:r>
        <w:t>exchange. Avery small amount ofCO 2 (roughly 1% ofthe emission rate from fossil fuel combustion) is</w:t>
      </w:r>
      <w:r w:rsidR="00FE60EB">
        <w:t xml:space="preserve"> </w:t>
      </w:r>
      <w:r>
        <w:t>also emitted in volcanic eruptions. This is balanced byan equivalent amount that is removed by c</w:t>
      </w:r>
      <w:r>
        <w:t>hemical</w:t>
      </w:r>
      <w:r w:rsidR="00FE60EB">
        <w:t xml:space="preserve"> </w:t>
      </w:r>
      <w:r>
        <w:t>weathering of rocks.</w:t>
      </w:r>
    </w:p>
    <w:p w14:paraId="3AC78344" w14:textId="1FBEBA77" w:rsidR="007E3AE7" w:rsidRDefault="00475F0B" w:rsidP="00FE60EB">
      <w:pPr>
        <w:spacing w:line="360" w:lineRule="auto"/>
        <w:ind w:firstLine="400"/>
      </w:pPr>
      <w:r>
        <w:lastRenderedPageBreak/>
        <w:t>The</w:t>
      </w:r>
      <w:r w:rsidR="00582669">
        <w:t xml:space="preserve"> </w:t>
      </w:r>
      <w:r>
        <w:t>CO</w:t>
      </w:r>
      <w:r>
        <w:t>2</w:t>
      </w:r>
      <w:r w:rsidR="00582669">
        <w:t xml:space="preserve"> </w:t>
      </w:r>
      <w:r>
        <w:t>level in 2019 was more than 40% higher than itwas inthe 19th century. Most of this CO2 increase</w:t>
      </w:r>
      <w:r w:rsidR="00FE60EB">
        <w:t xml:space="preserve"> </w:t>
      </w:r>
      <w:r>
        <w:t>has taken place since 1970, about the time when global energy consumption accelerated. Measured</w:t>
      </w:r>
      <w:r w:rsidR="00FE60EB">
        <w:t xml:space="preserve"> </w:t>
      </w:r>
      <w:r>
        <w:t>decreases in</w:t>
      </w:r>
      <w:r w:rsidR="00FE60EB">
        <w:t xml:space="preserve"> </w:t>
      </w:r>
      <w:r>
        <w:t xml:space="preserve">the fraction of </w:t>
      </w:r>
      <w:r>
        <w:t>other forms of carbon (the isotopes 14Cand 13C) and</w:t>
      </w:r>
      <w:r w:rsidR="00FE60EB">
        <w:t xml:space="preserve"> </w:t>
      </w:r>
      <w:r>
        <w:t>a small decrease in</w:t>
      </w:r>
      <w:r w:rsidR="00FE60EB">
        <w:t xml:space="preserve"> </w:t>
      </w:r>
      <w:r>
        <w:t>atmospheric oxygen concentration (observations of which have been available since 1990) show that</w:t>
      </w:r>
      <w:r w:rsidR="00FE60EB">
        <w:t xml:space="preserve"> </w:t>
      </w:r>
      <w:r>
        <w:t>the rise in</w:t>
      </w:r>
      <w:r w:rsidR="00FE60EB">
        <w:t xml:space="preserve"> </w:t>
      </w:r>
      <w:r>
        <w:t xml:space="preserve">CO 2is largely from combustion of fossil fuels (which have low13C fractions </w:t>
      </w:r>
      <w:r>
        <w:t>and</w:t>
      </w:r>
      <w:r w:rsidR="00FE60EB">
        <w:t xml:space="preserve"> </w:t>
      </w:r>
      <w:r>
        <w:t>no 14C).</w:t>
      </w:r>
      <w:r w:rsidR="00FE60EB">
        <w:t xml:space="preserve"> </w:t>
      </w:r>
      <w:r>
        <w:t>Deforestation and other land use changes have also released carbon from the biosphere (living world)</w:t>
      </w:r>
      <w:r w:rsidR="00FE60EB">
        <w:t xml:space="preserve"> </w:t>
      </w:r>
      <w:r>
        <w:t>where it normally resides for decades to centuries. The additional CO2 from fossil fuel burning and</w:t>
      </w:r>
      <w:r w:rsidR="00FE60EB">
        <w:t xml:space="preserve"> </w:t>
      </w:r>
      <w:r>
        <w:t>deforestation has disturbed the balance oft</w:t>
      </w:r>
      <w:r>
        <w:t>he carbon cycle, because the natural processes that could</w:t>
      </w:r>
      <w:r w:rsidR="00FE60EB">
        <w:t xml:space="preserve"> </w:t>
      </w:r>
      <w:r>
        <w:t>restore the balance aretoo slow compared tothe rates at which human activities are adding CO2 to</w:t>
      </w:r>
      <w:r w:rsidR="00FE60EB">
        <w:t xml:space="preserve"> </w:t>
      </w:r>
      <w:r>
        <w:t>the</w:t>
      </w:r>
      <w:r w:rsidR="00FE60EB">
        <w:t xml:space="preserve"> </w:t>
      </w:r>
      <w:r>
        <w:t>atmosphere. Asa result, asubstantial fraction ofthe CO2 emitted from human activities accumulates</w:t>
      </w:r>
      <w:r w:rsidR="00FE60EB">
        <w:t xml:space="preserve"> </w:t>
      </w:r>
      <w:r>
        <w:t>in</w:t>
      </w:r>
      <w:r w:rsidR="00FE60EB">
        <w:t xml:space="preserve"> </w:t>
      </w:r>
      <w:r>
        <w:t>the atmosphere, where some of</w:t>
      </w:r>
      <w:r w:rsidR="00FE60EB">
        <w:t xml:space="preserve"> </w:t>
      </w:r>
      <w:r>
        <w:t>it will remain not just for decades or centuries, bu</w:t>
      </w:r>
      <w:r>
        <w:t>t</w:t>
      </w:r>
      <w:r w:rsidR="00EB721B">
        <w:t xml:space="preserve"> </w:t>
      </w:r>
      <w:r>
        <w:t>for thousands of</w:t>
      </w:r>
      <w:r w:rsidR="00FE60EB">
        <w:t xml:space="preserve"> </w:t>
      </w:r>
      <w:r>
        <w:t>years. Comparison with the</w:t>
      </w:r>
      <w:r w:rsidR="00FE60EB">
        <w:t xml:space="preserve"> </w:t>
      </w:r>
      <w:r>
        <w:t>CO 2levels measured in</w:t>
      </w:r>
      <w:r w:rsidR="00FE60EB">
        <w:t xml:space="preserve"> </w:t>
      </w:r>
      <w:r>
        <w:t>air extracted from ice cores indicates that the current</w:t>
      </w:r>
      <w:r w:rsidR="00FE60EB">
        <w:t xml:space="preserve"> </w:t>
      </w:r>
      <w:r>
        <w:t>concentrations are substantially higher than they h</w:t>
      </w:r>
      <w:r>
        <w:t>ave been inat least 800,000 years (see Question 6).</w:t>
      </w:r>
    </w:p>
    <w:p w14:paraId="0E47B870" w14:textId="46D8FE88" w:rsidR="007E3AE7" w:rsidRPr="00EB721B" w:rsidRDefault="00475F0B" w:rsidP="00EB721B">
      <w:pPr>
        <w:pStyle w:val="ae"/>
        <w:numPr>
          <w:ilvl w:val="0"/>
          <w:numId w:val="14"/>
        </w:numPr>
        <w:spacing w:line="360" w:lineRule="auto"/>
        <w:rPr>
          <w:sz w:val="36"/>
          <w:szCs w:val="36"/>
        </w:rPr>
      </w:pPr>
      <w:r w:rsidRPr="00EB721B">
        <w:rPr>
          <w:sz w:val="36"/>
          <w:szCs w:val="36"/>
        </w:rPr>
        <w:t>What role has</w:t>
      </w:r>
      <w:r w:rsidR="00FE60EB" w:rsidRPr="00EB721B">
        <w:rPr>
          <w:sz w:val="36"/>
          <w:szCs w:val="36"/>
        </w:rPr>
        <w:t xml:space="preserve"> </w:t>
      </w:r>
      <w:r w:rsidRPr="00EB721B">
        <w:rPr>
          <w:sz w:val="36"/>
          <w:szCs w:val="36"/>
        </w:rPr>
        <w:t>the Sun played in</w:t>
      </w:r>
      <w:r w:rsidR="00FE60EB" w:rsidRPr="00EB721B">
        <w:rPr>
          <w:sz w:val="36"/>
          <w:szCs w:val="36"/>
        </w:rPr>
        <w:t xml:space="preserve"> </w:t>
      </w:r>
      <w:r w:rsidRPr="00EB721B">
        <w:rPr>
          <w:sz w:val="36"/>
          <w:szCs w:val="36"/>
        </w:rPr>
        <w:t>climate change in recent decades?</w:t>
      </w:r>
    </w:p>
    <w:p w14:paraId="32FF27CB" w14:textId="7859CE8A" w:rsidR="007E3AE7" w:rsidRDefault="00475F0B" w:rsidP="00FE60EB">
      <w:pPr>
        <w:spacing w:line="360" w:lineRule="auto"/>
        <w:ind w:firstLine="400"/>
      </w:pPr>
      <w:r>
        <w:t>T</w:t>
      </w:r>
      <w:r>
        <w:t>he</w:t>
      </w:r>
      <w:r w:rsidR="00EB721B">
        <w:t xml:space="preserve"> </w:t>
      </w:r>
      <w:r>
        <w:t>Sun provides the primary source of energy driving Earth’s</w:t>
      </w:r>
      <w:r w:rsidR="00FE60EB">
        <w:t xml:space="preserve"> </w:t>
      </w:r>
      <w:r>
        <w:t>climate system, but</w:t>
      </w:r>
      <w:r w:rsidR="00FE60EB">
        <w:t xml:space="preserve"> </w:t>
      </w:r>
      <w:r>
        <w:t>its</w:t>
      </w:r>
      <w:r w:rsidR="00FE60EB">
        <w:t xml:space="preserve"> </w:t>
      </w:r>
      <w:r>
        <w:t>variations have played ver</w:t>
      </w:r>
      <w:r>
        <w:t>y little role inthe climate changes observed in recent decades.</w:t>
      </w:r>
      <w:r w:rsidR="00FE60EB">
        <w:t xml:space="preserve"> </w:t>
      </w:r>
      <w:r>
        <w:t xml:space="preserve">Direct satellite measurements since the late </w:t>
      </w:r>
      <w:r>
        <w:lastRenderedPageBreak/>
        <w:t>1970s show nonet increase in</w:t>
      </w:r>
      <w:r w:rsidR="00FE60EB">
        <w:t xml:space="preserve"> </w:t>
      </w:r>
      <w:r>
        <w:t>the Sun’s</w:t>
      </w:r>
      <w:r w:rsidR="00FE60EB">
        <w:t xml:space="preserve"> output</w:t>
      </w:r>
      <w:r>
        <w:t>, while at</w:t>
      </w:r>
      <w:r w:rsidR="00FE60EB">
        <w:t xml:space="preserve"> </w:t>
      </w:r>
      <w:r>
        <w:t xml:space="preserve">the same time global surface temperatures have </w:t>
      </w:r>
      <w:r w:rsidR="00FE60EB">
        <w:t>increased.</w:t>
      </w:r>
    </w:p>
    <w:p w14:paraId="19587CD2" w14:textId="409F3E82" w:rsidR="007E3AE7" w:rsidRDefault="00475F0B" w:rsidP="00D25D65">
      <w:pPr>
        <w:spacing w:line="360" w:lineRule="auto"/>
        <w:ind w:firstLine="400"/>
      </w:pPr>
      <w:r>
        <w:t xml:space="preserve">For periods </w:t>
      </w:r>
      <w:r>
        <w:t>before the onset of satellite measurements, knowledge about solar changes is less certain</w:t>
      </w:r>
      <w:r w:rsidR="00FE60EB">
        <w:t xml:space="preserve"> </w:t>
      </w:r>
      <w:r>
        <w:t>because the changes are inferred from indirect sources — including the number of sunspots and</w:t>
      </w:r>
      <w:r w:rsidR="00FE60EB">
        <w:t xml:space="preserve"> </w:t>
      </w:r>
      <w:r>
        <w:t>the</w:t>
      </w:r>
      <w:r w:rsidR="00FE60EB">
        <w:t xml:space="preserve"> </w:t>
      </w:r>
      <w:r>
        <w:t>abundance of certain forms (isotopes) of carbon or beryllium atoms, w</w:t>
      </w:r>
      <w:r>
        <w:t>hose production rates in Earth’s</w:t>
      </w:r>
      <w:r w:rsidR="00FE60EB">
        <w:t xml:space="preserve"> </w:t>
      </w:r>
      <w:r>
        <w:t>atmosphere are influenced by variations in</w:t>
      </w:r>
      <w:r w:rsidR="00FE60EB">
        <w:t xml:space="preserve"> </w:t>
      </w:r>
      <w:r>
        <w:t>the Sun. There is evidence that the11-year solar cycle, during</w:t>
      </w:r>
      <w:r w:rsidR="00FE60EB">
        <w:t xml:space="preserve"> </w:t>
      </w:r>
      <w:r>
        <w:t>which the</w:t>
      </w:r>
      <w:r w:rsidR="00FE60EB">
        <w:t xml:space="preserve"> </w:t>
      </w:r>
      <w:r>
        <w:t>Sun’s</w:t>
      </w:r>
      <w:r w:rsidR="00FE60EB">
        <w:t xml:space="preserve"> </w:t>
      </w:r>
      <w:r>
        <w:t>energy output varies by roughly 0.1%,</w:t>
      </w:r>
      <w:r w:rsidR="00FE60EB">
        <w:t xml:space="preserve"> </w:t>
      </w:r>
      <w:r>
        <w:t>can influence ozone concentrations, temperatures,</w:t>
      </w:r>
      <w:r w:rsidR="00FE60EB">
        <w:t xml:space="preserve"> </w:t>
      </w:r>
      <w:r>
        <w:t>and winds in</w:t>
      </w:r>
      <w:r w:rsidR="00FE60EB">
        <w:t xml:space="preserve"> </w:t>
      </w:r>
      <w:r>
        <w:t xml:space="preserve">the </w:t>
      </w:r>
      <w:r>
        <w:t>stratosphere (the layer in</w:t>
      </w:r>
      <w:r w:rsidR="00FE60EB">
        <w:t xml:space="preserve"> </w:t>
      </w:r>
      <w:r>
        <w:t>t</w:t>
      </w:r>
      <w:r>
        <w:t>he atmosphere above the troposphere, typically from 12</w:t>
      </w:r>
      <w:r w:rsidR="00FE60EB">
        <w:t xml:space="preserve"> </w:t>
      </w:r>
      <w:r>
        <w:t>to</w:t>
      </w:r>
      <w:r w:rsidR="00FE60EB">
        <w:t xml:space="preserve"> </w:t>
      </w:r>
      <w:r>
        <w:t>50km above earth’s</w:t>
      </w:r>
      <w:r w:rsidR="00FE60EB">
        <w:t xml:space="preserve"> </w:t>
      </w:r>
      <w:r>
        <w:t>surface, depending on latitude and season). These stratospheric changes may have</w:t>
      </w:r>
      <w:r w:rsidR="00FE60EB">
        <w:t xml:space="preserve"> </w:t>
      </w:r>
      <w:r>
        <w:t>a</w:t>
      </w:r>
      <w:r w:rsidR="00D25D65">
        <w:t xml:space="preserve"> </w:t>
      </w:r>
      <w:r>
        <w:t>small effect on surface climate over the11-year cycle. However, the avai</w:t>
      </w:r>
      <w:r>
        <w:t>lable evidence does not indicate</w:t>
      </w:r>
      <w:r w:rsidR="00FE60EB">
        <w:t xml:space="preserve"> </w:t>
      </w:r>
      <w:r>
        <w:t>pronounced long-term changes inthe Sun’soutput over the past century, during which time human-induced increases in</w:t>
      </w:r>
      <w:r w:rsidR="00FE60EB">
        <w:t xml:space="preserve"> </w:t>
      </w:r>
      <w:r>
        <w:t>CO</w:t>
      </w:r>
      <w:r>
        <w:t>2</w:t>
      </w:r>
      <w:r w:rsidR="00FE60EB">
        <w:t xml:space="preserve"> </w:t>
      </w:r>
      <w:r>
        <w:t>c</w:t>
      </w:r>
      <w:r>
        <w:t>oncentrations have been the dominant influence on</w:t>
      </w:r>
      <w:r w:rsidR="00D25D65">
        <w:t xml:space="preserve"> </w:t>
      </w:r>
      <w:r>
        <w:t>the long-term global</w:t>
      </w:r>
      <w:r w:rsidR="00FE60EB">
        <w:t xml:space="preserve"> </w:t>
      </w:r>
      <w:r>
        <w:t>surface temperature increase. Furt</w:t>
      </w:r>
      <w:r>
        <w:t>her evidence that current warming isnot aresult of solar changes can</w:t>
      </w:r>
      <w:r w:rsidR="00D25D65">
        <w:t xml:space="preserve"> </w:t>
      </w:r>
      <w:r>
        <w:t>be found in</w:t>
      </w:r>
      <w:r w:rsidR="00D25D65">
        <w:t xml:space="preserve"> </w:t>
      </w:r>
      <w:r>
        <w:t>the temperature trends at different altitudes in</w:t>
      </w:r>
      <w:r w:rsidR="00D25D65">
        <w:t xml:space="preserve"> </w:t>
      </w:r>
      <w:r>
        <w:t>the atmosphere (see Question 5).</w:t>
      </w:r>
    </w:p>
    <w:p w14:paraId="09438A23" w14:textId="382DCBB5" w:rsidR="007E3AE7" w:rsidRDefault="007E3AE7">
      <w:pPr>
        <w:spacing w:line="360" w:lineRule="auto"/>
        <w:ind w:firstLine="400"/>
      </w:pPr>
    </w:p>
    <w:p w14:paraId="1AC74F3F" w14:textId="1709E662" w:rsidR="007E3AE7" w:rsidRPr="00EB721B" w:rsidRDefault="00475F0B" w:rsidP="00EB721B">
      <w:pPr>
        <w:pStyle w:val="ae"/>
        <w:numPr>
          <w:ilvl w:val="0"/>
          <w:numId w:val="14"/>
        </w:numPr>
        <w:spacing w:line="360" w:lineRule="auto"/>
        <w:rPr>
          <w:sz w:val="36"/>
          <w:szCs w:val="36"/>
        </w:rPr>
      </w:pPr>
      <w:r w:rsidRPr="00EB721B">
        <w:rPr>
          <w:sz w:val="36"/>
          <w:szCs w:val="36"/>
        </w:rPr>
        <w:t>What do changes in</w:t>
      </w:r>
      <w:r w:rsidR="00D25D65" w:rsidRPr="00EB721B">
        <w:rPr>
          <w:sz w:val="36"/>
          <w:szCs w:val="36"/>
        </w:rPr>
        <w:t xml:space="preserve"> </w:t>
      </w:r>
      <w:r w:rsidRPr="00EB721B">
        <w:rPr>
          <w:sz w:val="36"/>
          <w:szCs w:val="36"/>
        </w:rPr>
        <w:t>the vertical</w:t>
      </w:r>
      <w:r w:rsidR="00D25D65" w:rsidRPr="00EB721B">
        <w:rPr>
          <w:sz w:val="36"/>
          <w:szCs w:val="36"/>
        </w:rPr>
        <w:t xml:space="preserve"> </w:t>
      </w:r>
      <w:r w:rsidRPr="00EB721B">
        <w:rPr>
          <w:sz w:val="36"/>
          <w:szCs w:val="36"/>
        </w:rPr>
        <w:t>structure</w:t>
      </w:r>
      <w:r w:rsidRPr="00EB721B">
        <w:rPr>
          <w:sz w:val="36"/>
          <w:szCs w:val="36"/>
        </w:rPr>
        <w:t xml:space="preserve"> of atmospheric temperature</w:t>
      </w:r>
      <w:r w:rsidRPr="00EB721B">
        <w:rPr>
          <w:sz w:val="36"/>
          <w:szCs w:val="36"/>
        </w:rPr>
        <w:t>—f</w:t>
      </w:r>
      <w:r w:rsidRPr="00EB721B">
        <w:rPr>
          <w:sz w:val="36"/>
          <w:szCs w:val="36"/>
        </w:rPr>
        <w:t>rom</w:t>
      </w:r>
      <w:r w:rsidR="00D25D65" w:rsidRPr="00EB721B">
        <w:rPr>
          <w:sz w:val="36"/>
          <w:szCs w:val="36"/>
        </w:rPr>
        <w:t xml:space="preserve"> </w:t>
      </w:r>
      <w:r w:rsidRPr="00EB721B">
        <w:rPr>
          <w:sz w:val="36"/>
          <w:szCs w:val="36"/>
        </w:rPr>
        <w:t>the surface up</w:t>
      </w:r>
      <w:r w:rsidR="00D25D65" w:rsidRPr="00EB721B">
        <w:rPr>
          <w:sz w:val="36"/>
          <w:szCs w:val="36"/>
        </w:rPr>
        <w:t xml:space="preserve"> </w:t>
      </w:r>
      <w:r w:rsidRPr="00EB721B">
        <w:rPr>
          <w:sz w:val="36"/>
          <w:szCs w:val="36"/>
        </w:rPr>
        <w:t>to the</w:t>
      </w:r>
      <w:r w:rsidR="00D25D65" w:rsidRPr="00EB721B">
        <w:rPr>
          <w:sz w:val="36"/>
          <w:szCs w:val="36"/>
        </w:rPr>
        <w:t xml:space="preserve"> </w:t>
      </w:r>
      <w:r w:rsidRPr="00EB721B">
        <w:rPr>
          <w:sz w:val="36"/>
          <w:szCs w:val="36"/>
        </w:rPr>
        <w:t>stratosphere—tell us about the</w:t>
      </w:r>
      <w:r w:rsidR="00D25D65" w:rsidRPr="00EB721B">
        <w:rPr>
          <w:sz w:val="36"/>
          <w:szCs w:val="36"/>
        </w:rPr>
        <w:t xml:space="preserve"> </w:t>
      </w:r>
      <w:r w:rsidRPr="00EB721B">
        <w:rPr>
          <w:sz w:val="36"/>
          <w:szCs w:val="36"/>
        </w:rPr>
        <w:t>causes of recent climate change?</w:t>
      </w:r>
    </w:p>
    <w:p w14:paraId="29D34230" w14:textId="7FE89D6D" w:rsidR="007E3AE7" w:rsidRDefault="00475F0B" w:rsidP="00D25D65">
      <w:pPr>
        <w:spacing w:line="360" w:lineRule="auto"/>
        <w:ind w:firstLine="400"/>
      </w:pPr>
      <w:r>
        <w:lastRenderedPageBreak/>
        <w:t>T</w:t>
      </w:r>
      <w:r>
        <w:t>he observed warming in</w:t>
      </w:r>
      <w:r w:rsidR="00D25D65">
        <w:t xml:space="preserve"> </w:t>
      </w:r>
      <w:r>
        <w:t>the lower atmosphere and cooling in</w:t>
      </w:r>
      <w:r w:rsidR="00D25D65">
        <w:t xml:space="preserve"> </w:t>
      </w:r>
      <w:r>
        <w:t>the upper atmosphere</w:t>
      </w:r>
      <w:r w:rsidR="00D25D65">
        <w:t xml:space="preserve"> </w:t>
      </w:r>
      <w:r>
        <w:t>provide us with key insights into the underlying causes of</w:t>
      </w:r>
      <w:r>
        <w:t xml:space="preserve"> climate change and reveal that</w:t>
      </w:r>
      <w:r w:rsidR="00D25D65">
        <w:t xml:space="preserve"> </w:t>
      </w:r>
      <w:r>
        <w:t>natural factors alone cannot explain the observed changes.</w:t>
      </w:r>
    </w:p>
    <w:p w14:paraId="3BD590C9" w14:textId="40A4727D" w:rsidR="007E3AE7" w:rsidRDefault="00475F0B" w:rsidP="00D25D65">
      <w:pPr>
        <w:spacing w:line="360" w:lineRule="auto"/>
        <w:ind w:firstLine="400"/>
      </w:pPr>
      <w:r>
        <w:t>Inthe early 1960s, results from mathematical/physical models ofthe climate system first showed that</w:t>
      </w:r>
      <w:r w:rsidR="00D25D65">
        <w:t xml:space="preserve"> </w:t>
      </w:r>
      <w:r>
        <w:t>human-induced increases in</w:t>
      </w:r>
      <w:r w:rsidR="00D25D65">
        <w:t xml:space="preserve"> </w:t>
      </w:r>
      <w:r>
        <w:t xml:space="preserve">CO 2would be expected to lead to </w:t>
      </w:r>
      <w:r>
        <w:t>gradual warming of</w:t>
      </w:r>
      <w:r w:rsidR="00D25D65">
        <w:t xml:space="preserve"> </w:t>
      </w:r>
      <w:r>
        <w:t>the lower atmosphere</w:t>
      </w:r>
      <w:r w:rsidR="00D25D65">
        <w:t xml:space="preserve"> </w:t>
      </w:r>
      <w:r>
        <w:t>(the troposphere) and cooling of higher levels ofthe atmosphere (the stratosphere). In contrast, increases</w:t>
      </w:r>
      <w:r w:rsidR="00D25D65">
        <w:t xml:space="preserve"> i</w:t>
      </w:r>
      <w:r>
        <w:t>n</w:t>
      </w:r>
      <w:r w:rsidR="00D25D65">
        <w:t xml:space="preserve"> </w:t>
      </w:r>
      <w:r>
        <w:t>the Sun’s</w:t>
      </w:r>
      <w:r w:rsidR="00D25D65">
        <w:t xml:space="preserve"> </w:t>
      </w:r>
      <w:r>
        <w:t>output would warm both the troposphere and</w:t>
      </w:r>
      <w:r w:rsidR="00D25D65">
        <w:t xml:space="preserve"> </w:t>
      </w:r>
      <w:r>
        <w:t>the full vertical extent ofthe stratosphere. At</w:t>
      </w:r>
      <w:r w:rsidR="00D25D65">
        <w:t xml:space="preserve"> </w:t>
      </w:r>
      <w:r>
        <w:t>that time</w:t>
      </w:r>
      <w:r>
        <w:t>, there was insufficient observational data to test this prediction, but temperature measurements</w:t>
      </w:r>
      <w:r w:rsidR="00D25D65">
        <w:t xml:space="preserve"> </w:t>
      </w:r>
      <w:r>
        <w:t>from weather balloons and satellites have since confirmed these early forecasts. It</w:t>
      </w:r>
      <w:r w:rsidR="00D25D65">
        <w:t xml:space="preserve"> </w:t>
      </w:r>
      <w:r>
        <w:t>is now known that the</w:t>
      </w:r>
      <w:r w:rsidR="00D25D65">
        <w:t xml:space="preserve"> </w:t>
      </w:r>
      <w:r>
        <w:t>observed pattern of tropospheric warming and stratosp</w:t>
      </w:r>
      <w:r>
        <w:t>heric cooling over the past 40 years is broadly</w:t>
      </w:r>
      <w:r w:rsidR="00D25D65">
        <w:t xml:space="preserve"> </w:t>
      </w:r>
      <w:r>
        <w:t>consistent with computer model simulations that include increases in</w:t>
      </w:r>
      <w:r w:rsidR="00D25D65">
        <w:t xml:space="preserve"> </w:t>
      </w:r>
      <w:r>
        <w:t>C</w:t>
      </w:r>
      <w:r>
        <w:t>O</w:t>
      </w:r>
      <w:r>
        <w:t>2</w:t>
      </w:r>
      <w:r w:rsidR="00D25D65">
        <w:t xml:space="preserve"> </w:t>
      </w:r>
      <w:r>
        <w:t>and decreases in stratospheric</w:t>
      </w:r>
      <w:r w:rsidR="00D25D65">
        <w:t xml:space="preserve"> </w:t>
      </w:r>
      <w:r>
        <w:t>ozone, each caused by human activities. The observed pattern is</w:t>
      </w:r>
      <w:r w:rsidR="00D25D65">
        <w:t xml:space="preserve"> </w:t>
      </w:r>
      <w:r>
        <w:t>not consistent with purely natural changes</w:t>
      </w:r>
      <w:r w:rsidR="00D25D65">
        <w:t xml:space="preserve"> i</w:t>
      </w:r>
      <w:r>
        <w:t>n</w:t>
      </w:r>
      <w:r w:rsidR="00D25D65">
        <w:t xml:space="preserve"> </w:t>
      </w:r>
      <w:r>
        <w:t>the Sun’s</w:t>
      </w:r>
      <w:r w:rsidR="00D25D65">
        <w:t xml:space="preserve"> </w:t>
      </w:r>
      <w:r>
        <w:t>energy output, volcanic activity, or natural climate variations such as</w:t>
      </w:r>
      <w:r w:rsidR="00D25D65">
        <w:t xml:space="preserve"> </w:t>
      </w:r>
      <w:r>
        <w:t>El Niño and</w:t>
      </w:r>
      <w:r w:rsidR="00D25D65">
        <w:t xml:space="preserve"> </w:t>
      </w:r>
      <w:r>
        <w:t>La Niña.</w:t>
      </w:r>
    </w:p>
    <w:p w14:paraId="45A9E1FB" w14:textId="7A49483E" w:rsidR="007E3AE7" w:rsidRPr="00D25D65" w:rsidRDefault="00475F0B" w:rsidP="00D25D65">
      <w:pPr>
        <w:spacing w:line="360" w:lineRule="auto"/>
        <w:ind w:firstLine="400"/>
      </w:pPr>
      <w:r>
        <w:t>Despite this agreement between the global-scale patterns of modelled and observed atmospheric</w:t>
      </w:r>
      <w:r w:rsidR="00D25D65">
        <w:t xml:space="preserve"> </w:t>
      </w:r>
      <w:r>
        <w:t>temperature change, there are still some differences. The m</w:t>
      </w:r>
      <w:r>
        <w:t>ost noticeable differences are</w:t>
      </w:r>
      <w:r w:rsidR="00D25D65">
        <w:t xml:space="preserve"> </w:t>
      </w:r>
      <w:r>
        <w:t>in the tropics,</w:t>
      </w:r>
      <w:r w:rsidR="00D25D65">
        <w:t xml:space="preserve"> </w:t>
      </w:r>
      <w:r>
        <w:t>where models currently show more warming inthe troposphere than has been observed, and</w:t>
      </w:r>
      <w:r w:rsidR="00D25D65">
        <w:t xml:space="preserve"> </w:t>
      </w:r>
      <w:r>
        <w:t>in the Arctic, where the observed warming ofthe troposphere is greater than in most models</w:t>
      </w:r>
      <w:r>
        <w:t>.</w:t>
      </w:r>
    </w:p>
    <w:p w14:paraId="79689ADF" w14:textId="0192A5B8" w:rsidR="007E3AE7" w:rsidRPr="00EB721B" w:rsidRDefault="00475F0B" w:rsidP="00EB721B">
      <w:pPr>
        <w:pStyle w:val="ae"/>
        <w:numPr>
          <w:ilvl w:val="0"/>
          <w:numId w:val="14"/>
        </w:numPr>
        <w:spacing w:line="360" w:lineRule="auto"/>
        <w:rPr>
          <w:sz w:val="36"/>
          <w:szCs w:val="36"/>
        </w:rPr>
      </w:pPr>
      <w:r w:rsidRPr="00EB721B">
        <w:rPr>
          <w:sz w:val="36"/>
          <w:szCs w:val="36"/>
        </w:rPr>
        <w:lastRenderedPageBreak/>
        <w:t>Cl</w:t>
      </w:r>
      <w:r w:rsidRPr="00EB721B">
        <w:rPr>
          <w:sz w:val="36"/>
          <w:szCs w:val="36"/>
        </w:rPr>
        <w:t>imate is always changing. Why</w:t>
      </w:r>
      <w:r w:rsidR="00D25D65" w:rsidRPr="00EB721B">
        <w:rPr>
          <w:sz w:val="36"/>
          <w:szCs w:val="36"/>
        </w:rPr>
        <w:t xml:space="preserve"> </w:t>
      </w:r>
      <w:r w:rsidRPr="00EB721B">
        <w:rPr>
          <w:sz w:val="36"/>
          <w:szCs w:val="36"/>
        </w:rPr>
        <w:t>is</w:t>
      </w:r>
      <w:r w:rsidR="00D25D65" w:rsidRPr="00EB721B">
        <w:rPr>
          <w:sz w:val="36"/>
          <w:szCs w:val="36"/>
        </w:rPr>
        <w:t xml:space="preserve"> </w:t>
      </w:r>
      <w:r w:rsidRPr="00EB721B">
        <w:rPr>
          <w:sz w:val="36"/>
          <w:szCs w:val="36"/>
        </w:rPr>
        <w:t>climate change of concern now?</w:t>
      </w:r>
    </w:p>
    <w:p w14:paraId="5DD42BB3" w14:textId="2F50D05D" w:rsidR="007E3AE7" w:rsidRDefault="00475F0B" w:rsidP="00D25D65">
      <w:pPr>
        <w:spacing w:line="360" w:lineRule="auto"/>
        <w:ind w:firstLine="400"/>
      </w:pPr>
      <w:r>
        <w:t>A</w:t>
      </w:r>
      <w:r>
        <w:t>ll major climate changes, including natural ones, are disruptive. Past climate changes led</w:t>
      </w:r>
      <w:r w:rsidR="00D25D65">
        <w:t xml:space="preserve"> </w:t>
      </w:r>
      <w:r>
        <w:t>to extinction of many species, population migrations, and pronounced changes in</w:t>
      </w:r>
      <w:r w:rsidR="00D25D65">
        <w:t xml:space="preserve"> </w:t>
      </w:r>
      <w:r>
        <w:t>the land</w:t>
      </w:r>
      <w:r w:rsidR="00D25D65">
        <w:t xml:space="preserve"> </w:t>
      </w:r>
      <w:r>
        <w:t>surface and o</w:t>
      </w:r>
      <w:r>
        <w:t>cean circulation. The speed ofthe current climate change is faster than most of</w:t>
      </w:r>
      <w:r w:rsidR="00D25D65">
        <w:t xml:space="preserve"> </w:t>
      </w:r>
      <w:r>
        <w:t>the past events, making it more difficult for human societies andthe natural world to adapt.</w:t>
      </w:r>
    </w:p>
    <w:p w14:paraId="142A5080" w14:textId="281E177C" w:rsidR="007E3AE7" w:rsidRDefault="00475F0B" w:rsidP="006E6C2E">
      <w:pPr>
        <w:spacing w:line="360" w:lineRule="auto"/>
        <w:ind w:firstLine="400"/>
      </w:pPr>
      <w:r>
        <w:t>The largest global-scale climate variations in Earth’s</w:t>
      </w:r>
      <w:r w:rsidR="00D25D65">
        <w:t xml:space="preserve"> </w:t>
      </w:r>
      <w:r>
        <w:t>recent geological past are</w:t>
      </w:r>
      <w:r w:rsidR="00D25D65">
        <w:t xml:space="preserve"> </w:t>
      </w:r>
      <w:r>
        <w:t>the</w:t>
      </w:r>
      <w:r>
        <w:t xml:space="preserve"> ice</w:t>
      </w:r>
      <w:r w:rsidR="00D25D65">
        <w:t xml:space="preserve"> </w:t>
      </w:r>
      <w:r>
        <w:t xml:space="preserve">age cycles (see </w:t>
      </w:r>
      <w:r w:rsidR="00D25D65">
        <w:t>infobox</w:t>
      </w:r>
      <w:r>
        <w:t>,</w:t>
      </w:r>
      <w:r w:rsidR="00D25D65">
        <w:t xml:space="preserve"> p. B</w:t>
      </w:r>
      <w:r>
        <w:t xml:space="preserve">4), which are cold glacial periods followed by shorter warm </w:t>
      </w:r>
      <w:r w:rsidR="00D25D65">
        <w:t>periods. The</w:t>
      </w:r>
      <w:r>
        <w:t xml:space="preserve"> last few</w:t>
      </w:r>
      <w:r w:rsidR="00D25D65">
        <w:t xml:space="preserve"> </w:t>
      </w:r>
      <w:r>
        <w:t>of these</w:t>
      </w:r>
      <w:r w:rsidR="00D25D65">
        <w:t xml:space="preserve"> </w:t>
      </w:r>
      <w:r>
        <w:t>natural cycles have recurred roughly every 100,000 years. They are mainly paced by slow changes in Earth’s</w:t>
      </w:r>
      <w:r w:rsidR="00D25D65">
        <w:t xml:space="preserve"> </w:t>
      </w:r>
      <w:r>
        <w:t>orbit, which alt</w:t>
      </w:r>
      <w:r>
        <w:t>er the</w:t>
      </w:r>
      <w:r w:rsidR="00D25D65">
        <w:t xml:space="preserve"> </w:t>
      </w:r>
      <w:r>
        <w:t>way the</w:t>
      </w:r>
      <w:r w:rsidR="00D25D65">
        <w:t xml:space="preserve"> </w:t>
      </w:r>
      <w:r>
        <w:t>Sun’s</w:t>
      </w:r>
      <w:r w:rsidR="00D25D65">
        <w:t xml:space="preserve"> </w:t>
      </w:r>
      <w:r>
        <w:t>energy is distributed with latitude and</w:t>
      </w:r>
      <w:r w:rsidR="00D25D65">
        <w:t xml:space="preserve"> </w:t>
      </w:r>
      <w:r>
        <w:t>by season on Earth. These orbital</w:t>
      </w:r>
      <w:r w:rsidR="006E6C2E">
        <w:t xml:space="preserve"> </w:t>
      </w:r>
      <w:r>
        <w:t>changes are very small over the last several hundred years, and alone arenot sufficient to cause the observed</w:t>
      </w:r>
      <w:r w:rsidR="006E6C2E">
        <w:t xml:space="preserve"> </w:t>
      </w:r>
      <w:r>
        <w:t>magnitude of change in temperature since the Industrial</w:t>
      </w:r>
      <w:r>
        <w:t xml:space="preserve"> Revolution, norto acton the whole Earth. Onice-age timescales, these gradual orbital variations have led</w:t>
      </w:r>
      <w:r w:rsidR="006E6C2E">
        <w:t xml:space="preserve"> </w:t>
      </w:r>
      <w:r>
        <w:t>to changes in</w:t>
      </w:r>
      <w:r w:rsidR="006E6C2E">
        <w:t xml:space="preserve"> </w:t>
      </w:r>
      <w:r>
        <w:t>the extent of</w:t>
      </w:r>
      <w:r w:rsidR="006E6C2E">
        <w:t xml:space="preserve"> </w:t>
      </w:r>
      <w:r>
        <w:t>ice sheets and</w:t>
      </w:r>
      <w:r w:rsidR="006E6C2E">
        <w:t xml:space="preserve"> </w:t>
      </w:r>
      <w:r>
        <w:t>in the</w:t>
      </w:r>
      <w:r w:rsidR="006E6C2E">
        <w:t xml:space="preserve"> </w:t>
      </w:r>
      <w:r>
        <w:t>abundance of</w:t>
      </w:r>
      <w:r w:rsidR="006E6C2E">
        <w:t xml:space="preserve"> </w:t>
      </w:r>
      <w:r>
        <w:t>CO</w:t>
      </w:r>
      <w:r>
        <w:t>2</w:t>
      </w:r>
      <w:r w:rsidR="006E6C2E">
        <w:t xml:space="preserve"> </w:t>
      </w:r>
      <w:r>
        <w:t>and other greenhouse gases, which in turn have amplified the initial temperature change.</w:t>
      </w:r>
    </w:p>
    <w:p w14:paraId="43129851" w14:textId="0B680040" w:rsidR="007E3AE7" w:rsidRDefault="00475F0B" w:rsidP="006E6C2E">
      <w:pPr>
        <w:spacing w:line="360" w:lineRule="auto"/>
        <w:ind w:firstLine="400"/>
      </w:pPr>
      <w:r>
        <w:t>Recent estimates ofthe increase in global average temperature since the</w:t>
      </w:r>
      <w:r w:rsidR="006E6C2E">
        <w:t xml:space="preserve"> </w:t>
      </w:r>
      <w:r>
        <w:t>end of</w:t>
      </w:r>
      <w:r w:rsidR="006E6C2E">
        <w:t xml:space="preserve"> </w:t>
      </w:r>
      <w:r>
        <w:t>the last ice</w:t>
      </w:r>
      <w:r w:rsidR="006E6C2E">
        <w:t xml:space="preserve"> </w:t>
      </w:r>
      <w:r>
        <w:t>age are</w:t>
      </w:r>
      <w:r w:rsidR="006E6C2E">
        <w:t xml:space="preserve"> </w:t>
      </w:r>
      <w:r>
        <w:t>4 to</w:t>
      </w:r>
      <w:r>
        <w:t>5 °C (7to 9 °F). That change occurred over aperiod of about 7,000 years, starting 18,000 years ago. CO2</w:t>
      </w:r>
      <w:r w:rsidR="006E6C2E">
        <w:t xml:space="preserve"> </w:t>
      </w:r>
      <w:r>
        <w:t xml:space="preserve">has risen more than 40% in just the past 200 </w:t>
      </w:r>
      <w:r>
        <w:t>years, much of this since the 1970s, contributing to human</w:t>
      </w:r>
      <w:r w:rsidR="006E6C2E">
        <w:t xml:space="preserve"> </w:t>
      </w:r>
      <w:r>
        <w:t>alteration of</w:t>
      </w:r>
      <w:r w:rsidR="006E6C2E">
        <w:t xml:space="preserve"> </w:t>
      </w:r>
      <w:r>
        <w:t>the planet’s</w:t>
      </w:r>
      <w:r w:rsidR="006E6C2E">
        <w:t xml:space="preserve"> </w:t>
      </w:r>
      <w:r>
        <w:t>energy budget that has</w:t>
      </w:r>
      <w:r w:rsidR="006E6C2E">
        <w:t xml:space="preserve"> </w:t>
      </w:r>
      <w:r>
        <w:t>so far warmed Earth by about 1 °C (1.8 °F). I</w:t>
      </w:r>
      <w:r>
        <w:t>f</w:t>
      </w:r>
      <w:r w:rsidR="006E6C2E">
        <w:t xml:space="preserve"> </w:t>
      </w:r>
      <w:r>
        <w:t>the rise in</w:t>
      </w:r>
      <w:r w:rsidR="006E6C2E">
        <w:t xml:space="preserve"> </w:t>
      </w:r>
      <w:r>
        <w:t>CO</w:t>
      </w:r>
      <w:r>
        <w:t>2</w:t>
      </w:r>
      <w:r w:rsidR="006E6C2E">
        <w:t xml:space="preserve"> </w:t>
      </w:r>
      <w:r w:rsidR="00EB721B">
        <w:t xml:space="preserve">continues </w:t>
      </w:r>
      <w:r>
        <w:lastRenderedPageBreak/>
        <w:t>unchecked</w:t>
      </w:r>
      <w:r>
        <w:t>,</w:t>
      </w:r>
      <w:r>
        <w:t xml:space="preserve"> </w:t>
      </w:r>
      <w:r>
        <w:t>warming of</w:t>
      </w:r>
      <w:r w:rsidR="006E6C2E">
        <w:t xml:space="preserve"> </w:t>
      </w:r>
      <w:r>
        <w:t>the same magnitude as</w:t>
      </w:r>
      <w:r w:rsidR="006E6C2E">
        <w:t xml:space="preserve"> </w:t>
      </w:r>
      <w:r>
        <w:t>the increase out</w:t>
      </w:r>
      <w:r w:rsidR="006E6C2E">
        <w:t xml:space="preserve"> </w:t>
      </w:r>
      <w:r>
        <w:t>of the</w:t>
      </w:r>
      <w:r w:rsidR="006E6C2E">
        <w:t xml:space="preserve"> </w:t>
      </w:r>
      <w:r>
        <w:t>ice age</w:t>
      </w:r>
      <w:r w:rsidR="006E6C2E">
        <w:t xml:space="preserve"> </w:t>
      </w:r>
      <w:r>
        <w:t xml:space="preserve">can be </w:t>
      </w:r>
      <w:r>
        <w:t>expected</w:t>
      </w:r>
      <w:r w:rsidR="006E6C2E">
        <w:t xml:space="preserve"> </w:t>
      </w:r>
      <w:r>
        <w:t>by</w:t>
      </w:r>
      <w:r w:rsidR="006E6C2E">
        <w:t xml:space="preserve"> </w:t>
      </w:r>
      <w:r>
        <w:t>the end</w:t>
      </w:r>
      <w:r w:rsidR="006E6C2E">
        <w:t xml:space="preserve"> </w:t>
      </w:r>
      <w:r>
        <w:t>of this century or soon after. This speed of warming is more than ten times that at</w:t>
      </w:r>
      <w:r w:rsidR="006E6C2E">
        <w:t xml:space="preserve"> </w:t>
      </w:r>
      <w:r>
        <w:t>the end</w:t>
      </w:r>
      <w:r w:rsidR="006E6C2E">
        <w:t xml:space="preserve"> </w:t>
      </w:r>
      <w:r>
        <w:t>of an</w:t>
      </w:r>
      <w:r w:rsidR="006E6C2E">
        <w:t xml:space="preserve"> </w:t>
      </w:r>
      <w:r>
        <w:t>ice</w:t>
      </w:r>
      <w:r w:rsidR="00EB721B">
        <w:t xml:space="preserve"> </w:t>
      </w:r>
      <w:r>
        <w:t>age, the fastest known natural sustained change ona global scale.</w:t>
      </w:r>
    </w:p>
    <w:p w14:paraId="3B6A430D" w14:textId="07450C00" w:rsidR="007E3AE7" w:rsidRDefault="007E3AE7">
      <w:pPr>
        <w:spacing w:line="360" w:lineRule="auto"/>
        <w:ind w:firstLine="400"/>
      </w:pPr>
    </w:p>
    <w:p w14:paraId="6EC30B4F" w14:textId="5E410835" w:rsidR="007E3AE7" w:rsidRPr="00EB721B" w:rsidRDefault="00475F0B" w:rsidP="00EB721B">
      <w:pPr>
        <w:pStyle w:val="ae"/>
        <w:numPr>
          <w:ilvl w:val="0"/>
          <w:numId w:val="14"/>
        </w:numPr>
        <w:spacing w:line="360" w:lineRule="auto"/>
        <w:rPr>
          <w:sz w:val="36"/>
          <w:szCs w:val="36"/>
        </w:rPr>
      </w:pPr>
      <w:r w:rsidRPr="00EB721B">
        <w:rPr>
          <w:sz w:val="36"/>
          <w:szCs w:val="36"/>
        </w:rPr>
        <w:t>Is</w:t>
      </w:r>
      <w:r w:rsidR="00EB721B" w:rsidRPr="00EB721B">
        <w:rPr>
          <w:sz w:val="36"/>
          <w:szCs w:val="36"/>
        </w:rPr>
        <w:t xml:space="preserve"> </w:t>
      </w:r>
      <w:r w:rsidRPr="00EB721B">
        <w:rPr>
          <w:sz w:val="36"/>
          <w:szCs w:val="36"/>
        </w:rPr>
        <w:t>the current level of atmospheric</w:t>
      </w:r>
      <w:r w:rsidR="006E6C2E" w:rsidRPr="00EB721B">
        <w:rPr>
          <w:sz w:val="36"/>
          <w:szCs w:val="36"/>
        </w:rPr>
        <w:t xml:space="preserve"> </w:t>
      </w:r>
      <w:r w:rsidRPr="00EB721B">
        <w:rPr>
          <w:sz w:val="36"/>
          <w:szCs w:val="36"/>
        </w:rPr>
        <w:t xml:space="preserve">CO2 concentration </w:t>
      </w:r>
      <w:r w:rsidRPr="00EB721B">
        <w:rPr>
          <w:sz w:val="36"/>
          <w:szCs w:val="36"/>
        </w:rPr>
        <w:t>unprecedented</w:t>
      </w:r>
      <w:r w:rsidR="00EB721B">
        <w:rPr>
          <w:sz w:val="36"/>
          <w:szCs w:val="36"/>
        </w:rPr>
        <w:t xml:space="preserve"> </w:t>
      </w:r>
      <w:r w:rsidRPr="00EB721B">
        <w:rPr>
          <w:sz w:val="36"/>
          <w:szCs w:val="36"/>
        </w:rPr>
        <w:t>in Earth’s</w:t>
      </w:r>
      <w:r w:rsidR="00582669" w:rsidRPr="00EB721B">
        <w:rPr>
          <w:sz w:val="36"/>
          <w:szCs w:val="36"/>
        </w:rPr>
        <w:t xml:space="preserve"> </w:t>
      </w:r>
      <w:r w:rsidRPr="00EB721B">
        <w:rPr>
          <w:sz w:val="36"/>
          <w:szCs w:val="36"/>
        </w:rPr>
        <w:t>history?</w:t>
      </w:r>
    </w:p>
    <w:p w14:paraId="749711E5" w14:textId="7AA543BB" w:rsidR="007E3AE7" w:rsidRDefault="00475F0B" w:rsidP="00EB721B">
      <w:pPr>
        <w:spacing w:line="360" w:lineRule="auto"/>
        <w:ind w:firstLine="400"/>
      </w:pPr>
      <w:r>
        <w:t>T</w:t>
      </w:r>
      <w:r>
        <w:t>he present level of atmospheric CO2 concentration is almost certainly unprecedented</w:t>
      </w:r>
      <w:r w:rsidR="00EB721B">
        <w:t xml:space="preserve"> i</w:t>
      </w:r>
      <w:r>
        <w:t>n</w:t>
      </w:r>
      <w:r w:rsidR="00EB721B">
        <w:t xml:space="preserve"> </w:t>
      </w:r>
      <w:r>
        <w:t>the past million years, during which time modern humans evolved and societies</w:t>
      </w:r>
      <w:r w:rsidR="00EB721B">
        <w:t xml:space="preserve"> </w:t>
      </w:r>
      <w:r>
        <w:t>developed. The atmospheric CO2 concentration was however h</w:t>
      </w:r>
      <w:r>
        <w:t>igher in Earth’s</w:t>
      </w:r>
      <w:r w:rsidR="00EB721B">
        <w:t xml:space="preserve"> </w:t>
      </w:r>
      <w:r>
        <w:t>more</w:t>
      </w:r>
      <w:r w:rsidR="00EB721B">
        <w:t xml:space="preserve"> </w:t>
      </w:r>
      <w:r>
        <w:t xml:space="preserve">distant past (many millions of years ago), at which time </w:t>
      </w:r>
      <w:r w:rsidR="00EB721B">
        <w:t>paleoclimatic</w:t>
      </w:r>
      <w:r>
        <w:t xml:space="preserve"> and geological</w:t>
      </w:r>
      <w:r w:rsidR="00EB721B">
        <w:t xml:space="preserve"> </w:t>
      </w:r>
      <w:r>
        <w:t>data indicate that temperatures and</w:t>
      </w:r>
      <w:r w:rsidR="00EB721B">
        <w:t xml:space="preserve"> </w:t>
      </w:r>
      <w:r>
        <w:t>sea levels were also higher than they are today.</w:t>
      </w:r>
    </w:p>
    <w:p w14:paraId="701A9F4A" w14:textId="77777777" w:rsidR="003A7705" w:rsidRDefault="00475F0B" w:rsidP="003A7705">
      <w:pPr>
        <w:spacing w:line="360" w:lineRule="auto"/>
        <w:ind w:firstLine="400"/>
      </w:pPr>
      <w:r>
        <w:t>Measurements ofair inice cores show that forthe past 800,000 yea</w:t>
      </w:r>
      <w:r>
        <w:t>rs up until the 20th century, the</w:t>
      </w:r>
      <w:r w:rsidR="00EB721B">
        <w:t xml:space="preserve"> </w:t>
      </w:r>
      <w:r>
        <w:t>atmospheric CO2 concentration stayed within the range 170to 300 parts per million (ppm), making the recent</w:t>
      </w:r>
      <w:r w:rsidR="00EB721B">
        <w:t xml:space="preserve"> </w:t>
      </w:r>
      <w:r>
        <w:t>rapid rise to more than 400ppm over 200 years particularly remarkable</w:t>
      </w:r>
      <w:r>
        <w:t>. During the glacial cycles</w:t>
      </w:r>
      <w:r w:rsidR="00EB721B">
        <w:t xml:space="preserve"> </w:t>
      </w:r>
      <w:r>
        <w:t>o</w:t>
      </w:r>
      <w:r>
        <w:t>f</w:t>
      </w:r>
      <w:r w:rsidR="00EB721B">
        <w:t xml:space="preserve"> </w:t>
      </w:r>
      <w:r>
        <w:t xml:space="preserve">the </w:t>
      </w:r>
      <w:r>
        <w:t>past 800,000 years both CO2 and methane have acted as important amplifiers o</w:t>
      </w:r>
      <w:r>
        <w:t>f</w:t>
      </w:r>
      <w:r w:rsidR="00EB721B">
        <w:t xml:space="preserve"> </w:t>
      </w:r>
      <w:r>
        <w:t>the climate changes</w:t>
      </w:r>
      <w:r w:rsidR="00EB721B">
        <w:t xml:space="preserve"> </w:t>
      </w:r>
      <w:r>
        <w:t>triggered by variations in Earth’s</w:t>
      </w:r>
      <w:r w:rsidR="00EB721B">
        <w:t xml:space="preserve"> </w:t>
      </w:r>
      <w:r>
        <w:t>orbit around the</w:t>
      </w:r>
      <w:r w:rsidR="00EB721B">
        <w:t xml:space="preserve"> </w:t>
      </w:r>
      <w:r>
        <w:t xml:space="preserve">Sun. As Earth warmed from the last iceage, temperature </w:t>
      </w:r>
      <w:r w:rsidR="003A7705">
        <w:t xml:space="preserve">and CO2 started to rise at approximately the same time and continued to rise in tandem from about 18,000 to 11,000 years ago. Changes in ocean temperature, circulation, chemistry, and biology caused CO2 to be </w:t>
      </w:r>
      <w:r w:rsidR="003A7705">
        <w:lastRenderedPageBreak/>
        <w:t>released to the atmosphere, which combined with other feedbacks to push Earth into an even warmer state.</w:t>
      </w:r>
    </w:p>
    <w:p w14:paraId="09E1BE14" w14:textId="06C86B2C" w:rsidR="007E3AE7" w:rsidRDefault="00475F0B" w:rsidP="003A7705">
      <w:pPr>
        <w:spacing w:line="360" w:lineRule="auto"/>
        <w:ind w:firstLine="400"/>
      </w:pPr>
      <w:r>
        <w:t>For earlier geological times, CO2 concentrations and temperatures have been inferred from less direct</w:t>
      </w:r>
      <w:r w:rsidR="003A7705">
        <w:t xml:space="preserve"> </w:t>
      </w:r>
      <w:r>
        <w:t>methods. Those suggest that the concentration of</w:t>
      </w:r>
      <w:r w:rsidR="003A7705">
        <w:t xml:space="preserve"> </w:t>
      </w:r>
      <w:r>
        <w:t>CO</w:t>
      </w:r>
      <w:r>
        <w:t>2</w:t>
      </w:r>
      <w:r w:rsidR="003A7705">
        <w:t xml:space="preserve"> </w:t>
      </w:r>
      <w:r>
        <w:t>last approached 400</w:t>
      </w:r>
      <w:r w:rsidR="003A7705">
        <w:t xml:space="preserve"> </w:t>
      </w:r>
      <w:r>
        <w:t>ppm abou</w:t>
      </w:r>
      <w:r>
        <w:t>t 3</w:t>
      </w:r>
      <w:r w:rsidR="003A7705">
        <w:t xml:space="preserve"> </w:t>
      </w:r>
      <w:r>
        <w:t>to 5</w:t>
      </w:r>
      <w:r w:rsidR="003A7705">
        <w:t xml:space="preserve"> </w:t>
      </w:r>
      <w:r>
        <w:t>million</w:t>
      </w:r>
      <w:r w:rsidR="003A7705">
        <w:t xml:space="preserve"> </w:t>
      </w:r>
      <w:r>
        <w:t>years ago, a</w:t>
      </w:r>
      <w:r w:rsidR="003A7705">
        <w:t xml:space="preserve"> </w:t>
      </w:r>
      <w:r>
        <w:t>period when global average surface temperature is estimated to have been about 2to 3.5°C</w:t>
      </w:r>
      <w:r w:rsidR="003A7705">
        <w:t xml:space="preserve"> </w:t>
      </w:r>
      <w:r>
        <w:t>higher than in</w:t>
      </w:r>
      <w:r w:rsidR="003A7705">
        <w:t xml:space="preserve"> </w:t>
      </w:r>
      <w:r>
        <w:t>the pre-industrial period. At</w:t>
      </w:r>
      <w:r w:rsidR="003A7705">
        <w:t xml:space="preserve"> </w:t>
      </w:r>
      <w:r>
        <w:t>50 million years ago, CO2 may have reached 1000 ppm, and</w:t>
      </w:r>
      <w:r w:rsidR="003A7705">
        <w:t xml:space="preserve"> </w:t>
      </w:r>
      <w:r>
        <w:t xml:space="preserve">global average temperature was probably </w:t>
      </w:r>
      <w:r>
        <w:t>about 10°C</w:t>
      </w:r>
      <w:r w:rsidR="003A7705">
        <w:t xml:space="preserve"> </w:t>
      </w:r>
      <w:r>
        <w:t>warmer than today. Under those conditions, Earth</w:t>
      </w:r>
      <w:r w:rsidR="003A7705">
        <w:t xml:space="preserve"> </w:t>
      </w:r>
      <w:r>
        <w:t>had little ice, and</w:t>
      </w:r>
      <w:r w:rsidR="003A7705">
        <w:t xml:space="preserve"> </w:t>
      </w:r>
      <w:r>
        <w:t>sea level wa</w:t>
      </w:r>
      <w:r>
        <w:t>s</w:t>
      </w:r>
      <w:r w:rsidR="003A7705">
        <w:t xml:space="preserve"> </w:t>
      </w:r>
      <w:r>
        <w:t>at least 60 metres higher than current levels.</w:t>
      </w:r>
    </w:p>
    <w:p w14:paraId="7B0EB31F" w14:textId="0279DA3B" w:rsidR="00361592" w:rsidRPr="00361592" w:rsidRDefault="00361592" w:rsidP="00362731">
      <w:pPr>
        <w:pStyle w:val="ae"/>
        <w:numPr>
          <w:ilvl w:val="0"/>
          <w:numId w:val="14"/>
        </w:numPr>
        <w:spacing w:line="360" w:lineRule="auto"/>
      </w:pPr>
      <w:r w:rsidRPr="00362731">
        <w:rPr>
          <w:sz w:val="36"/>
          <w:szCs w:val="36"/>
        </w:rPr>
        <w:t>Is there a point at which adding more CO2 will not cause further warming?</w:t>
      </w:r>
    </w:p>
    <w:p w14:paraId="25CB5DCF" w14:textId="21D78265" w:rsidR="00361592" w:rsidRDefault="00362731" w:rsidP="00362731">
      <w:pPr>
        <w:spacing w:line="360" w:lineRule="auto"/>
      </w:pPr>
      <w:r>
        <w:t xml:space="preserve">     </w:t>
      </w:r>
      <w:r w:rsidR="00361592">
        <w:t>No. Adding more CO2 to the atmosphere will cause surface temperatures to continue to increase. As the atmosphere concentrations of CO2 increase, the addition of extra CO2, becomes progressively less effective at trapping Earth`s energy, but surface temperature will stile rise.</w:t>
      </w:r>
    </w:p>
    <w:p w14:paraId="3102DD6D" w14:textId="22CF04B8" w:rsidR="00362731" w:rsidRDefault="00362731" w:rsidP="00362731">
      <w:pPr>
        <w:spacing w:line="360" w:lineRule="auto"/>
      </w:pPr>
      <w:r>
        <w:t xml:space="preserve">     </w:t>
      </w:r>
      <w:r w:rsidR="00361592">
        <w:t>Our understanding of the physics by which CO2 affects Earth`s energy balance is confirmed by laboratory measurements, as well as by detailed satellite and surface obse</w:t>
      </w:r>
      <w:r>
        <w:t xml:space="preserve">rvations of the emission and absorption of infrared energy by the atmosphere. Greenhouse gases absorb some of the infrared energy that Earth emits in so-called bands of stronger absorption that occur at certain wavelengths. Different gases absorb energy at different wavelengths. CO2 has its strongest heat-trapping band centred at a wavelength of 15 micrometres (millionths of a metre), with absorption that </w:t>
      </w:r>
      <w:r>
        <w:lastRenderedPageBreak/>
        <w:t>spreads out a few micrometres on either side. There are also many weaker absor</w:t>
      </w:r>
      <w:r w:rsidR="00BA0A7C">
        <w:t>ption bands. As CO2 concentration increase, the absorption at the centre of the strong band is already so intense that it plays little role in causing additional warning. However, more energy is absorbed in the weaker bands and away from the center of the strong band, causing the surface and lower atmosphere to warm futher.</w:t>
      </w:r>
    </w:p>
    <w:p w14:paraId="1EE8FC43" w14:textId="35B6C26D" w:rsidR="007E3AE7" w:rsidRPr="00BA0A7C" w:rsidRDefault="00BA0A7C" w:rsidP="00BA0A7C">
      <w:pPr>
        <w:spacing w:line="360" w:lineRule="auto"/>
        <w:ind w:firstLine="400"/>
        <w:rPr>
          <w:sz w:val="36"/>
          <w:szCs w:val="36"/>
        </w:rPr>
      </w:pPr>
      <w:r w:rsidRPr="00BA0A7C">
        <w:rPr>
          <w:sz w:val="36"/>
          <w:szCs w:val="36"/>
        </w:rPr>
        <w:t xml:space="preserve">9. </w:t>
      </w:r>
      <w:r w:rsidR="00475F0B" w:rsidRPr="00BA0A7C">
        <w:rPr>
          <w:sz w:val="36"/>
          <w:szCs w:val="36"/>
        </w:rPr>
        <w:t>Does the rate of warming vary from</w:t>
      </w:r>
      <w:r w:rsidRPr="00BA0A7C">
        <w:rPr>
          <w:sz w:val="36"/>
          <w:szCs w:val="36"/>
        </w:rPr>
        <w:t xml:space="preserve"> </w:t>
      </w:r>
      <w:r w:rsidR="00475F0B" w:rsidRPr="00BA0A7C">
        <w:rPr>
          <w:sz w:val="36"/>
          <w:szCs w:val="36"/>
        </w:rPr>
        <w:t>o</w:t>
      </w:r>
      <w:r w:rsidR="00475F0B" w:rsidRPr="00BA0A7C">
        <w:rPr>
          <w:sz w:val="36"/>
          <w:szCs w:val="36"/>
        </w:rPr>
        <w:t>ne decade to another?</w:t>
      </w:r>
    </w:p>
    <w:p w14:paraId="28F04016" w14:textId="19D74BBB" w:rsidR="007E3AE7" w:rsidRDefault="00475F0B" w:rsidP="00BA0A7C">
      <w:pPr>
        <w:spacing w:line="360" w:lineRule="auto"/>
        <w:ind w:firstLine="400"/>
      </w:pPr>
      <w:r>
        <w:t>Yes. The observed warming rate has varied from year to year, decade to decade, and place</w:t>
      </w:r>
      <w:r w:rsidR="00BA0A7C">
        <w:t xml:space="preserve"> </w:t>
      </w:r>
      <w:r>
        <w:t>to place, as</w:t>
      </w:r>
      <w:r w:rsidR="00BA0A7C">
        <w:t xml:space="preserve"> </w:t>
      </w:r>
      <w:r>
        <w:t>is expected from our understanding of</w:t>
      </w:r>
      <w:r w:rsidR="00BA0A7C">
        <w:t xml:space="preserve"> </w:t>
      </w:r>
      <w:r>
        <w:t>the climate system. These shorter-</w:t>
      </w:r>
      <w:r>
        <w:t xml:space="preserve">term </w:t>
      </w:r>
      <w:r>
        <w:t>variations are mostly due</w:t>
      </w:r>
      <w:r w:rsidR="00BA0A7C">
        <w:t xml:space="preserve"> </w:t>
      </w:r>
      <w:r>
        <w:t>to natural causes, and</w:t>
      </w:r>
      <w:r w:rsidR="00BA0A7C">
        <w:t xml:space="preserve"> </w:t>
      </w:r>
      <w:r>
        <w:t>do not contradict our fundamental</w:t>
      </w:r>
      <w:r w:rsidR="00BA0A7C">
        <w:t xml:space="preserve"> </w:t>
      </w:r>
      <w:r>
        <w:t>understanding that the long-term warming trend is primarily due</w:t>
      </w:r>
      <w:r w:rsidR="00BA0A7C">
        <w:t xml:space="preserve"> </w:t>
      </w:r>
      <w:r>
        <w:t>to human-induced</w:t>
      </w:r>
      <w:r w:rsidR="00BA0A7C">
        <w:t xml:space="preserve"> </w:t>
      </w:r>
      <w:r>
        <w:t>changes in</w:t>
      </w:r>
      <w:r w:rsidR="00BA0A7C">
        <w:t xml:space="preserve"> </w:t>
      </w:r>
      <w:r>
        <w:t>the atmospheric levels of</w:t>
      </w:r>
      <w:r w:rsidR="00BA0A7C">
        <w:t xml:space="preserve"> </w:t>
      </w:r>
      <w:r>
        <w:t>CO2 and other greenhouse gases.</w:t>
      </w:r>
    </w:p>
    <w:p w14:paraId="2401CF0D" w14:textId="510A8DB3" w:rsidR="007E3AE7" w:rsidRDefault="00475F0B" w:rsidP="00BA0A7C">
      <w:pPr>
        <w:spacing w:line="360" w:lineRule="auto"/>
        <w:ind w:firstLine="400"/>
      </w:pPr>
      <w:r>
        <w:t>Even a</w:t>
      </w:r>
      <w:r>
        <w:t>s</w:t>
      </w:r>
      <w:r w:rsidR="00BA0A7C">
        <w:t xml:space="preserve"> </w:t>
      </w:r>
      <w:r>
        <w:t>CO</w:t>
      </w:r>
      <w:r>
        <w:t>2</w:t>
      </w:r>
      <w:r w:rsidR="00BA0A7C">
        <w:t xml:space="preserve"> </w:t>
      </w:r>
      <w:r>
        <w:t>is rising steadil</w:t>
      </w:r>
      <w:r>
        <w:t>y in</w:t>
      </w:r>
      <w:r w:rsidR="00BA0A7C">
        <w:t xml:space="preserve"> </w:t>
      </w:r>
      <w:r>
        <w:t>the atmosphere, leading to gradual warming of Earth’s</w:t>
      </w:r>
      <w:r w:rsidR="00BA0A7C">
        <w:t xml:space="preserve"> </w:t>
      </w:r>
      <w:r>
        <w:t>surface, many natural</w:t>
      </w:r>
      <w:r w:rsidR="00BA0A7C">
        <w:t xml:space="preserve"> </w:t>
      </w:r>
      <w:r>
        <w:t>factors are modulating this long-term warming. Large volcanic eruptions increase the number of small</w:t>
      </w:r>
      <w:r w:rsidR="00BA0A7C">
        <w:t xml:space="preserve"> </w:t>
      </w:r>
      <w:r>
        <w:t>particles in</w:t>
      </w:r>
      <w:r w:rsidR="00BA0A7C">
        <w:t xml:space="preserve"> </w:t>
      </w:r>
      <w:r>
        <w:t>the stratosphere. These particles reflect sunlight, leading to s</w:t>
      </w:r>
      <w:r>
        <w:t>hort-term surface cooling lasting</w:t>
      </w:r>
      <w:r w:rsidR="00BA0A7C">
        <w:t xml:space="preserve"> </w:t>
      </w:r>
      <w:r>
        <w:t>typically two</w:t>
      </w:r>
      <w:r w:rsidR="00BA0A7C">
        <w:t xml:space="preserve"> </w:t>
      </w:r>
      <w:r>
        <w:t>to three years, followed by</w:t>
      </w:r>
      <w:r w:rsidR="00BA0A7C">
        <w:t xml:space="preserve"> </w:t>
      </w:r>
      <w:r>
        <w:t>a slow recovery. Ocean circulation and mixing vary naturally on many</w:t>
      </w:r>
      <w:r w:rsidR="00BA0A7C">
        <w:t xml:space="preserve"> </w:t>
      </w:r>
      <w:r>
        <w:t>time scales, causing variations insea surface temperatures as well as changes inthe rate at which heat is transpo</w:t>
      </w:r>
      <w:r>
        <w:t>rted to greater depths. For example, the tropical Pacific swings between warm El Niño and cooler La</w:t>
      </w:r>
      <w:r w:rsidR="00BA0A7C">
        <w:t xml:space="preserve"> </w:t>
      </w:r>
      <w:r>
        <w:t>Niña events on timescales of</w:t>
      </w:r>
      <w:r w:rsidR="00BA0A7C">
        <w:t xml:space="preserve"> </w:t>
      </w:r>
      <w:r>
        <w:t>two to seven years. Scientists study many different types of climate variations,</w:t>
      </w:r>
      <w:r w:rsidR="00BA0A7C">
        <w:t xml:space="preserve"> </w:t>
      </w:r>
      <w:r>
        <w:t>such as those on decadal and multi-decadal time</w:t>
      </w:r>
      <w:r>
        <w:t>scales in</w:t>
      </w:r>
      <w:r w:rsidR="00BA0A7C">
        <w:t xml:space="preserve"> </w:t>
      </w:r>
      <w:r>
        <w:t xml:space="preserve">the </w:t>
      </w:r>
      <w:r>
        <w:lastRenderedPageBreak/>
        <w:t>Pacific and North Atlantic Oceans. Each</w:t>
      </w:r>
      <w:r w:rsidR="00BA0A7C">
        <w:t xml:space="preserve"> </w:t>
      </w:r>
      <w:r>
        <w:t>type of variation has</w:t>
      </w:r>
      <w:r w:rsidR="00BA0A7C">
        <w:t xml:space="preserve"> </w:t>
      </w:r>
      <w:r>
        <w:t>its own unique characteristics. These oceanic variations are associated with significant</w:t>
      </w:r>
      <w:r w:rsidR="00BA0A7C">
        <w:t xml:space="preserve"> </w:t>
      </w:r>
      <w:r>
        <w:t>regional and global shifts in temperature and rainfall patterns that are evident inthe observ</w:t>
      </w:r>
      <w:r>
        <w:t>ations.</w:t>
      </w:r>
    </w:p>
    <w:p w14:paraId="18C4B97B" w14:textId="1D73164D" w:rsidR="007E3AE7" w:rsidRDefault="00475F0B" w:rsidP="00BA0A7C">
      <w:pPr>
        <w:spacing w:line="360" w:lineRule="auto"/>
        <w:ind w:firstLine="400"/>
      </w:pPr>
      <w:r>
        <w:t>Warming from decade to decade can also be affected by human factors such as variations in emissions of</w:t>
      </w:r>
      <w:r w:rsidR="00BA0A7C">
        <w:t xml:space="preserve"> </w:t>
      </w:r>
      <w:r>
        <w:t>greenhouse gases and aerosols (airborne particles that can have both warming and cooling effects) from</w:t>
      </w:r>
      <w:r w:rsidR="00BA0A7C">
        <w:t xml:space="preserve"> </w:t>
      </w:r>
      <w:r>
        <w:t>coal-fired power plants and other pollutio</w:t>
      </w:r>
      <w:r>
        <w:t>n sources.</w:t>
      </w:r>
    </w:p>
    <w:p w14:paraId="52A83E10" w14:textId="7A91084E" w:rsidR="007E3AE7" w:rsidRDefault="00475F0B" w:rsidP="00BA0A7C">
      <w:pPr>
        <w:spacing w:line="360" w:lineRule="auto"/>
        <w:ind w:firstLine="400"/>
      </w:pPr>
      <w:r>
        <w:t>These variations inthe temperature trend are clearly evident in</w:t>
      </w:r>
      <w:r w:rsidR="00BA0A7C">
        <w:t xml:space="preserve"> </w:t>
      </w:r>
      <w:r>
        <w:t>the observed temperature record</w:t>
      </w:r>
      <w:r>
        <w:t>. Short-term natural climate variations could also affect the long-term human-induced climate</w:t>
      </w:r>
      <w:r w:rsidR="00BA0A7C">
        <w:t xml:space="preserve"> </w:t>
      </w:r>
      <w:r>
        <w:t xml:space="preserve">change signal and vice-versa, because climate </w:t>
      </w:r>
      <w:r>
        <w:t>variations on different space and timescales can interact</w:t>
      </w:r>
      <w:r w:rsidR="00BA0A7C">
        <w:t xml:space="preserve"> </w:t>
      </w:r>
      <w:r>
        <w:t>with one another. It</w:t>
      </w:r>
      <w:r w:rsidR="00BA0A7C">
        <w:t xml:space="preserve"> </w:t>
      </w:r>
      <w:r>
        <w:t>is partly for this reason that climate change projections are made using climate</w:t>
      </w:r>
      <w:r w:rsidR="00BA0A7C">
        <w:t xml:space="preserve"> </w:t>
      </w:r>
      <w:r>
        <w:t>models (see infobox, p.20) that can account for many different types of climate variations and th</w:t>
      </w:r>
      <w:r>
        <w:t>eir interactions. Reliable inferences about human-induced climate change must be made with a</w:t>
      </w:r>
      <w:r w:rsidR="00BA0A7C">
        <w:t xml:space="preserve"> </w:t>
      </w:r>
      <w:r>
        <w:t>longer view,</w:t>
      </w:r>
      <w:r w:rsidR="00BA0A7C">
        <w:t xml:space="preserve"> </w:t>
      </w:r>
      <w:r>
        <w:t>using records that cover many decades.</w:t>
      </w:r>
    </w:p>
    <w:p w14:paraId="28F8A13B" w14:textId="77777777" w:rsidR="00BA0A7C" w:rsidRDefault="00BA0A7C" w:rsidP="00BA0A7C">
      <w:pPr>
        <w:spacing w:line="360" w:lineRule="auto"/>
        <w:ind w:firstLine="400"/>
      </w:pPr>
    </w:p>
    <w:p w14:paraId="0732FCF5" w14:textId="79447C96" w:rsidR="007E3AE7" w:rsidRPr="00523CE3" w:rsidRDefault="00BA0A7C" w:rsidP="00523CE3">
      <w:pPr>
        <w:pStyle w:val="ae"/>
        <w:numPr>
          <w:ilvl w:val="0"/>
          <w:numId w:val="15"/>
        </w:numPr>
        <w:spacing w:line="360" w:lineRule="auto"/>
        <w:rPr>
          <w:sz w:val="36"/>
          <w:szCs w:val="36"/>
        </w:rPr>
      </w:pPr>
      <w:r w:rsidRPr="00523CE3">
        <w:rPr>
          <w:sz w:val="36"/>
          <w:szCs w:val="36"/>
        </w:rPr>
        <w:t xml:space="preserve"> </w:t>
      </w:r>
      <w:r w:rsidR="00475F0B" w:rsidRPr="00523CE3">
        <w:rPr>
          <w:sz w:val="36"/>
          <w:szCs w:val="36"/>
        </w:rPr>
        <w:t>Did</w:t>
      </w:r>
      <w:r w:rsidR="00523CE3" w:rsidRPr="00523CE3">
        <w:rPr>
          <w:sz w:val="36"/>
          <w:szCs w:val="36"/>
        </w:rPr>
        <w:t xml:space="preserve"> </w:t>
      </w:r>
      <w:r w:rsidR="00475F0B" w:rsidRPr="00523CE3">
        <w:rPr>
          <w:sz w:val="36"/>
          <w:szCs w:val="36"/>
        </w:rPr>
        <w:t>the slowdown of warming during</w:t>
      </w:r>
      <w:r w:rsidR="00523CE3" w:rsidRPr="00523CE3">
        <w:rPr>
          <w:sz w:val="36"/>
          <w:szCs w:val="36"/>
        </w:rPr>
        <w:t xml:space="preserve"> </w:t>
      </w:r>
      <w:r w:rsidR="00475F0B" w:rsidRPr="00523CE3">
        <w:rPr>
          <w:sz w:val="36"/>
          <w:szCs w:val="36"/>
        </w:rPr>
        <w:t>the 2000s to early 2010s mean that</w:t>
      </w:r>
      <w:r w:rsidR="00523CE3" w:rsidRPr="00523CE3">
        <w:rPr>
          <w:sz w:val="36"/>
          <w:szCs w:val="36"/>
        </w:rPr>
        <w:t xml:space="preserve"> </w:t>
      </w:r>
      <w:r w:rsidR="00475F0B" w:rsidRPr="00523CE3">
        <w:rPr>
          <w:sz w:val="36"/>
          <w:szCs w:val="36"/>
        </w:rPr>
        <w:t>climate change is</w:t>
      </w:r>
      <w:r w:rsidR="00523CE3" w:rsidRPr="00523CE3">
        <w:rPr>
          <w:sz w:val="36"/>
          <w:szCs w:val="36"/>
        </w:rPr>
        <w:t xml:space="preserve"> </w:t>
      </w:r>
      <w:r w:rsidR="00475F0B" w:rsidRPr="00523CE3">
        <w:rPr>
          <w:sz w:val="36"/>
          <w:szCs w:val="36"/>
        </w:rPr>
        <w:t>no longer happening?</w:t>
      </w:r>
    </w:p>
    <w:p w14:paraId="70DBFEA9" w14:textId="117B9A28" w:rsidR="007E3AE7" w:rsidRDefault="00475F0B" w:rsidP="00DD164B">
      <w:pPr>
        <w:spacing w:line="360" w:lineRule="auto"/>
        <w:ind w:firstLine="400"/>
      </w:pPr>
      <w:r>
        <w:t>N</w:t>
      </w:r>
      <w:r>
        <w:t>o. After the very warm year 1998 that followed the strong 1997-98El Niño, the</w:t>
      </w:r>
      <w:r w:rsidR="00DD164B">
        <w:rPr>
          <w:lang w:val="uk-UA"/>
        </w:rPr>
        <w:t xml:space="preserve"> </w:t>
      </w:r>
      <w:r>
        <w:t>increase in average surface temperature slowed relativ</w:t>
      </w:r>
      <w:r>
        <w:t>e to</w:t>
      </w:r>
      <w:r w:rsidR="00DD164B">
        <w:rPr>
          <w:lang w:val="uk-UA"/>
        </w:rPr>
        <w:t xml:space="preserve"> </w:t>
      </w:r>
      <w:r>
        <w:t>the previous decade of rapid</w:t>
      </w:r>
      <w:r w:rsidR="00DD164B">
        <w:rPr>
          <w:lang w:val="uk-UA"/>
        </w:rPr>
        <w:t xml:space="preserve"> </w:t>
      </w:r>
      <w:r>
        <w:t xml:space="preserve">temperature increases. Despite the slower rate of </w:t>
      </w:r>
      <w:r>
        <w:lastRenderedPageBreak/>
        <w:t>warming, the 2000s were warmer than</w:t>
      </w:r>
      <w:r w:rsidR="00DD164B">
        <w:rPr>
          <w:lang w:val="uk-UA"/>
        </w:rPr>
        <w:t xml:space="preserve"> </w:t>
      </w:r>
      <w:r>
        <w:t>the 1990s. The limited period of slower warming ended with adramatic jump to warmer temperatures between 2014 and 2015, with allthe years</w:t>
      </w:r>
      <w:r>
        <w:t xml:space="preserve"> from 2015-2019 warmer than</w:t>
      </w:r>
      <w:r w:rsidR="00DD164B">
        <w:rPr>
          <w:lang w:val="uk-UA"/>
        </w:rPr>
        <w:t xml:space="preserve"> </w:t>
      </w:r>
      <w:r>
        <w:t>any preceding year in</w:t>
      </w:r>
      <w:r w:rsidR="00DD164B">
        <w:rPr>
          <w:lang w:val="uk-UA"/>
        </w:rPr>
        <w:t xml:space="preserve"> </w:t>
      </w:r>
      <w:r>
        <w:t>the instrumental record. A</w:t>
      </w:r>
      <w:r w:rsidR="00DD164B">
        <w:rPr>
          <w:lang w:val="uk-UA"/>
        </w:rPr>
        <w:t xml:space="preserve"> </w:t>
      </w:r>
      <w:r>
        <w:t>short-term slowdown in</w:t>
      </w:r>
      <w:r w:rsidR="00DD164B">
        <w:rPr>
          <w:lang w:val="uk-UA"/>
        </w:rPr>
        <w:t xml:space="preserve"> </w:t>
      </w:r>
      <w:r>
        <w:t>the warming</w:t>
      </w:r>
      <w:r w:rsidR="00DD164B">
        <w:rPr>
          <w:lang w:val="uk-UA"/>
        </w:rPr>
        <w:t xml:space="preserve"> </w:t>
      </w:r>
      <w:r>
        <w:t>of Earth’s</w:t>
      </w:r>
      <w:r w:rsidR="00DD164B">
        <w:rPr>
          <w:lang w:val="uk-UA"/>
        </w:rPr>
        <w:t xml:space="preserve"> </w:t>
      </w:r>
      <w:r>
        <w:t>surface does not invalidate our understanding of long-term changes in global</w:t>
      </w:r>
      <w:r w:rsidR="00DD164B">
        <w:rPr>
          <w:lang w:val="uk-UA"/>
        </w:rPr>
        <w:t xml:space="preserve"> </w:t>
      </w:r>
      <w:r>
        <w:t>temperature arising from human-induced changes in greenhouse</w:t>
      </w:r>
      <w:r>
        <w:t xml:space="preserve"> gases.</w:t>
      </w:r>
    </w:p>
    <w:p w14:paraId="1DAB15F8" w14:textId="4702EAB0" w:rsidR="007E3AE7" w:rsidRDefault="00475F0B" w:rsidP="00DD164B">
      <w:pPr>
        <w:spacing w:line="360" w:lineRule="auto"/>
        <w:ind w:firstLine="400"/>
      </w:pPr>
      <w:r>
        <w:t>Decades of slow warming as well as decades of accelerated warming occur naturally in</w:t>
      </w:r>
      <w:r w:rsidR="00DD164B">
        <w:rPr>
          <w:lang w:val="uk-UA"/>
        </w:rPr>
        <w:t xml:space="preserve"> </w:t>
      </w:r>
      <w:r>
        <w:t>the climate system.</w:t>
      </w:r>
      <w:r w:rsidR="00DD164B">
        <w:rPr>
          <w:lang w:val="uk-UA"/>
        </w:rPr>
        <w:t xml:space="preserve"> </w:t>
      </w:r>
      <w:r>
        <w:t>Decades that are cold or warm compared to</w:t>
      </w:r>
      <w:r w:rsidR="00DD164B">
        <w:rPr>
          <w:lang w:val="uk-UA"/>
        </w:rPr>
        <w:t xml:space="preserve"> </w:t>
      </w:r>
      <w:r>
        <w:t>the long-term trend are seen in</w:t>
      </w:r>
      <w:r w:rsidR="00DD164B">
        <w:rPr>
          <w:lang w:val="uk-UA"/>
        </w:rPr>
        <w:t xml:space="preserve"> </w:t>
      </w:r>
      <w:r>
        <w:t>the observations of</w:t>
      </w:r>
      <w:r w:rsidR="00DD164B">
        <w:rPr>
          <w:lang w:val="uk-UA"/>
        </w:rPr>
        <w:t xml:space="preserve"> </w:t>
      </w:r>
      <w:r>
        <w:t>the past</w:t>
      </w:r>
      <w:r w:rsidR="00DD164B">
        <w:rPr>
          <w:lang w:val="uk-UA"/>
        </w:rPr>
        <w:t xml:space="preserve"> </w:t>
      </w:r>
      <w:r>
        <w:t>150 years and</w:t>
      </w:r>
      <w:r w:rsidR="00DD164B">
        <w:rPr>
          <w:lang w:val="uk-UA"/>
        </w:rPr>
        <w:t xml:space="preserve"> </w:t>
      </w:r>
      <w:r>
        <w:t>are also captured by climate mo</w:t>
      </w:r>
      <w:r>
        <w:t>dels. Because the atmosphere stores very little heat, surface</w:t>
      </w:r>
      <w:r w:rsidR="00DD164B">
        <w:rPr>
          <w:lang w:val="uk-UA"/>
        </w:rPr>
        <w:t xml:space="preserve"> </w:t>
      </w:r>
      <w:r>
        <w:t>temperatures can</w:t>
      </w:r>
      <w:r w:rsidR="00DD164B">
        <w:rPr>
          <w:lang w:val="uk-UA"/>
        </w:rPr>
        <w:t xml:space="preserve"> </w:t>
      </w:r>
      <w:r>
        <w:t>be rapidly affected by heat uptake elsewhere in</w:t>
      </w:r>
      <w:r w:rsidR="00DD164B">
        <w:rPr>
          <w:lang w:val="uk-UA"/>
        </w:rPr>
        <w:t xml:space="preserve"> </w:t>
      </w:r>
      <w:r>
        <w:t>the climate system and</w:t>
      </w:r>
      <w:r w:rsidR="00DD164B">
        <w:rPr>
          <w:lang w:val="uk-UA"/>
        </w:rPr>
        <w:t xml:space="preserve"> </w:t>
      </w:r>
      <w:r>
        <w:t>by changes in</w:t>
      </w:r>
      <w:r w:rsidR="00DD164B">
        <w:rPr>
          <w:lang w:val="uk-UA"/>
        </w:rPr>
        <w:t xml:space="preserve"> </w:t>
      </w:r>
      <w:r>
        <w:t>external influences on climate (such as particles formed from material lofted high into the atm</w:t>
      </w:r>
      <w:r>
        <w:t>osphere</w:t>
      </w:r>
      <w:r w:rsidR="00DD164B">
        <w:rPr>
          <w:lang w:val="uk-UA"/>
        </w:rPr>
        <w:t xml:space="preserve"> </w:t>
      </w:r>
      <w:r>
        <w:t>from volcanic eruptions).</w:t>
      </w:r>
    </w:p>
    <w:p w14:paraId="6F13C6FF" w14:textId="36C2A166" w:rsidR="007E3AE7" w:rsidRDefault="00475F0B" w:rsidP="00DD164B">
      <w:pPr>
        <w:spacing w:line="360" w:lineRule="auto"/>
        <w:ind w:firstLine="400"/>
      </w:pPr>
      <w:r>
        <w:t>More than 90% of</w:t>
      </w:r>
      <w:r w:rsidR="00DD164B">
        <w:rPr>
          <w:lang w:val="uk-UA"/>
        </w:rPr>
        <w:t xml:space="preserve"> </w:t>
      </w:r>
      <w:r>
        <w:t>the heat added to</w:t>
      </w:r>
      <w:r w:rsidR="00DD164B">
        <w:rPr>
          <w:lang w:val="uk-UA"/>
        </w:rPr>
        <w:t xml:space="preserve"> </w:t>
      </w:r>
      <w:r>
        <w:t>the Earth system in recent decades has been absorbed by</w:t>
      </w:r>
      <w:r w:rsidR="00DD164B">
        <w:rPr>
          <w:lang w:val="uk-UA"/>
        </w:rPr>
        <w:t xml:space="preserve"> </w:t>
      </w:r>
      <w:r>
        <w:t>the oceans</w:t>
      </w:r>
      <w:r w:rsidR="00DD164B">
        <w:rPr>
          <w:lang w:val="uk-UA"/>
        </w:rPr>
        <w:t xml:space="preserve"> </w:t>
      </w:r>
      <w:r>
        <w:t>and penetrates only slowly into deep water. Afaster rate of heat penetration into the deeper ocean will</w:t>
      </w:r>
      <w:r w:rsidR="00DD164B">
        <w:rPr>
          <w:lang w:val="uk-UA"/>
        </w:rPr>
        <w:t xml:space="preserve"> </w:t>
      </w:r>
      <w:r>
        <w:t xml:space="preserve">slow the </w:t>
      </w:r>
      <w:r>
        <w:t>warming seen at</w:t>
      </w:r>
      <w:r w:rsidR="00DD164B">
        <w:rPr>
          <w:lang w:val="uk-UA"/>
        </w:rPr>
        <w:t xml:space="preserve"> </w:t>
      </w:r>
      <w:r>
        <w:t>the surface and</w:t>
      </w:r>
      <w:r w:rsidR="00DD164B">
        <w:rPr>
          <w:lang w:val="uk-UA"/>
        </w:rPr>
        <w:t xml:space="preserve"> </w:t>
      </w:r>
      <w:r>
        <w:t>in the atmosphere, but</w:t>
      </w:r>
      <w:r w:rsidR="00DD164B">
        <w:rPr>
          <w:lang w:val="uk-UA"/>
        </w:rPr>
        <w:t xml:space="preserve"> </w:t>
      </w:r>
      <w:r>
        <w:t>by itself it will not change the long-term</w:t>
      </w:r>
      <w:r w:rsidR="00DD164B">
        <w:rPr>
          <w:lang w:val="uk-UA"/>
        </w:rPr>
        <w:t xml:space="preserve"> </w:t>
      </w:r>
      <w:r>
        <w:t>warming that will occur from a</w:t>
      </w:r>
      <w:r w:rsidR="00DD164B">
        <w:rPr>
          <w:lang w:val="uk-UA"/>
        </w:rPr>
        <w:t xml:space="preserve"> </w:t>
      </w:r>
      <w:r>
        <w:t>given amount of</w:t>
      </w:r>
      <w:r w:rsidR="00DD164B">
        <w:rPr>
          <w:lang w:val="uk-UA"/>
        </w:rPr>
        <w:t xml:space="preserve"> </w:t>
      </w:r>
      <w:r>
        <w:t>CO</w:t>
      </w:r>
      <w:r>
        <w:t>2. For example, recent studies show that some heat</w:t>
      </w:r>
      <w:r w:rsidR="00DD164B">
        <w:rPr>
          <w:lang w:val="uk-UA"/>
        </w:rPr>
        <w:t xml:space="preserve"> </w:t>
      </w:r>
      <w:r>
        <w:t>comes out</w:t>
      </w:r>
      <w:r w:rsidR="00DD164B">
        <w:rPr>
          <w:lang w:val="uk-UA"/>
        </w:rPr>
        <w:t xml:space="preserve"> </w:t>
      </w:r>
      <w:r>
        <w:t xml:space="preserve">of the ocean into the atmosphere during warm El Niño </w:t>
      </w:r>
      <w:r>
        <w:t>events, and more heat penetrates to ocean depths in cold La Niñas. Such changes occur repeatedly over timescales of decades and longer. An</w:t>
      </w:r>
      <w:r w:rsidR="00DD164B">
        <w:rPr>
          <w:lang w:val="uk-UA"/>
        </w:rPr>
        <w:t xml:space="preserve"> </w:t>
      </w:r>
      <w:r>
        <w:t>example is</w:t>
      </w:r>
      <w:r w:rsidR="00DD164B">
        <w:rPr>
          <w:lang w:val="uk-UA"/>
        </w:rPr>
        <w:t xml:space="preserve"> </w:t>
      </w:r>
      <w:r>
        <w:t>the major El Niño event in 1997–98 when the globally averaged air temperature soared to</w:t>
      </w:r>
      <w:r w:rsidR="00DD164B">
        <w:rPr>
          <w:lang w:val="uk-UA"/>
        </w:rPr>
        <w:t xml:space="preserve"> </w:t>
      </w:r>
      <w:r>
        <w:t>the</w:t>
      </w:r>
      <w:r w:rsidR="00DD164B">
        <w:rPr>
          <w:lang w:val="uk-UA"/>
        </w:rPr>
        <w:t xml:space="preserve"> </w:t>
      </w:r>
      <w:r>
        <w:t>highest level in</w:t>
      </w:r>
      <w:r w:rsidR="00DD164B">
        <w:rPr>
          <w:lang w:val="uk-UA"/>
        </w:rPr>
        <w:t xml:space="preserve"> </w:t>
      </w:r>
      <w:r>
        <w:t>the 20th century as</w:t>
      </w:r>
      <w:r w:rsidR="00DD164B">
        <w:rPr>
          <w:lang w:val="uk-UA"/>
        </w:rPr>
        <w:t xml:space="preserve"> </w:t>
      </w:r>
      <w:r>
        <w:t>the ocean lost heat tothe atmosphere, mainly by evaporation.</w:t>
      </w:r>
    </w:p>
    <w:p w14:paraId="4960D20C" w14:textId="48D9B3CD" w:rsidR="007E3AE7" w:rsidRDefault="00475F0B" w:rsidP="00DD164B">
      <w:pPr>
        <w:spacing w:line="360" w:lineRule="auto"/>
        <w:ind w:firstLine="400"/>
      </w:pPr>
      <w:r>
        <w:lastRenderedPageBreak/>
        <w:t>Even during the slowdown in</w:t>
      </w:r>
      <w:r w:rsidR="00DD164B">
        <w:rPr>
          <w:lang w:val="uk-UA"/>
        </w:rPr>
        <w:t xml:space="preserve"> </w:t>
      </w:r>
      <w:r>
        <w:t>the rise of average surface temperature, a</w:t>
      </w:r>
      <w:r w:rsidR="00DD164B">
        <w:rPr>
          <w:lang w:val="uk-UA"/>
        </w:rPr>
        <w:t xml:space="preserve"> </w:t>
      </w:r>
      <w:r>
        <w:t>longer-term warming trend</w:t>
      </w:r>
      <w:r w:rsidR="00DD164B">
        <w:rPr>
          <w:lang w:val="uk-UA"/>
        </w:rPr>
        <w:t xml:space="preserve"> </w:t>
      </w:r>
      <w:r>
        <w:t>was still evident</w:t>
      </w:r>
      <w:r w:rsidR="00DD164B">
        <w:t xml:space="preserve">. </w:t>
      </w:r>
      <w:r>
        <w:t>Over that period, for example, record heatwaves</w:t>
      </w:r>
      <w:r>
        <w:t xml:space="preserve"> were documented in</w:t>
      </w:r>
      <w:r w:rsidR="00DD164B">
        <w:t xml:space="preserve"> </w:t>
      </w:r>
      <w:r>
        <w:t>Europe (summer 2003), in Russia (summer 2010), in</w:t>
      </w:r>
      <w:r w:rsidR="00DD164B">
        <w:t xml:space="preserve"> </w:t>
      </w:r>
      <w:r>
        <w:t>t</w:t>
      </w:r>
      <w:r>
        <w:t>he USA (July 2012), and</w:t>
      </w:r>
      <w:r w:rsidR="00DD164B">
        <w:t xml:space="preserve"> </w:t>
      </w:r>
      <w:r>
        <w:t>in Australia (January 2013). Each of</w:t>
      </w:r>
      <w:r w:rsidR="00DD164B">
        <w:t xml:space="preserve"> </w:t>
      </w:r>
      <w:r>
        <w:t>the last four decades was warmer than any previous decade since widespread thermometer</w:t>
      </w:r>
      <w:r w:rsidR="00DD164B">
        <w:t xml:space="preserve"> </w:t>
      </w:r>
      <w:r>
        <w:t>measurements were introduced in</w:t>
      </w:r>
      <w:r w:rsidR="00DD164B">
        <w:t xml:space="preserve"> </w:t>
      </w:r>
      <w:r>
        <w:t>the 1850s</w:t>
      </w:r>
      <w:r>
        <w:t>. The continuing effects of</w:t>
      </w:r>
      <w:r w:rsidR="00DD164B">
        <w:t xml:space="preserve"> </w:t>
      </w:r>
      <w:r>
        <w:t>the warming climate are seen in</w:t>
      </w:r>
      <w:r w:rsidR="00DD164B">
        <w:t xml:space="preserve"> </w:t>
      </w:r>
      <w:r>
        <w:t>the increasing trends in ocean heat content andsea level, as well asin the continued melting of Arctic sea</w:t>
      </w:r>
      <w:r w:rsidR="00DD164B">
        <w:t xml:space="preserve"> </w:t>
      </w:r>
      <w:r>
        <w:t>ice, glaciers and</w:t>
      </w:r>
      <w:r w:rsidR="00DD164B">
        <w:t xml:space="preserve"> </w:t>
      </w:r>
      <w:r>
        <w:t>the Greenland ice sheet.</w:t>
      </w:r>
    </w:p>
    <w:p w14:paraId="2266E4E3" w14:textId="6A2929AE" w:rsidR="007E3AE7" w:rsidRDefault="007E3AE7">
      <w:pPr>
        <w:spacing w:line="360" w:lineRule="auto"/>
        <w:ind w:firstLine="400"/>
      </w:pPr>
    </w:p>
    <w:p w14:paraId="0181566E" w14:textId="68A47D41" w:rsidR="007E3AE7" w:rsidRPr="00DD164B" w:rsidRDefault="00DD164B">
      <w:pPr>
        <w:spacing w:line="360" w:lineRule="auto"/>
        <w:ind w:firstLine="400"/>
        <w:rPr>
          <w:sz w:val="36"/>
          <w:szCs w:val="36"/>
        </w:rPr>
      </w:pPr>
      <w:r w:rsidRPr="00DD164B">
        <w:rPr>
          <w:sz w:val="36"/>
          <w:szCs w:val="36"/>
        </w:rPr>
        <w:t>The Basics of climate Change</w:t>
      </w:r>
    </w:p>
    <w:p w14:paraId="59DD75FA" w14:textId="77777777" w:rsidR="007E3AE7" w:rsidRPr="00DD164B" w:rsidRDefault="00475F0B">
      <w:pPr>
        <w:spacing w:line="360" w:lineRule="auto"/>
        <w:ind w:firstLine="400"/>
        <w:rPr>
          <w:sz w:val="32"/>
          <w:szCs w:val="32"/>
        </w:rPr>
      </w:pPr>
      <w:r w:rsidRPr="00DD164B">
        <w:rPr>
          <w:sz w:val="32"/>
          <w:szCs w:val="32"/>
        </w:rPr>
        <w:t>Greenhouse gas</w:t>
      </w:r>
      <w:r w:rsidRPr="00DD164B">
        <w:rPr>
          <w:sz w:val="32"/>
          <w:szCs w:val="32"/>
        </w:rPr>
        <w:t>es affect Earth’senergy balance and climate.</w:t>
      </w:r>
    </w:p>
    <w:p w14:paraId="6B6B2DCF" w14:textId="5639ED8A" w:rsidR="007E3AE7" w:rsidRDefault="00475F0B" w:rsidP="00DD164B">
      <w:pPr>
        <w:spacing w:line="360" w:lineRule="auto"/>
        <w:ind w:firstLine="400"/>
      </w:pPr>
      <w:r>
        <w:t>The</w:t>
      </w:r>
      <w:r w:rsidR="00DD164B">
        <w:t xml:space="preserve"> </w:t>
      </w:r>
      <w:r>
        <w:t>Sun serves as</w:t>
      </w:r>
      <w:r w:rsidR="00DD164B">
        <w:t xml:space="preserve"> </w:t>
      </w:r>
      <w:r>
        <w:t>the primary energy source for Earth’s</w:t>
      </w:r>
      <w:r w:rsidR="00DD164B">
        <w:t xml:space="preserve"> </w:t>
      </w:r>
      <w:r>
        <w:t>climate. Some of</w:t>
      </w:r>
      <w:r w:rsidR="00DD164B">
        <w:t xml:space="preserve"> </w:t>
      </w:r>
      <w:r>
        <w:t>the incoming</w:t>
      </w:r>
      <w:r w:rsidR="00DD164B">
        <w:t xml:space="preserve"> </w:t>
      </w:r>
      <w:r>
        <w:t>sunlight is reflected directly back into space, especially by bright surfaces such a</w:t>
      </w:r>
      <w:r>
        <w:t>s</w:t>
      </w:r>
      <w:r w:rsidR="00DD164B">
        <w:t xml:space="preserve"> </w:t>
      </w:r>
      <w:r>
        <w:t>ice and</w:t>
      </w:r>
      <w:r w:rsidR="00DD164B">
        <w:t xml:space="preserve"> </w:t>
      </w:r>
      <w:r>
        <w:t>clouds, and</w:t>
      </w:r>
      <w:r w:rsidR="00DD164B">
        <w:t xml:space="preserve"> </w:t>
      </w:r>
      <w:r>
        <w:t>t</w:t>
      </w:r>
      <w:r>
        <w:t xml:space="preserve">he rest is </w:t>
      </w:r>
      <w:r>
        <w:t>absorbed by</w:t>
      </w:r>
      <w:r w:rsidR="00DD164B">
        <w:t xml:space="preserve"> </w:t>
      </w:r>
      <w:r>
        <w:t>the surface and</w:t>
      </w:r>
      <w:r w:rsidR="00DD164B">
        <w:t xml:space="preserve"> </w:t>
      </w:r>
      <w:r>
        <w:t>the atmosphere. Much of this absorbed</w:t>
      </w:r>
      <w:r w:rsidR="00DD164B">
        <w:t xml:space="preserve"> </w:t>
      </w:r>
      <w:r>
        <w:t>solar energy is</w:t>
      </w:r>
      <w:r w:rsidR="00DD164B">
        <w:t xml:space="preserve"> </w:t>
      </w:r>
      <w:r>
        <w:t>re-emitted as heat (longwave or infrared radiation). The atmosphere in tur</w:t>
      </w:r>
      <w:r>
        <w:t>n</w:t>
      </w:r>
      <w:r w:rsidR="00DD164B">
        <w:t xml:space="preserve"> </w:t>
      </w:r>
      <w:r>
        <w:t>absorbs and</w:t>
      </w:r>
      <w:r w:rsidR="00DD164B">
        <w:t xml:space="preserve"> </w:t>
      </w:r>
      <w:r>
        <w:t>re-radiates heat, some of which escapes to space. Any disturbance to this</w:t>
      </w:r>
      <w:r w:rsidR="00DD164B">
        <w:t xml:space="preserve"> </w:t>
      </w:r>
      <w:r>
        <w:t>balance of incom</w:t>
      </w:r>
      <w:r>
        <w:t>ing and outgoing energy will affect the climate. For example, small changes</w:t>
      </w:r>
      <w:r w:rsidR="00DD164B">
        <w:t xml:space="preserve"> </w:t>
      </w:r>
      <w:r>
        <w:t>in</w:t>
      </w:r>
      <w:r w:rsidR="00DD164B">
        <w:t xml:space="preserve"> </w:t>
      </w:r>
      <w:r>
        <w:t>the output of energy from the</w:t>
      </w:r>
      <w:r w:rsidR="00664A87">
        <w:t xml:space="preserve"> </w:t>
      </w:r>
      <w:r>
        <w:t>Sun will affect this balance directly.</w:t>
      </w:r>
    </w:p>
    <w:p w14:paraId="143B0BC9" w14:textId="17E5767C" w:rsidR="007E3AE7" w:rsidRDefault="00475F0B" w:rsidP="00664A87">
      <w:pPr>
        <w:spacing w:line="360" w:lineRule="auto"/>
        <w:ind w:firstLine="400"/>
      </w:pPr>
      <w:r>
        <w:t>If</w:t>
      </w:r>
      <w:r w:rsidR="00664A87">
        <w:t xml:space="preserve"> </w:t>
      </w:r>
      <w:r>
        <w:t>all heat energy emitted from the surface passed through the atmosphere directly into</w:t>
      </w:r>
      <w:r w:rsidR="00664A87">
        <w:t xml:space="preserve"> </w:t>
      </w:r>
      <w:r>
        <w:t>space, Earth’s</w:t>
      </w:r>
      <w:r w:rsidR="00664A87">
        <w:t xml:space="preserve"> </w:t>
      </w:r>
      <w:r>
        <w:t>average s</w:t>
      </w:r>
      <w:r>
        <w:t>urface temperature would be tens of degrees colder than today.</w:t>
      </w:r>
      <w:r w:rsidR="00664A87">
        <w:t xml:space="preserve"> </w:t>
      </w:r>
      <w:r>
        <w:t>Greenhouse gases in</w:t>
      </w:r>
      <w:r w:rsidR="00664A87">
        <w:t xml:space="preserve"> </w:t>
      </w:r>
      <w:r>
        <w:t xml:space="preserve">the atmosphere, </w:t>
      </w:r>
      <w:r>
        <w:lastRenderedPageBreak/>
        <w:t>including water vapour, carbon dioxide, methane,</w:t>
      </w:r>
      <w:r w:rsidR="00664A87">
        <w:t xml:space="preserve"> </w:t>
      </w:r>
      <w:r>
        <w:t>and nitrous oxide, actto make the surface much warmer than this because they absorb and</w:t>
      </w:r>
      <w:r w:rsidR="00664A87">
        <w:t xml:space="preserve"> </w:t>
      </w:r>
      <w:r>
        <w:t xml:space="preserve">emit heat </w:t>
      </w:r>
      <w:r>
        <w:t>energy in</w:t>
      </w:r>
      <w:r w:rsidR="00664A87">
        <w:t xml:space="preserve"> </w:t>
      </w:r>
      <w:r>
        <w:t>all directions (including downwards), keeping Earth’s</w:t>
      </w:r>
      <w:r w:rsidR="00664A87">
        <w:t xml:space="preserve"> </w:t>
      </w:r>
      <w:r>
        <w:t>surface and lower</w:t>
      </w:r>
      <w:r w:rsidR="00664A87">
        <w:t xml:space="preserve"> </w:t>
      </w:r>
      <w:r>
        <w:t xml:space="preserve">atmosphere </w:t>
      </w:r>
      <w:r w:rsidR="00664A87">
        <w:t>warm.</w:t>
      </w:r>
      <w:r>
        <w:t xml:space="preserve"> Without this greenhouse effect, life aswe know it could not</w:t>
      </w:r>
      <w:r w:rsidR="00664A87">
        <w:t xml:space="preserve"> </w:t>
      </w:r>
      <w:r>
        <w:t>have evolved on</w:t>
      </w:r>
      <w:r w:rsidR="00664A87">
        <w:t xml:space="preserve"> </w:t>
      </w:r>
      <w:r>
        <w:t>our planet. Adding more greenhouse gases to</w:t>
      </w:r>
      <w:r w:rsidR="00664A87">
        <w:t xml:space="preserve"> </w:t>
      </w:r>
      <w:r>
        <w:t>the atmosphere makes it</w:t>
      </w:r>
      <w:r w:rsidR="00664A87">
        <w:t xml:space="preserve"> </w:t>
      </w:r>
      <w:r>
        <w:t>even</w:t>
      </w:r>
      <w:r>
        <w:t xml:space="preserve"> more effective at preventing heat from escaping into space. When the energy leaving is</w:t>
      </w:r>
      <w:r w:rsidR="00664A87">
        <w:t xml:space="preserve"> </w:t>
      </w:r>
      <w:r>
        <w:t>less than the energy entering, Earth warms until a</w:t>
      </w:r>
      <w:r w:rsidR="00664A87">
        <w:t xml:space="preserve"> </w:t>
      </w:r>
      <w:r>
        <w:t>new balance is established.</w:t>
      </w:r>
    </w:p>
    <w:p w14:paraId="6F460168" w14:textId="2987272E" w:rsidR="007E3AE7" w:rsidRDefault="00475F0B" w:rsidP="00664A87">
      <w:pPr>
        <w:spacing w:line="360" w:lineRule="auto"/>
        <w:ind w:firstLine="400"/>
      </w:pPr>
      <w:r>
        <w:t>Greenhouse gases emitted by human activities alter Earth’s</w:t>
      </w:r>
      <w:r w:rsidR="00664A87">
        <w:t xml:space="preserve"> </w:t>
      </w:r>
      <w:r>
        <w:t>energy balance and thus</w:t>
      </w:r>
      <w:r w:rsidR="00664A87">
        <w:t xml:space="preserve"> </w:t>
      </w:r>
      <w:r>
        <w:t>its climate. Humans also affect climate by changing the nature of</w:t>
      </w:r>
      <w:r w:rsidR="00664A87">
        <w:t xml:space="preserve"> </w:t>
      </w:r>
      <w:r>
        <w:t>the land surfaces (for</w:t>
      </w:r>
      <w:r w:rsidR="00664A87">
        <w:t xml:space="preserve"> </w:t>
      </w:r>
      <w:r>
        <w:t xml:space="preserve">example by </w:t>
      </w:r>
      <w:r>
        <w:t>clearing forests for farming) and through the emission of pollutants that</w:t>
      </w:r>
      <w:r w:rsidR="00664A87">
        <w:t xml:space="preserve"> </w:t>
      </w:r>
      <w:r>
        <w:t>affect the amount and type of particles in</w:t>
      </w:r>
      <w:r w:rsidR="00664A87">
        <w:t xml:space="preserve"> </w:t>
      </w:r>
      <w:r>
        <w:t>the atmosphere.</w:t>
      </w:r>
    </w:p>
    <w:p w14:paraId="4CD1DAE0" w14:textId="1B7A44AA" w:rsidR="007E3AE7" w:rsidRDefault="00475F0B" w:rsidP="00664A87">
      <w:pPr>
        <w:spacing w:line="360" w:lineRule="auto"/>
        <w:ind w:firstLine="400"/>
      </w:pPr>
      <w:r>
        <w:t>Scientists have determined that, when all human and natural factors are considered,</w:t>
      </w:r>
      <w:r w:rsidR="00664A87">
        <w:t xml:space="preserve"> </w:t>
      </w:r>
      <w:r>
        <w:t>Earth’s</w:t>
      </w:r>
      <w:r w:rsidR="00664A87">
        <w:t xml:space="preserve"> </w:t>
      </w:r>
      <w:r>
        <w:t xml:space="preserve">climate balance has been altered </w:t>
      </w:r>
      <w:r>
        <w:t>towards warming, with the biggest contributor</w:t>
      </w:r>
      <w:r w:rsidR="00664A87">
        <w:t xml:space="preserve"> </w:t>
      </w:r>
      <w:r>
        <w:t>being increases in</w:t>
      </w:r>
      <w:r w:rsidR="00664A87">
        <w:t xml:space="preserve"> </w:t>
      </w:r>
      <w:r>
        <w:t>CO2.</w:t>
      </w:r>
    </w:p>
    <w:p w14:paraId="29C68ED4" w14:textId="0FB543B6" w:rsidR="007E3AE7" w:rsidRPr="00664A87" w:rsidRDefault="00475F0B">
      <w:pPr>
        <w:spacing w:line="360" w:lineRule="auto"/>
        <w:ind w:firstLine="400"/>
        <w:rPr>
          <w:sz w:val="32"/>
          <w:szCs w:val="32"/>
        </w:rPr>
      </w:pPr>
      <w:r w:rsidRPr="00664A87">
        <w:rPr>
          <w:sz w:val="32"/>
          <w:szCs w:val="32"/>
        </w:rPr>
        <w:t>Human activities have added greenhouse gases to</w:t>
      </w:r>
      <w:r w:rsidR="00664A87">
        <w:rPr>
          <w:sz w:val="32"/>
          <w:szCs w:val="32"/>
        </w:rPr>
        <w:t xml:space="preserve"> </w:t>
      </w:r>
      <w:r w:rsidRPr="00664A87">
        <w:rPr>
          <w:sz w:val="32"/>
          <w:szCs w:val="32"/>
        </w:rPr>
        <w:t>the atmosphere.</w:t>
      </w:r>
    </w:p>
    <w:p w14:paraId="645D7572" w14:textId="4D0194C2" w:rsidR="007E3AE7" w:rsidRDefault="00475F0B" w:rsidP="00F77171">
      <w:pPr>
        <w:spacing w:line="360" w:lineRule="auto"/>
        <w:ind w:firstLine="400"/>
      </w:pPr>
      <w:r>
        <w:t>The atmospheric concentrations of carbon dioxide, methane, and nitrous oxide have</w:t>
      </w:r>
      <w:r w:rsidR="00664A87">
        <w:t xml:space="preserve"> </w:t>
      </w:r>
      <w:r>
        <w:t>increased significantly since the Industri</w:t>
      </w:r>
      <w:r>
        <w:t>al Revolution began. In</w:t>
      </w:r>
      <w:r w:rsidR="00664A87">
        <w:t xml:space="preserve"> </w:t>
      </w:r>
      <w:r>
        <w:t>the case of carbon dioxide,</w:t>
      </w:r>
      <w:r w:rsidR="00664A87">
        <w:t xml:space="preserve"> </w:t>
      </w:r>
      <w:r>
        <w:t>the average concentration measured at</w:t>
      </w:r>
      <w:r w:rsidR="00664A87">
        <w:t xml:space="preserve"> </w:t>
      </w:r>
      <w:r>
        <w:t>the Mauna Loa Observatory in Hawaii has risen</w:t>
      </w:r>
      <w:r w:rsidR="00664A87">
        <w:t xml:space="preserve"> </w:t>
      </w:r>
      <w:r>
        <w:t>from 316 parts per million (ppm)1in 1959 (the first full year of data available) to more</w:t>
      </w:r>
      <w:r w:rsidR="00664A87">
        <w:t xml:space="preserve"> </w:t>
      </w:r>
      <w:r>
        <w:t>than 411ppm in 2019</w:t>
      </w:r>
      <w:r>
        <w:t>.</w:t>
      </w:r>
      <w:r>
        <w:t xml:space="preserve"> The same rates of increase have since been recorded</w:t>
      </w:r>
      <w:r w:rsidR="00F77171">
        <w:t xml:space="preserve"> </w:t>
      </w:r>
      <w:r>
        <w:t>at numerous other stations worldwide. Since preindustrial times, the atmospheric</w:t>
      </w:r>
      <w:r w:rsidR="00F77171">
        <w:t xml:space="preserve"> </w:t>
      </w:r>
      <w:r>
        <w:t>concentration of</w:t>
      </w:r>
      <w:r w:rsidR="00F77171">
        <w:t xml:space="preserve"> </w:t>
      </w:r>
      <w:r>
        <w:t xml:space="preserve">CO2 </w:t>
      </w:r>
      <w:r>
        <w:lastRenderedPageBreak/>
        <w:t>has increased by over 40%, methane has increased by more than</w:t>
      </w:r>
      <w:r w:rsidR="00F77171">
        <w:t xml:space="preserve"> </w:t>
      </w:r>
      <w:r>
        <w:t xml:space="preserve">150%, and nitrous oxide has </w:t>
      </w:r>
      <w:r>
        <w:t>increased by roughly 20%. More than half of</w:t>
      </w:r>
      <w:r w:rsidR="00F77171">
        <w:t xml:space="preserve"> </w:t>
      </w:r>
      <w:r>
        <w:t>the increase in</w:t>
      </w:r>
      <w:r w:rsidR="00F77171">
        <w:t xml:space="preserve"> </w:t>
      </w:r>
      <w:r>
        <w:t>CO2has occurred since 1970. Increases inall three gases contribute to warming of Earth,</w:t>
      </w:r>
      <w:r w:rsidR="00F77171">
        <w:t xml:space="preserve"> </w:t>
      </w:r>
      <w:r>
        <w:t>with the increase inCO2 playing the largest role. See page B3to learn about the sources of</w:t>
      </w:r>
      <w:r w:rsidR="00F77171">
        <w:t xml:space="preserve"> </w:t>
      </w:r>
      <w:r>
        <w:t>human emitted gree</w:t>
      </w:r>
      <w:r>
        <w:t>nhouse gases.</w:t>
      </w:r>
    </w:p>
    <w:p w14:paraId="562CA753" w14:textId="5C296131" w:rsidR="007E3AE7" w:rsidRDefault="00475F0B" w:rsidP="00F77171">
      <w:pPr>
        <w:spacing w:line="360" w:lineRule="auto"/>
        <w:ind w:firstLine="400"/>
      </w:pPr>
      <w:r>
        <w:t>Scientists have examined greenhouse gases in</w:t>
      </w:r>
      <w:r w:rsidR="00F77171">
        <w:t xml:space="preserve"> </w:t>
      </w:r>
      <w:r>
        <w:t>the context of</w:t>
      </w:r>
      <w:r w:rsidR="00F77171">
        <w:t xml:space="preserve"> </w:t>
      </w:r>
      <w:r>
        <w:t>the past. Analysis of</w:t>
      </w:r>
      <w:r w:rsidR="00F77171">
        <w:t xml:space="preserve"> </w:t>
      </w:r>
      <w:r>
        <w:t>air</w:t>
      </w:r>
      <w:r w:rsidR="00F77171">
        <w:t xml:space="preserve"> </w:t>
      </w:r>
      <w:r>
        <w:t>trapped inside ice that has been accumulating over time in Antarctica shows that the</w:t>
      </w:r>
      <w:r w:rsidR="00F77171">
        <w:t xml:space="preserve"> </w:t>
      </w:r>
      <w:r>
        <w:t>CO2</w:t>
      </w:r>
      <w:r w:rsidR="00F77171">
        <w:t xml:space="preserve"> </w:t>
      </w:r>
      <w:r>
        <w:t>concentration began to increase significantly in</w:t>
      </w:r>
      <w:r w:rsidR="00F77171">
        <w:t xml:space="preserve"> </w:t>
      </w:r>
      <w:r>
        <w:t>the 19th century</w:t>
      </w:r>
      <w:r>
        <w:t>, after staying</w:t>
      </w:r>
      <w:r w:rsidR="00F77171">
        <w:t xml:space="preserve"> </w:t>
      </w:r>
      <w:r>
        <w:t>in</w:t>
      </w:r>
      <w:r w:rsidR="00F77171">
        <w:t xml:space="preserve"> </w:t>
      </w:r>
      <w:r>
        <w:t xml:space="preserve">the range </w:t>
      </w:r>
      <w:r>
        <w:t>of</w:t>
      </w:r>
      <w:r w:rsidR="00F77171">
        <w:t xml:space="preserve"> </w:t>
      </w:r>
      <w:r>
        <w:t>260 to280 ppm</w:t>
      </w:r>
      <w:r w:rsidR="00F77171">
        <w:t xml:space="preserve"> </w:t>
      </w:r>
      <w:r>
        <w:t>for the previous 10,000 years. Ice core records extending</w:t>
      </w:r>
      <w:r w:rsidR="00F77171">
        <w:t xml:space="preserve"> </w:t>
      </w:r>
      <w:r>
        <w:t>back 800,000 years show that during that time, CO2 concentrations remained within the</w:t>
      </w:r>
      <w:r w:rsidR="00F77171">
        <w:t xml:space="preserve"> </w:t>
      </w:r>
      <w:r>
        <w:t>range of</w:t>
      </w:r>
      <w:r w:rsidR="00F77171">
        <w:t xml:space="preserve"> </w:t>
      </w:r>
      <w:r>
        <w:t>170 to</w:t>
      </w:r>
      <w:r w:rsidR="00F77171">
        <w:t xml:space="preserve"> </w:t>
      </w:r>
      <w:r>
        <w:t>300 ppm throughout many “ice</w:t>
      </w:r>
      <w:r w:rsidR="00F77171">
        <w:t xml:space="preserve"> </w:t>
      </w:r>
      <w:r>
        <w:t xml:space="preserve">age” cycles — </w:t>
      </w:r>
      <w:r>
        <w:t>se</w:t>
      </w:r>
      <w:r>
        <w:t>e</w:t>
      </w:r>
      <w:r w:rsidR="00F77171">
        <w:t xml:space="preserve"> </w:t>
      </w:r>
      <w:r>
        <w:t>infobox</w:t>
      </w:r>
      <w:r>
        <w:t>, pg. B4to learn</w:t>
      </w:r>
      <w:r w:rsidR="00F77171">
        <w:t xml:space="preserve"> </w:t>
      </w:r>
      <w:r>
        <w:t>about the</w:t>
      </w:r>
      <w:r w:rsidR="00F77171">
        <w:t xml:space="preserve"> </w:t>
      </w:r>
      <w:r>
        <w:t xml:space="preserve">ice </w:t>
      </w:r>
      <w:r>
        <w:t>ages — an</w:t>
      </w:r>
      <w:r>
        <w:t>d</w:t>
      </w:r>
      <w:r w:rsidR="00F77171">
        <w:t xml:space="preserve"> </w:t>
      </w:r>
      <w:r>
        <w:t>no concentration above 300ppm is seen in</w:t>
      </w:r>
      <w:r w:rsidR="00E55B99">
        <w:t xml:space="preserve"> </w:t>
      </w:r>
      <w:r>
        <w:t>ice core records</w:t>
      </w:r>
      <w:r w:rsidR="00F77171">
        <w:t xml:space="preserve"> </w:t>
      </w:r>
      <w:r>
        <w:t>until the past 200 years.</w:t>
      </w:r>
      <w:r>
        <w:t xml:space="preserve"> </w:t>
      </w:r>
    </w:p>
    <w:p w14:paraId="44A4FB9A" w14:textId="77777777" w:rsidR="007E3AE7" w:rsidRPr="00E55B99" w:rsidRDefault="00475F0B">
      <w:pPr>
        <w:spacing w:line="360" w:lineRule="auto"/>
        <w:ind w:firstLine="400"/>
        <w:rPr>
          <w:sz w:val="32"/>
          <w:szCs w:val="32"/>
        </w:rPr>
      </w:pPr>
      <w:r w:rsidRPr="00E55B99">
        <w:rPr>
          <w:sz w:val="32"/>
          <w:szCs w:val="32"/>
        </w:rPr>
        <w:t>Learn about the sources of human-emitted greenhouse gases:</w:t>
      </w:r>
    </w:p>
    <w:p w14:paraId="3F07DB93" w14:textId="77777777" w:rsidR="00E55B99" w:rsidRDefault="00475F0B" w:rsidP="00E55B99">
      <w:pPr>
        <w:pStyle w:val="ae"/>
        <w:numPr>
          <w:ilvl w:val="0"/>
          <w:numId w:val="11"/>
        </w:numPr>
        <w:spacing w:line="360" w:lineRule="auto"/>
      </w:pPr>
      <w:r>
        <w:t>Carbon dioxide (CO2) has both</w:t>
      </w:r>
      <w:r w:rsidR="00E55B99">
        <w:t xml:space="preserve"> </w:t>
      </w:r>
      <w:r>
        <w:t>natural and human sources, but</w:t>
      </w:r>
      <w:r w:rsidR="00E55B99">
        <w:t xml:space="preserve"> </w:t>
      </w:r>
      <w:r>
        <w:t>CO2 levels are increasing primarily</w:t>
      </w:r>
      <w:r w:rsidR="00E55B99">
        <w:t xml:space="preserve"> </w:t>
      </w:r>
      <w:r>
        <w:t>because of</w:t>
      </w:r>
      <w:r w:rsidR="00E55B99">
        <w:t xml:space="preserve"> </w:t>
      </w:r>
      <w:r>
        <w:t>the combustion of fossil</w:t>
      </w:r>
      <w:r w:rsidR="00E55B99">
        <w:t xml:space="preserve"> </w:t>
      </w:r>
      <w:r>
        <w:t>fuels, cement production, de</w:t>
      </w:r>
      <w:r>
        <w:t>for</w:t>
      </w:r>
      <w:r>
        <w:t>estation (which reduces the</w:t>
      </w:r>
      <w:r w:rsidR="00E55B99">
        <w:t xml:space="preserve"> </w:t>
      </w:r>
      <w:r>
        <w:t>CO2</w:t>
      </w:r>
      <w:r w:rsidR="00E55B99">
        <w:t xml:space="preserve"> </w:t>
      </w:r>
      <w:r>
        <w:t>taken</w:t>
      </w:r>
      <w:r w:rsidR="00E55B99">
        <w:t xml:space="preserve"> </w:t>
      </w:r>
      <w:r>
        <w:t>up</w:t>
      </w:r>
      <w:r w:rsidR="00E55B99">
        <w:t xml:space="preserve"> </w:t>
      </w:r>
      <w:r>
        <w:t>by trees and increases the</w:t>
      </w:r>
      <w:r w:rsidR="00E55B99">
        <w:t xml:space="preserve"> </w:t>
      </w:r>
      <w:r>
        <w:t>CO2 released by decomposition of</w:t>
      </w:r>
      <w:r w:rsidR="00E55B99">
        <w:t xml:space="preserve"> </w:t>
      </w:r>
      <w:r>
        <w:t>the detritus), and other land use</w:t>
      </w:r>
      <w:r w:rsidR="00E55B99">
        <w:t xml:space="preserve"> </w:t>
      </w:r>
      <w:r>
        <w:t>changes. Increases in</w:t>
      </w:r>
      <w:r w:rsidR="00E55B99">
        <w:t xml:space="preserve"> </w:t>
      </w:r>
      <w:r>
        <w:t>CO2 are</w:t>
      </w:r>
      <w:r w:rsidR="00E55B99">
        <w:t xml:space="preserve"> </w:t>
      </w:r>
      <w:r>
        <w:t>the</w:t>
      </w:r>
      <w:r w:rsidR="00E55B99">
        <w:t xml:space="preserve"> </w:t>
      </w:r>
      <w:r>
        <w:t xml:space="preserve">single largest </w:t>
      </w:r>
      <w:r>
        <w:t>contributor to global</w:t>
      </w:r>
      <w:r w:rsidR="00E55B99">
        <w:t xml:space="preserve"> </w:t>
      </w:r>
      <w:r>
        <w:t xml:space="preserve">warming. </w:t>
      </w:r>
    </w:p>
    <w:p w14:paraId="43EEB258" w14:textId="70CA1B4A" w:rsidR="007E3AE7" w:rsidRDefault="00475F0B" w:rsidP="00E55B99">
      <w:pPr>
        <w:pStyle w:val="ae"/>
        <w:numPr>
          <w:ilvl w:val="0"/>
          <w:numId w:val="11"/>
        </w:numPr>
        <w:spacing w:line="360" w:lineRule="auto"/>
      </w:pPr>
      <w:r>
        <w:t>Methane (CH4) has both human</w:t>
      </w:r>
      <w:r w:rsidR="00E55B99">
        <w:t xml:space="preserve"> </w:t>
      </w:r>
      <w:r>
        <w:t>and natural sources, and levels</w:t>
      </w:r>
      <w:r w:rsidR="00E55B99">
        <w:t xml:space="preserve"> </w:t>
      </w:r>
      <w:r>
        <w:t>have risen significantly since</w:t>
      </w:r>
      <w:r w:rsidR="00E55B99">
        <w:t xml:space="preserve"> </w:t>
      </w:r>
      <w:r>
        <w:t>pre-industrial times due</w:t>
      </w:r>
      <w:r w:rsidR="00E55B99">
        <w:t xml:space="preserve"> </w:t>
      </w:r>
      <w:r>
        <w:t>to human</w:t>
      </w:r>
      <w:r w:rsidR="00E55B99">
        <w:t xml:space="preserve"> </w:t>
      </w:r>
      <w:r>
        <w:t>activities such as raising livestock,</w:t>
      </w:r>
      <w:r w:rsidR="00E55B99">
        <w:t xml:space="preserve"> </w:t>
      </w:r>
      <w:r>
        <w:t>growing paddy rice, filling landfills,</w:t>
      </w:r>
      <w:r w:rsidR="00E55B99">
        <w:t xml:space="preserve"> </w:t>
      </w:r>
      <w:r>
        <w:t xml:space="preserve">and </w:t>
      </w:r>
      <w:r>
        <w:lastRenderedPageBreak/>
        <w:t xml:space="preserve">using natural gas </w:t>
      </w:r>
      <w:r>
        <w:t>(which is</w:t>
      </w:r>
      <w:r w:rsidR="00E55B99">
        <w:t xml:space="preserve"> </w:t>
      </w:r>
      <w:r>
        <w:t>mostly CH4, some of which may</w:t>
      </w:r>
      <w:r w:rsidR="00E55B99">
        <w:t xml:space="preserve"> </w:t>
      </w:r>
      <w:r>
        <w:t>be released when itis extracted,</w:t>
      </w:r>
      <w:r w:rsidR="00E55B99">
        <w:t xml:space="preserve"> </w:t>
      </w:r>
      <w:r>
        <w:t>transported, and used).</w:t>
      </w:r>
    </w:p>
    <w:p w14:paraId="741B7B11" w14:textId="77777777" w:rsidR="00E55B99" w:rsidRDefault="00475F0B" w:rsidP="00E55B99">
      <w:pPr>
        <w:pStyle w:val="ae"/>
        <w:numPr>
          <w:ilvl w:val="0"/>
          <w:numId w:val="11"/>
        </w:numPr>
        <w:spacing w:line="360" w:lineRule="auto"/>
      </w:pPr>
      <w:r>
        <w:t>Nitrous oxide (N2O) concentra</w:t>
      </w:r>
      <w:r>
        <w:t>tions have risen primarily because</w:t>
      </w:r>
      <w:r w:rsidR="00E55B99">
        <w:t xml:space="preserve"> </w:t>
      </w:r>
      <w:r>
        <w:t>of</w:t>
      </w:r>
      <w:r w:rsidR="00E55B99">
        <w:t xml:space="preserve"> </w:t>
      </w:r>
      <w:r>
        <w:t>agricultural activities such a</w:t>
      </w:r>
      <w:r w:rsidR="00E55B99">
        <w:t xml:space="preserve">s </w:t>
      </w:r>
      <w:r>
        <w:t>the</w:t>
      </w:r>
      <w:r w:rsidR="00E55B99">
        <w:t xml:space="preserve"> </w:t>
      </w:r>
      <w:r>
        <w:t>use</w:t>
      </w:r>
      <w:r w:rsidR="00E55B99">
        <w:t xml:space="preserve"> </w:t>
      </w:r>
      <w:r>
        <w:t>of nitrogen-based fertilisers and</w:t>
      </w:r>
      <w:r w:rsidR="00E55B99">
        <w:t xml:space="preserve"> </w:t>
      </w:r>
      <w:r>
        <w:t>land use changes</w:t>
      </w:r>
      <w:r>
        <w:t xml:space="preserve">. </w:t>
      </w:r>
    </w:p>
    <w:p w14:paraId="1DAA6786" w14:textId="5663161F" w:rsidR="007E3AE7" w:rsidRDefault="00E55B99" w:rsidP="00E55B99">
      <w:pPr>
        <w:pStyle w:val="ae"/>
        <w:numPr>
          <w:ilvl w:val="0"/>
          <w:numId w:val="11"/>
        </w:numPr>
        <w:spacing w:line="360" w:lineRule="auto"/>
      </w:pPr>
      <w:r>
        <w:t>Halocarbons,</w:t>
      </w:r>
      <w:r w:rsidR="00475F0B">
        <w:t xml:space="preserve"> including chloro</w:t>
      </w:r>
      <w:r w:rsidR="00475F0B">
        <w:t>fluorocarbons (CFCs), are chem</w:t>
      </w:r>
      <w:r w:rsidR="00475F0B">
        <w:t xml:space="preserve">icals used as refrigerants and </w:t>
      </w:r>
      <w:r>
        <w:t>fire retardants</w:t>
      </w:r>
      <w:r w:rsidR="00475F0B">
        <w:t>. In addition to being potent</w:t>
      </w:r>
      <w:r>
        <w:t xml:space="preserve"> </w:t>
      </w:r>
      <w:r w:rsidR="00475F0B">
        <w:t>greenhouse gases, CFCs</w:t>
      </w:r>
      <w:r>
        <w:t xml:space="preserve"> </w:t>
      </w:r>
      <w:r w:rsidR="00475F0B">
        <w:t>also damage the ozone layer. The</w:t>
      </w:r>
      <w:r>
        <w:t xml:space="preserve"> </w:t>
      </w:r>
      <w:r w:rsidR="00475F0B">
        <w:t>production of most CFCs has</w:t>
      </w:r>
      <w:r>
        <w:t xml:space="preserve"> </w:t>
      </w:r>
      <w:r w:rsidR="00475F0B">
        <w:t>now</w:t>
      </w:r>
      <w:r>
        <w:t xml:space="preserve"> </w:t>
      </w:r>
      <w:r w:rsidR="00475F0B">
        <w:t xml:space="preserve">been banned, so </w:t>
      </w:r>
      <w:r w:rsidR="00475F0B">
        <w:t>their impact is</w:t>
      </w:r>
      <w:r>
        <w:t xml:space="preserve"> </w:t>
      </w:r>
      <w:r w:rsidR="00475F0B">
        <w:t>starting to decline. However, many</w:t>
      </w:r>
      <w:r>
        <w:t xml:space="preserve"> </w:t>
      </w:r>
      <w:r w:rsidR="00475F0B">
        <w:t>CFC replacements are also potent</w:t>
      </w:r>
      <w:r>
        <w:t xml:space="preserve"> </w:t>
      </w:r>
      <w:r w:rsidR="00475F0B">
        <w:t>greenhouse gases and their concen</w:t>
      </w:r>
      <w:r w:rsidR="00475F0B">
        <w:t>trations and</w:t>
      </w:r>
      <w:r>
        <w:t xml:space="preserve"> </w:t>
      </w:r>
      <w:r w:rsidR="00475F0B">
        <w:t>the concentrations</w:t>
      </w:r>
      <w:r>
        <w:t xml:space="preserve"> </w:t>
      </w:r>
      <w:r w:rsidR="00475F0B">
        <w:t>of other halocarbons continue to</w:t>
      </w:r>
      <w:r>
        <w:t xml:space="preserve"> </w:t>
      </w:r>
      <w:r w:rsidR="00475F0B">
        <w:t>increase.</w:t>
      </w:r>
    </w:p>
    <w:p w14:paraId="65FF9C4A" w14:textId="712275EB" w:rsidR="007E3AE7" w:rsidRDefault="007E3AE7" w:rsidP="00E55B99">
      <w:pPr>
        <w:spacing w:line="360" w:lineRule="auto"/>
        <w:ind w:firstLine="400"/>
      </w:pPr>
    </w:p>
    <w:p w14:paraId="5EEDEFE2" w14:textId="13D91137" w:rsidR="007E3AE7" w:rsidRDefault="00475F0B" w:rsidP="00E55B99">
      <w:pPr>
        <w:spacing w:line="360" w:lineRule="auto"/>
        <w:ind w:firstLine="400"/>
      </w:pPr>
      <w:r>
        <w:t>M</w:t>
      </w:r>
      <w:r>
        <w:t xml:space="preserve">easurements ofthe </w:t>
      </w:r>
      <w:r>
        <w:t>forms (isotopes) of carbon inthe modern atmosphere show a</w:t>
      </w:r>
      <w:r w:rsidR="00E55B99">
        <w:t xml:space="preserve"> </w:t>
      </w:r>
      <w:r>
        <w:t>clear</w:t>
      </w:r>
      <w:r w:rsidR="00E55B99">
        <w:t xml:space="preserve"> </w:t>
      </w:r>
      <w:r>
        <w:t>fingerprint of</w:t>
      </w:r>
      <w:r w:rsidR="00E55B99">
        <w:t xml:space="preserve"> </w:t>
      </w:r>
      <w:r>
        <w:t>the addition of “old” carbon (depleted in natural radioactive 14C) coming</w:t>
      </w:r>
      <w:r w:rsidR="00E55B99">
        <w:t xml:space="preserve"> </w:t>
      </w:r>
      <w:r>
        <w:t>from the combustion of fossil fuels (as opposed to “newer” carbon coming from living</w:t>
      </w:r>
      <w:r w:rsidR="00E55B99">
        <w:t xml:space="preserve"> </w:t>
      </w:r>
      <w:r>
        <w:t>systems). In additio</w:t>
      </w:r>
      <w:r>
        <w:t>n, it</w:t>
      </w:r>
      <w:r w:rsidR="00E55B99">
        <w:t xml:space="preserve"> </w:t>
      </w:r>
      <w:r>
        <w:t>is known that human activities (excluding land use changes)</w:t>
      </w:r>
      <w:r w:rsidR="00E55B99">
        <w:t xml:space="preserve"> </w:t>
      </w:r>
      <w:r>
        <w:t>currently emit an estimated 10 billion tonnes of carbon each year, mostly by burning fossil</w:t>
      </w:r>
      <w:r w:rsidR="00E55B99">
        <w:t xml:space="preserve"> </w:t>
      </w:r>
      <w:r>
        <w:t>fuels, which is more than enough to explain the observed increase in concentration.</w:t>
      </w:r>
    </w:p>
    <w:p w14:paraId="71D88035" w14:textId="2394A545" w:rsidR="007E3AE7" w:rsidRDefault="00475F0B" w:rsidP="00E55B99">
      <w:pPr>
        <w:spacing w:line="360" w:lineRule="auto"/>
        <w:ind w:firstLine="400"/>
      </w:pPr>
      <w:r>
        <w:t>These and other</w:t>
      </w:r>
      <w:r>
        <w:t xml:space="preserve"> lines of evidence point conclusively to</w:t>
      </w:r>
      <w:r w:rsidR="00E55B99">
        <w:t xml:space="preserve"> </w:t>
      </w:r>
      <w:r>
        <w:t>the fact that the elevated CO2</w:t>
      </w:r>
      <w:r w:rsidR="00E55B99">
        <w:t xml:space="preserve"> </w:t>
      </w:r>
      <w:r>
        <w:t xml:space="preserve">concentration </w:t>
      </w:r>
      <w:r w:rsidR="00D63BA4">
        <w:t>i</w:t>
      </w:r>
      <w:r>
        <w:t>n</w:t>
      </w:r>
      <w:r w:rsidR="00E55B99">
        <w:t xml:space="preserve"> </w:t>
      </w:r>
      <w:r>
        <w:t>our atmosphere i</w:t>
      </w:r>
      <w:r>
        <w:t>s</w:t>
      </w:r>
      <w:r w:rsidR="00E55B99">
        <w:t xml:space="preserve"> </w:t>
      </w:r>
      <w:r>
        <w:t>the result of human activities.</w:t>
      </w:r>
      <w:r w:rsidR="00D63BA4">
        <w:t xml:space="preserve"> </w:t>
      </w:r>
    </w:p>
    <w:p w14:paraId="43298B1E" w14:textId="2BCAE048" w:rsidR="00E55B99" w:rsidRDefault="00E55B99" w:rsidP="00E55B99">
      <w:pPr>
        <w:spacing w:line="360" w:lineRule="auto"/>
        <w:ind w:firstLine="400"/>
      </w:pPr>
    </w:p>
    <w:p w14:paraId="210AF097" w14:textId="77777777" w:rsidR="00E55B99" w:rsidRDefault="00E55B99" w:rsidP="00E55B99">
      <w:pPr>
        <w:spacing w:line="360" w:lineRule="auto"/>
        <w:ind w:firstLine="400"/>
      </w:pPr>
    </w:p>
    <w:p w14:paraId="19BB55A9" w14:textId="77777777" w:rsidR="007E3AE7" w:rsidRPr="00E55B99" w:rsidRDefault="00475F0B">
      <w:pPr>
        <w:spacing w:line="360" w:lineRule="auto"/>
        <w:ind w:firstLine="400"/>
        <w:rPr>
          <w:sz w:val="32"/>
          <w:szCs w:val="32"/>
        </w:rPr>
      </w:pPr>
      <w:r w:rsidRPr="00E55B99">
        <w:rPr>
          <w:sz w:val="32"/>
          <w:szCs w:val="32"/>
        </w:rPr>
        <w:lastRenderedPageBreak/>
        <w:t>Climate records show awarming trend.</w:t>
      </w:r>
    </w:p>
    <w:p w14:paraId="7E1BFC87" w14:textId="22EC97E6" w:rsidR="007E3AE7" w:rsidRDefault="00475F0B" w:rsidP="00E55B99">
      <w:pPr>
        <w:spacing w:line="360" w:lineRule="auto"/>
        <w:ind w:firstLine="400"/>
      </w:pPr>
      <w:r>
        <w:t>Estimating global average surface air temperature increase requires careful analysi</w:t>
      </w:r>
      <w:r>
        <w:t>s of</w:t>
      </w:r>
      <w:r w:rsidR="00E55B99">
        <w:t xml:space="preserve"> </w:t>
      </w:r>
      <w:r>
        <w:t>millions of measurements from around the world, including from land stations, ships,</w:t>
      </w:r>
      <w:r w:rsidR="00E55B99">
        <w:t xml:space="preserve"> </w:t>
      </w:r>
      <w:r>
        <w:t xml:space="preserve">and satellites. Despite the many complications of </w:t>
      </w:r>
      <w:r w:rsidR="00E55B99">
        <w:t>synthesizing</w:t>
      </w:r>
      <w:r>
        <w:t xml:space="preserve"> such data, multiple</w:t>
      </w:r>
      <w:r w:rsidR="00E55B99">
        <w:t xml:space="preserve"> </w:t>
      </w:r>
      <w:r>
        <w:t>independent teams have concluded separately and unanimously that global average sur</w:t>
      </w:r>
      <w:r>
        <w:t>face air temperature has risen by about 1 °C (1.8 °F) since 1900</w:t>
      </w:r>
      <w:r>
        <w:t>. Although the</w:t>
      </w:r>
      <w:r w:rsidR="00E55B99">
        <w:t xml:space="preserve"> </w:t>
      </w:r>
      <w:r>
        <w:t>record shows several pauses and accelerations in</w:t>
      </w:r>
      <w:r w:rsidR="00E55B99">
        <w:t xml:space="preserve"> </w:t>
      </w:r>
      <w:r>
        <w:t>the increasing trend, each ofthe last four</w:t>
      </w:r>
      <w:r w:rsidR="00E55B99">
        <w:t xml:space="preserve"> </w:t>
      </w:r>
      <w:r>
        <w:t>decades has been warmer than any other decade in</w:t>
      </w:r>
      <w:r w:rsidR="00E55B99">
        <w:t xml:space="preserve"> </w:t>
      </w:r>
      <w:r>
        <w:t>the instrumental record s</w:t>
      </w:r>
      <w:r>
        <w:t>ince 1850.</w:t>
      </w:r>
    </w:p>
    <w:p w14:paraId="17031EB9" w14:textId="77777777" w:rsidR="00E55B99" w:rsidRDefault="00475F0B" w:rsidP="00E55B99">
      <w:pPr>
        <w:spacing w:line="360" w:lineRule="auto"/>
        <w:ind w:firstLine="400"/>
      </w:pPr>
      <w:r>
        <w:t>Going further back in time before accurate thermometers were widely available,</w:t>
      </w:r>
      <w:r w:rsidR="00E55B99">
        <w:t xml:space="preserve"> </w:t>
      </w:r>
      <w:r>
        <w:t>temperatures can</w:t>
      </w:r>
      <w:r w:rsidR="00E55B99">
        <w:t xml:space="preserve"> </w:t>
      </w:r>
      <w:r>
        <w:t xml:space="preserve">be reconstructed using climate-sensitive indicators “proxies” </w:t>
      </w:r>
    </w:p>
    <w:p w14:paraId="173FDE6E" w14:textId="6DBE4CC3" w:rsidR="007E3AE7" w:rsidRPr="00E55B99" w:rsidRDefault="00475F0B" w:rsidP="00E55B99">
      <w:pPr>
        <w:spacing w:line="360" w:lineRule="auto"/>
        <w:ind w:firstLine="400"/>
        <w:rPr>
          <w:sz w:val="32"/>
          <w:szCs w:val="32"/>
        </w:rPr>
      </w:pPr>
      <w:r w:rsidRPr="00E55B99">
        <w:rPr>
          <w:sz w:val="32"/>
          <w:szCs w:val="32"/>
        </w:rPr>
        <w:t>Learn about the</w:t>
      </w:r>
      <w:r w:rsidR="00E55B99" w:rsidRPr="00E55B99">
        <w:rPr>
          <w:sz w:val="32"/>
          <w:szCs w:val="32"/>
        </w:rPr>
        <w:t xml:space="preserve"> </w:t>
      </w:r>
      <w:r w:rsidRPr="00E55B99">
        <w:rPr>
          <w:sz w:val="32"/>
          <w:szCs w:val="32"/>
        </w:rPr>
        <w:t>ice ages:</w:t>
      </w:r>
    </w:p>
    <w:p w14:paraId="1990B95B" w14:textId="77777777" w:rsidR="00A65C89" w:rsidRDefault="00475F0B" w:rsidP="00A65C89">
      <w:pPr>
        <w:pStyle w:val="ae"/>
        <w:spacing w:line="360" w:lineRule="auto"/>
        <w:ind w:left="760"/>
      </w:pPr>
      <w:r>
        <w:t>Detailed analyses of ocean sediments,</w:t>
      </w:r>
      <w:r w:rsidR="00A65C89">
        <w:t xml:space="preserve"> </w:t>
      </w:r>
      <w:r>
        <w:t xml:space="preserve">ice cores, and other </w:t>
      </w:r>
      <w:r>
        <w:t>data show that for</w:t>
      </w:r>
      <w:r w:rsidR="00A65C89">
        <w:t xml:space="preserve"> </w:t>
      </w:r>
      <w:r>
        <w:t>at</w:t>
      </w:r>
      <w:r w:rsidR="00A65C89">
        <w:t xml:space="preserve"> </w:t>
      </w:r>
      <w:r>
        <w:t>least the last 2.6million years, Earth has</w:t>
      </w:r>
      <w:r w:rsidR="00A65C89">
        <w:t xml:space="preserve"> </w:t>
      </w:r>
      <w:r>
        <w:t>gone through extended periods when</w:t>
      </w:r>
      <w:r w:rsidR="00A65C89">
        <w:t xml:space="preserve"> </w:t>
      </w:r>
      <w:r>
        <w:t>temperatures were much lower than</w:t>
      </w:r>
      <w:r w:rsidR="00A65C89">
        <w:t xml:space="preserve"> </w:t>
      </w:r>
      <w:r>
        <w:t>today and thick blankets ofice covered large areas of</w:t>
      </w:r>
      <w:r w:rsidR="00A65C89">
        <w:t xml:space="preserve"> </w:t>
      </w:r>
      <w:r>
        <w:t>the Northern Hemisphere.</w:t>
      </w:r>
      <w:r w:rsidR="00A65C89">
        <w:t xml:space="preserve"> </w:t>
      </w:r>
      <w:r>
        <w:t>These long cold spells, lasting in</w:t>
      </w:r>
      <w:r w:rsidR="00A65C89">
        <w:t xml:space="preserve"> </w:t>
      </w:r>
      <w:r>
        <w:t>the</w:t>
      </w:r>
      <w:r w:rsidR="00A65C89">
        <w:t xml:space="preserve"> </w:t>
      </w:r>
      <w:r>
        <w:t>most re</w:t>
      </w:r>
      <w:r>
        <w:t>cent cycles for around 100,000</w:t>
      </w:r>
      <w:r w:rsidR="00A65C89">
        <w:t xml:space="preserve"> </w:t>
      </w:r>
      <w:r>
        <w:t>years, were interrupted by shorter warm</w:t>
      </w:r>
      <w:r w:rsidR="00A65C89">
        <w:t xml:space="preserve"> </w:t>
      </w:r>
      <w:r>
        <w:t>‘interglacial’ periods, including the past</w:t>
      </w:r>
      <w:r w:rsidR="00A65C89">
        <w:t xml:space="preserve"> </w:t>
      </w:r>
      <w:r>
        <w:t>10,000 years.</w:t>
      </w:r>
      <w:r w:rsidR="00A65C89">
        <w:t xml:space="preserve"> </w:t>
      </w:r>
      <w:r>
        <w:t>Through a</w:t>
      </w:r>
      <w:r w:rsidR="00A65C89">
        <w:t xml:space="preserve"> </w:t>
      </w:r>
      <w:r>
        <w:t>combination of theory,</w:t>
      </w:r>
      <w:r w:rsidR="00A65C89">
        <w:t xml:space="preserve"> </w:t>
      </w:r>
      <w:r>
        <w:t>observations, and modelling, scientists</w:t>
      </w:r>
      <w:r w:rsidR="00A65C89">
        <w:t xml:space="preserve"> </w:t>
      </w:r>
      <w:r>
        <w:t>have deduced that the</w:t>
      </w:r>
      <w:r w:rsidR="00A65C89">
        <w:t xml:space="preserve"> </w:t>
      </w:r>
      <w:r>
        <w:t>ice ages</w:t>
      </w:r>
      <w:r>
        <w:t>* are</w:t>
      </w:r>
      <w:r w:rsidR="00A65C89">
        <w:t xml:space="preserve"> </w:t>
      </w:r>
      <w:r>
        <w:t>triggered by recurrin</w:t>
      </w:r>
      <w:r>
        <w:t>g variations in</w:t>
      </w:r>
      <w:r w:rsidR="00A65C89">
        <w:t xml:space="preserve"> </w:t>
      </w:r>
      <w:r>
        <w:t>Earth’s</w:t>
      </w:r>
      <w:r w:rsidR="00A65C89">
        <w:t xml:space="preserve"> </w:t>
      </w:r>
      <w:r>
        <w:t>orbit that primarily alter the</w:t>
      </w:r>
      <w:r w:rsidR="00A65C89">
        <w:t xml:space="preserve"> </w:t>
      </w:r>
      <w:r>
        <w:t>regional and seasonal distribution of</w:t>
      </w:r>
      <w:r w:rsidR="00A65C89">
        <w:t xml:space="preserve"> </w:t>
      </w:r>
      <w:r>
        <w:t>solar energy reaching Earth. These</w:t>
      </w:r>
      <w:r w:rsidR="00A65C89">
        <w:t xml:space="preserve"> </w:t>
      </w:r>
      <w:r>
        <w:t>relatively small changes in solar energy</w:t>
      </w:r>
      <w:r w:rsidR="00A65C89">
        <w:t xml:space="preserve"> </w:t>
      </w:r>
      <w:r>
        <w:t>are</w:t>
      </w:r>
      <w:r w:rsidR="00A65C89">
        <w:t xml:space="preserve"> </w:t>
      </w:r>
      <w:r>
        <w:lastRenderedPageBreak/>
        <w:t>reinforced over thousands of years by</w:t>
      </w:r>
      <w:r w:rsidR="00A65C89">
        <w:t xml:space="preserve"> </w:t>
      </w:r>
      <w:r>
        <w:t>gradual changes in Earth’s</w:t>
      </w:r>
      <w:r w:rsidR="00A65C89">
        <w:t xml:space="preserve"> </w:t>
      </w:r>
      <w:r>
        <w:t>ice cover (the</w:t>
      </w:r>
      <w:r w:rsidR="00A65C89">
        <w:t xml:space="preserve"> </w:t>
      </w:r>
      <w:r>
        <w:t>cryos</w:t>
      </w:r>
      <w:r>
        <w:t>phere), especially over the Northern</w:t>
      </w:r>
      <w:r w:rsidR="00A65C89">
        <w:t xml:space="preserve"> </w:t>
      </w:r>
      <w:r>
        <w:t>Hemisphere, and</w:t>
      </w:r>
      <w:r w:rsidR="00A65C89">
        <w:t xml:space="preserve"> </w:t>
      </w:r>
      <w:r>
        <w:t>in atmospheric</w:t>
      </w:r>
      <w:r w:rsidR="00A65C89">
        <w:t xml:space="preserve"> </w:t>
      </w:r>
      <w:r>
        <w:t>composition, eventually leading to large changes in global temperature.</w:t>
      </w:r>
      <w:r w:rsidR="00A65C89">
        <w:t xml:space="preserve"> </w:t>
      </w:r>
      <w:r>
        <w:t>The average global temperature change</w:t>
      </w:r>
      <w:r w:rsidR="00A65C89">
        <w:t xml:space="preserve"> </w:t>
      </w:r>
      <w:r>
        <w:t>during a</w:t>
      </w:r>
      <w:r w:rsidR="00A65C89">
        <w:t xml:space="preserve"> </w:t>
      </w:r>
      <w:r>
        <w:t>nice-age cycle is estimated as</w:t>
      </w:r>
      <w:r w:rsidR="00A65C89">
        <w:t xml:space="preserve"> </w:t>
      </w:r>
      <w:r>
        <w:t>5</w:t>
      </w:r>
      <w:r>
        <w:t>°C ± 1 °C (9 °F ± 2 °F).</w:t>
      </w:r>
      <w:r>
        <w:t xml:space="preserve">*Note that in </w:t>
      </w:r>
      <w:r>
        <w:t>geological terms Earth has</w:t>
      </w:r>
      <w:r w:rsidR="00A65C89">
        <w:t xml:space="preserve"> </w:t>
      </w:r>
      <w:r>
        <w:t>been in</w:t>
      </w:r>
      <w:r w:rsidR="00A65C89">
        <w:t xml:space="preserve"> </w:t>
      </w:r>
      <w:r>
        <w:t>an ice</w:t>
      </w:r>
      <w:r w:rsidR="00A65C89">
        <w:t xml:space="preserve"> </w:t>
      </w:r>
      <w:r>
        <w:t>age ever since the Antarctic</w:t>
      </w:r>
      <w:r w:rsidR="00A65C89">
        <w:t xml:space="preserve"> </w:t>
      </w:r>
      <w:r>
        <w:t>Ice Sheet last formed about 36 million</w:t>
      </w:r>
      <w:r w:rsidR="00A65C89">
        <w:t xml:space="preserve"> </w:t>
      </w:r>
      <w:r>
        <w:t>years ago. However, in this document we have used the term in</w:t>
      </w:r>
      <w:r w:rsidR="00A65C89">
        <w:t xml:space="preserve"> </w:t>
      </w:r>
      <w:r>
        <w:t>its more colloquial</w:t>
      </w:r>
      <w:r w:rsidR="00A65C89">
        <w:t xml:space="preserve"> </w:t>
      </w:r>
      <w:r>
        <w:t>usage</w:t>
      </w:r>
      <w:r w:rsidR="00A65C89">
        <w:t xml:space="preserve"> </w:t>
      </w:r>
      <w:r>
        <w:t>indicating the regular occurrence of</w:t>
      </w:r>
      <w:r w:rsidR="00A65C89">
        <w:t xml:space="preserve"> </w:t>
      </w:r>
      <w:r>
        <w:t xml:space="preserve">extensive ice </w:t>
      </w:r>
      <w:r>
        <w:t>sheets over North</w:t>
      </w:r>
      <w:r w:rsidR="00A65C89">
        <w:t xml:space="preserve"> </w:t>
      </w:r>
      <w:r>
        <w:t>America</w:t>
      </w:r>
      <w:r w:rsidR="00A65C89">
        <w:t xml:space="preserve"> </w:t>
      </w:r>
      <w:r>
        <w:t>and northern Eurasia.</w:t>
      </w:r>
    </w:p>
    <w:p w14:paraId="7AF418F4" w14:textId="4495B866" w:rsidR="007E3AE7" w:rsidRDefault="00475F0B" w:rsidP="00A65C89">
      <w:pPr>
        <w:spacing w:line="360" w:lineRule="auto"/>
      </w:pPr>
      <w:r>
        <w:t>in materials such as tree rings, ice cores, and marine sediments. Comparisons of</w:t>
      </w:r>
      <w:r w:rsidR="00A65C89">
        <w:t xml:space="preserve"> </w:t>
      </w:r>
      <w:r>
        <w:t>the</w:t>
      </w:r>
      <w:r w:rsidR="00A65C89">
        <w:t xml:space="preserve"> </w:t>
      </w:r>
      <w:r>
        <w:t>t</w:t>
      </w:r>
      <w:r>
        <w:t>hermometer record with these proxy measurements suggest that the time si</w:t>
      </w:r>
      <w:r>
        <w:t>nce the early</w:t>
      </w:r>
      <w:r w:rsidR="00A65C89">
        <w:t xml:space="preserve"> </w:t>
      </w:r>
      <w:r>
        <w:t>1980s has been the warmest 40-year period inat least eight centuries, and that global</w:t>
      </w:r>
      <w:r w:rsidR="00A65C89">
        <w:t xml:space="preserve"> </w:t>
      </w:r>
      <w:r>
        <w:t>temperature is rising towards peak temperatures last seen 5,000to 10,000 years a</w:t>
      </w:r>
      <w:r>
        <w:t>go</w:t>
      </w:r>
      <w:r w:rsidR="00A65C89">
        <w:t xml:space="preserve"> </w:t>
      </w:r>
      <w:r>
        <w:t>in the</w:t>
      </w:r>
      <w:r w:rsidR="00A65C89">
        <w:t xml:space="preserve"> </w:t>
      </w:r>
      <w:r>
        <w:t>warmest part of</w:t>
      </w:r>
      <w:r w:rsidR="00A65C89">
        <w:t xml:space="preserve"> </w:t>
      </w:r>
      <w:r>
        <w:t>our current interglacial period</w:t>
      </w:r>
      <w:r>
        <w:t>.</w:t>
      </w:r>
    </w:p>
    <w:p w14:paraId="5CC52BD4" w14:textId="132F461A" w:rsidR="00A65C89" w:rsidRDefault="00475F0B" w:rsidP="00A65C89">
      <w:pPr>
        <w:spacing w:line="360" w:lineRule="auto"/>
        <w:ind w:firstLine="400"/>
      </w:pPr>
      <w:r>
        <w:t>Many other impacts</w:t>
      </w:r>
      <w:r>
        <w:t xml:space="preserve"> associated with the warming trend have become evident in recent</w:t>
      </w:r>
      <w:r w:rsidR="00A65C89">
        <w:t xml:space="preserve"> </w:t>
      </w:r>
      <w:r>
        <w:t>years. Arctic summer seaice cover has shrunk dramatically. The heat content of</w:t>
      </w:r>
      <w:r w:rsidR="00A65C89">
        <w:t xml:space="preserve"> </w:t>
      </w:r>
      <w:r>
        <w:t>the ocean</w:t>
      </w:r>
      <w:r w:rsidR="00A65C89">
        <w:t xml:space="preserve"> </w:t>
      </w:r>
      <w:r>
        <w:t>has increased. Global average sea level has risen by approximately 16cm (6inches) since</w:t>
      </w:r>
      <w:r w:rsidR="00A65C89">
        <w:t xml:space="preserve"> </w:t>
      </w:r>
      <w:r>
        <w:t xml:space="preserve">1901, due both </w:t>
      </w:r>
      <w:r>
        <w:t>to</w:t>
      </w:r>
      <w:r w:rsidR="00A65C89">
        <w:t xml:space="preserve"> </w:t>
      </w:r>
      <w:r>
        <w:t>the expansion of warmer ocean water andto the addition of melt waters</w:t>
      </w:r>
      <w:r w:rsidR="00A65C89">
        <w:t xml:space="preserve"> </w:t>
      </w:r>
      <w:r>
        <w:t>from glaciers and</w:t>
      </w:r>
      <w:r w:rsidR="00A65C89">
        <w:t xml:space="preserve"> </w:t>
      </w:r>
      <w:r>
        <w:t>ice sheets on land. Warming and precipitation changes are altering the</w:t>
      </w:r>
      <w:r w:rsidR="00A65C89">
        <w:t xml:space="preserve"> </w:t>
      </w:r>
      <w:r>
        <w:t>geographical ranges of many plant and animal species and</w:t>
      </w:r>
      <w:r w:rsidR="00A65C89">
        <w:t xml:space="preserve"> </w:t>
      </w:r>
      <w:r>
        <w:t>the timing of their life cycles.</w:t>
      </w:r>
      <w:r w:rsidR="00A65C89">
        <w:t xml:space="preserve"> </w:t>
      </w:r>
      <w:r>
        <w:t xml:space="preserve">In </w:t>
      </w:r>
      <w:r w:rsidR="00A65C89">
        <w:t>addition,</w:t>
      </w:r>
      <w:r>
        <w:t xml:space="preserve"> to</w:t>
      </w:r>
      <w:r w:rsidR="00A65C89">
        <w:t xml:space="preserve"> </w:t>
      </w:r>
      <w:r>
        <w:t>the effects on climate, some of</w:t>
      </w:r>
      <w:r w:rsidR="00A65C89">
        <w:t xml:space="preserve"> </w:t>
      </w:r>
      <w:r>
        <w:t>the excess CO2</w:t>
      </w:r>
      <w:r w:rsidR="00A65C89">
        <w:t xml:space="preserve"> </w:t>
      </w:r>
      <w:r>
        <w:t>in the atmosphere is being</w:t>
      </w:r>
      <w:r w:rsidR="00A65C89">
        <w:t xml:space="preserve"> </w:t>
      </w:r>
      <w:r>
        <w:t>taken upby the ocean, changing its</w:t>
      </w:r>
      <w:r w:rsidR="00A65C89">
        <w:t xml:space="preserve"> </w:t>
      </w:r>
      <w:r>
        <w:t>chemical composition (causing ocean acidification).</w:t>
      </w:r>
    </w:p>
    <w:p w14:paraId="349D8D63" w14:textId="2F6BFC92" w:rsidR="007E3AE7" w:rsidRPr="00073275" w:rsidRDefault="00475F0B" w:rsidP="00A65C89">
      <w:pPr>
        <w:spacing w:line="360" w:lineRule="auto"/>
        <w:ind w:firstLine="400"/>
        <w:rPr>
          <w:sz w:val="32"/>
          <w:szCs w:val="32"/>
        </w:rPr>
      </w:pPr>
      <w:r w:rsidRPr="00073275">
        <w:rPr>
          <w:sz w:val="32"/>
          <w:szCs w:val="32"/>
        </w:rPr>
        <w:lastRenderedPageBreak/>
        <w:t>Many complex processes shape our climate.</w:t>
      </w:r>
    </w:p>
    <w:p w14:paraId="7A34E6E5" w14:textId="056865B9" w:rsidR="007E3AE7" w:rsidRDefault="00475F0B" w:rsidP="00073275">
      <w:pPr>
        <w:spacing w:line="360" w:lineRule="auto"/>
        <w:ind w:firstLine="400"/>
      </w:pPr>
      <w:r>
        <w:t>Based just on</w:t>
      </w:r>
      <w:r w:rsidR="00073275">
        <w:t xml:space="preserve"> </w:t>
      </w:r>
      <w:r>
        <w:t>t</w:t>
      </w:r>
      <w:r>
        <w:t>he physics of</w:t>
      </w:r>
      <w:r w:rsidR="00073275">
        <w:t xml:space="preserve"> </w:t>
      </w:r>
      <w:r>
        <w:t>the amount of energy that CO2 absorbs and emits, a</w:t>
      </w:r>
      <w:r w:rsidR="00073275">
        <w:t xml:space="preserve"> </w:t>
      </w:r>
      <w:r>
        <w:t>doubling of</w:t>
      </w:r>
      <w:r w:rsidR="00073275">
        <w:t xml:space="preserve"> </w:t>
      </w:r>
      <w:r>
        <w:t>atmospheric CO2 concentration from pre-industrial levels (upto about 560ppm) would b</w:t>
      </w:r>
      <w:r>
        <w:t>y</w:t>
      </w:r>
      <w:r w:rsidR="00073275">
        <w:t xml:space="preserve"> </w:t>
      </w:r>
      <w:r>
        <w:t>itself cause a</w:t>
      </w:r>
      <w:r w:rsidR="00073275">
        <w:t xml:space="preserve"> </w:t>
      </w:r>
      <w:r>
        <w:t>global average temperature increase of about 1 °C (1.8 °F). In</w:t>
      </w:r>
      <w:r w:rsidR="00073275">
        <w:t xml:space="preserve"> </w:t>
      </w:r>
      <w:r>
        <w:t>the overall climate</w:t>
      </w:r>
      <w:r w:rsidR="00073275">
        <w:t xml:space="preserve"> </w:t>
      </w:r>
      <w:r>
        <w:t>system, however, things are more complex; warming leads to further effects (feedbacks) that</w:t>
      </w:r>
      <w:r w:rsidR="00073275">
        <w:t xml:space="preserve"> </w:t>
      </w:r>
      <w:r>
        <w:t>either amplify or diminish the initial warming.</w:t>
      </w:r>
    </w:p>
    <w:p w14:paraId="32A6E596" w14:textId="59FD239E" w:rsidR="007E3AE7" w:rsidRDefault="00475F0B" w:rsidP="00C13CB1">
      <w:pPr>
        <w:spacing w:line="360" w:lineRule="auto"/>
        <w:ind w:firstLine="400"/>
      </w:pPr>
      <w:r>
        <w:t>The most important</w:t>
      </w:r>
      <w:r>
        <w:t xml:space="preserve"> feedbacks involve various forms of water. A</w:t>
      </w:r>
      <w:r w:rsidR="00073275">
        <w:t xml:space="preserve"> </w:t>
      </w:r>
      <w:r>
        <w:t>warmer atmosphere generally</w:t>
      </w:r>
      <w:r w:rsidR="00073275">
        <w:t xml:space="preserve"> </w:t>
      </w:r>
      <w:r>
        <w:t>contains more water vapour. Water vapour is</w:t>
      </w:r>
      <w:r w:rsidR="00073275">
        <w:t xml:space="preserve"> </w:t>
      </w:r>
      <w:r>
        <w:t>a potent greenhouse gas, thus causing more</w:t>
      </w:r>
      <w:r w:rsidR="00073275">
        <w:t xml:space="preserve"> </w:t>
      </w:r>
      <w:r>
        <w:t>warming; its short lifetime in</w:t>
      </w:r>
      <w:r w:rsidR="00E9089F">
        <w:t xml:space="preserve"> </w:t>
      </w:r>
      <w:r>
        <w:t>the atmosphere keeps its increase largely in step with warming.</w:t>
      </w:r>
      <w:r w:rsidR="00C13CB1">
        <w:t xml:space="preserve"> </w:t>
      </w:r>
      <w:r>
        <w:t>Thus</w:t>
      </w:r>
      <w:r>
        <w:t>, water vapour is treated a</w:t>
      </w:r>
      <w:r>
        <w:t>s</w:t>
      </w:r>
      <w:r w:rsidR="00C13CB1">
        <w:t xml:space="preserve"> </w:t>
      </w:r>
      <w:r>
        <w:t>an amplifier, and</w:t>
      </w:r>
      <w:r w:rsidR="00C13CB1">
        <w:t xml:space="preserve"> </w:t>
      </w:r>
      <w:r>
        <w:t>not a</w:t>
      </w:r>
      <w:r w:rsidR="00C13CB1">
        <w:t xml:space="preserve"> </w:t>
      </w:r>
      <w:r>
        <w:t>driver, of climate change. Higher</w:t>
      </w:r>
      <w:r w:rsidR="00C13CB1">
        <w:t xml:space="preserve"> </w:t>
      </w:r>
      <w:r>
        <w:t>temperatures in</w:t>
      </w:r>
      <w:r w:rsidR="00C13CB1">
        <w:t xml:space="preserve"> </w:t>
      </w:r>
      <w:r>
        <w:t>the polar regions melt seaice and reduce seasonal snow cover, exposing a</w:t>
      </w:r>
      <w:r w:rsidR="00C13CB1">
        <w:t xml:space="preserve"> </w:t>
      </w:r>
      <w:r>
        <w:t>darker ocean and land surface that can absorb more heat, causing further warming. An</w:t>
      </w:r>
      <w:r>
        <w:t>other</w:t>
      </w:r>
      <w:r w:rsidR="00C13CB1">
        <w:t xml:space="preserve"> </w:t>
      </w:r>
      <w:r>
        <w:t>important but uncertain feedback concerns changes in clouds. Warming and increases in water</w:t>
      </w:r>
      <w:r w:rsidR="00C13CB1">
        <w:t xml:space="preserve"> </w:t>
      </w:r>
      <w:r>
        <w:t>vapour together may cause cloud cover to increase or decrease which can either amplify or</w:t>
      </w:r>
      <w:r w:rsidR="00C13CB1">
        <w:t xml:space="preserve"> </w:t>
      </w:r>
      <w:r>
        <w:t>dampen temperature change depending on</w:t>
      </w:r>
      <w:r w:rsidR="00C13CB1">
        <w:t xml:space="preserve"> </w:t>
      </w:r>
      <w:r>
        <w:t>the changes in</w:t>
      </w:r>
      <w:r w:rsidR="00C13CB1">
        <w:t xml:space="preserve"> </w:t>
      </w:r>
      <w:r>
        <w:t>the horizontal e</w:t>
      </w:r>
      <w:r>
        <w:t>xtent, altitude, and</w:t>
      </w:r>
      <w:r w:rsidR="00C13CB1">
        <w:t xml:space="preserve"> </w:t>
      </w:r>
      <w:r>
        <w:t>properties of clouds. The latest assessment ofthe science indicates that the overall net global</w:t>
      </w:r>
      <w:r w:rsidR="00C13CB1">
        <w:t xml:space="preserve"> </w:t>
      </w:r>
      <w:r>
        <w:t>effect of cloud changes is likely tobe to amplify warming.</w:t>
      </w:r>
    </w:p>
    <w:p w14:paraId="0D3F9FD1" w14:textId="6005E5B9" w:rsidR="007E3AE7" w:rsidRDefault="00475F0B" w:rsidP="00C13CB1">
      <w:pPr>
        <w:spacing w:line="360" w:lineRule="auto"/>
        <w:ind w:firstLine="400"/>
      </w:pPr>
      <w:r>
        <w:t>The ocean moderates climate change. The ocean is</w:t>
      </w:r>
      <w:r w:rsidR="00C13CB1">
        <w:t xml:space="preserve"> </w:t>
      </w:r>
      <w:r>
        <w:t>a huge heat reservoir, but</w:t>
      </w:r>
      <w:r w:rsidR="00C13CB1">
        <w:t xml:space="preserve"> </w:t>
      </w:r>
      <w:r>
        <w:t xml:space="preserve">it is </w:t>
      </w:r>
      <w:r>
        <w:t>difficult to</w:t>
      </w:r>
      <w:r w:rsidR="00C13CB1">
        <w:t xml:space="preserve"> </w:t>
      </w:r>
      <w:r>
        <w:t>heat its full depth because warm water tends to stay near the surface. The rate at which heat</w:t>
      </w:r>
      <w:r w:rsidR="00C13CB1">
        <w:t xml:space="preserve"> </w:t>
      </w:r>
      <w:r>
        <w:t>is transferred to</w:t>
      </w:r>
      <w:r w:rsidR="00C13CB1">
        <w:t xml:space="preserve"> </w:t>
      </w:r>
      <w:r>
        <w:t>the deep ocean is therefore slow; it varies from year to year and from decade</w:t>
      </w:r>
      <w:r w:rsidR="00C13CB1">
        <w:t xml:space="preserve"> </w:t>
      </w:r>
      <w:r>
        <w:t>to decade, and</w:t>
      </w:r>
      <w:r w:rsidR="00C13CB1">
        <w:t xml:space="preserve"> </w:t>
      </w:r>
      <w:r>
        <w:t xml:space="preserve">it </w:t>
      </w:r>
      <w:r>
        <w:lastRenderedPageBreak/>
        <w:t xml:space="preserve">helps to determine the pace of </w:t>
      </w:r>
      <w:r>
        <w:t>warming at</w:t>
      </w:r>
      <w:r w:rsidR="00C13CB1">
        <w:t xml:space="preserve"> </w:t>
      </w:r>
      <w:r>
        <w:t>the surface. Observations of</w:t>
      </w:r>
      <w:r w:rsidR="00C13CB1">
        <w:t xml:space="preserve"> </w:t>
      </w:r>
      <w:r>
        <w:t>the</w:t>
      </w:r>
      <w:r w:rsidR="00C13CB1">
        <w:t xml:space="preserve"> </w:t>
      </w:r>
      <w:r>
        <w:t>sub-surface ocean are limited prior to about 1970, but since then, warming of</w:t>
      </w:r>
      <w:r w:rsidR="00C13CB1">
        <w:t xml:space="preserve"> </w:t>
      </w:r>
      <w:r>
        <w:t>the upper 700m</w:t>
      </w:r>
      <w:r w:rsidR="00C13CB1">
        <w:t xml:space="preserve"> </w:t>
      </w:r>
      <w:r>
        <w:t>(2,300 feet) is readily apparent, and deeper warming is also clearly observed since about 1990.</w:t>
      </w:r>
    </w:p>
    <w:p w14:paraId="7153F4D7" w14:textId="169EF4D3" w:rsidR="007E3AE7" w:rsidRDefault="00475F0B" w:rsidP="00C13CB1">
      <w:pPr>
        <w:spacing w:line="360" w:lineRule="auto"/>
        <w:ind w:firstLine="400"/>
      </w:pPr>
      <w:r>
        <w:t>Surface temperatures and r</w:t>
      </w:r>
      <w:r>
        <w:t>ainfall in most regions vary greatly from the global average because</w:t>
      </w:r>
      <w:r w:rsidR="00C13CB1">
        <w:t xml:space="preserve"> </w:t>
      </w:r>
      <w:r>
        <w:t>of geographical location, in particular latitude and continental position. Both the average</w:t>
      </w:r>
      <w:r w:rsidR="00C13CB1">
        <w:t xml:space="preserve"> </w:t>
      </w:r>
      <w:r>
        <w:t>values of temperature, rainfall, and their extremes (which generally have the largest impacts</w:t>
      </w:r>
      <w:r w:rsidR="00C13CB1">
        <w:t xml:space="preserve"> </w:t>
      </w:r>
      <w:r>
        <w:t>o</w:t>
      </w:r>
      <w:r>
        <w:t>n natural systems and human infrastructure), are also strongly affected by local patterns of</w:t>
      </w:r>
      <w:r w:rsidR="00C13CB1">
        <w:t xml:space="preserve"> </w:t>
      </w:r>
      <w:r>
        <w:t>winds.</w:t>
      </w:r>
    </w:p>
    <w:p w14:paraId="5F5C07F6" w14:textId="6BF808B7" w:rsidR="007E3AE7" w:rsidRDefault="00475F0B" w:rsidP="00C13CB1">
      <w:pPr>
        <w:spacing w:line="360" w:lineRule="auto"/>
        <w:ind w:firstLine="400"/>
      </w:pPr>
      <w:r>
        <w:t>Estimating the effects of feedback processes, the pace ofthe warming, and regional climate</w:t>
      </w:r>
      <w:r w:rsidR="00C13CB1">
        <w:t xml:space="preserve"> </w:t>
      </w:r>
      <w:r>
        <w:t>change requires the</w:t>
      </w:r>
      <w:r w:rsidR="00C13CB1">
        <w:t xml:space="preserve"> </w:t>
      </w:r>
      <w:r>
        <w:t>use of mathematical models of</w:t>
      </w:r>
      <w:r w:rsidR="00C13CB1">
        <w:t xml:space="preserve"> </w:t>
      </w:r>
      <w:r>
        <w:t>the atmosphere, o</w:t>
      </w:r>
      <w:r>
        <w:t>cean, land, and</w:t>
      </w:r>
      <w:r w:rsidR="00C13CB1">
        <w:t xml:space="preserve"> </w:t>
      </w:r>
      <w:r>
        <w:t>ice</w:t>
      </w:r>
      <w:r w:rsidR="00C13CB1">
        <w:t xml:space="preserve"> </w:t>
      </w:r>
      <w:r>
        <w:t>(the cryosphere) built upon established laws of physics and</w:t>
      </w:r>
      <w:r w:rsidR="00C13CB1">
        <w:t xml:space="preserve"> </w:t>
      </w:r>
      <w:r>
        <w:t>the latest understanding of</w:t>
      </w:r>
      <w:r w:rsidR="00C13CB1">
        <w:t xml:space="preserve"> </w:t>
      </w:r>
      <w:r>
        <w:t>the</w:t>
      </w:r>
      <w:r w:rsidR="00C13CB1">
        <w:t xml:space="preserve"> </w:t>
      </w:r>
      <w:r>
        <w:t>physical, chemical and biological processes affecting climate, and</w:t>
      </w:r>
      <w:r w:rsidR="00C13CB1">
        <w:t xml:space="preserve"> run-on</w:t>
      </w:r>
      <w:r>
        <w:t xml:space="preserve"> powerful computers.</w:t>
      </w:r>
      <w:r w:rsidR="00C13CB1">
        <w:t xml:space="preserve"> </w:t>
      </w:r>
      <w:r>
        <w:t>Models vary in their projections ofhow much additional</w:t>
      </w:r>
      <w:r>
        <w:t xml:space="preserve"> warming to expect (depending on</w:t>
      </w:r>
      <w:r w:rsidR="00C13CB1">
        <w:t xml:space="preserve"> </w:t>
      </w:r>
      <w:r>
        <w:t>the</w:t>
      </w:r>
      <w:r w:rsidR="00C13CB1">
        <w:t xml:space="preserve"> </w:t>
      </w:r>
      <w:r>
        <w:t>type of model and</w:t>
      </w:r>
      <w:r w:rsidR="00C13CB1">
        <w:t xml:space="preserve"> </w:t>
      </w:r>
      <w:r>
        <w:t>on assumptions used in simulating certain climate processes, particularly</w:t>
      </w:r>
      <w:r w:rsidR="00C13CB1">
        <w:t xml:space="preserve"> </w:t>
      </w:r>
      <w:r>
        <w:t>cloud formation and ocean mixing), butall such models agree that the overall net effect of</w:t>
      </w:r>
      <w:r w:rsidR="00C13CB1">
        <w:t xml:space="preserve"> </w:t>
      </w:r>
      <w:r>
        <w:t>feedbacks is</w:t>
      </w:r>
      <w:r w:rsidR="00C13CB1">
        <w:t xml:space="preserve"> </w:t>
      </w:r>
      <w:r>
        <w:t>to amplify warming.</w:t>
      </w:r>
    </w:p>
    <w:p w14:paraId="2F5BC970" w14:textId="77777777" w:rsidR="007E3AE7" w:rsidRPr="00C13CB1" w:rsidRDefault="00475F0B">
      <w:pPr>
        <w:spacing w:line="360" w:lineRule="auto"/>
        <w:ind w:firstLine="400"/>
        <w:rPr>
          <w:sz w:val="32"/>
          <w:szCs w:val="32"/>
        </w:rPr>
      </w:pPr>
      <w:r w:rsidRPr="00C13CB1">
        <w:rPr>
          <w:sz w:val="32"/>
          <w:szCs w:val="32"/>
        </w:rPr>
        <w:t>Human activities are changing the climate.</w:t>
      </w:r>
    </w:p>
    <w:p w14:paraId="49493C37" w14:textId="733C08DF" w:rsidR="007E3AE7" w:rsidRDefault="00475F0B" w:rsidP="00C13CB1">
      <w:pPr>
        <w:spacing w:line="360" w:lineRule="auto"/>
        <w:ind w:firstLine="400"/>
      </w:pPr>
      <w:r>
        <w:t>Rigorous analysis ofall data and lines of evidence shows that most of</w:t>
      </w:r>
      <w:r w:rsidR="00C13CB1">
        <w:t xml:space="preserve"> </w:t>
      </w:r>
      <w:r>
        <w:t>the observed global</w:t>
      </w:r>
      <w:r w:rsidR="00C13CB1">
        <w:t xml:space="preserve"> </w:t>
      </w:r>
      <w:r>
        <w:t>warming over the past 50 years orso cannot be explained by natural causes an</w:t>
      </w:r>
      <w:r>
        <w:t>d instead</w:t>
      </w:r>
      <w:r w:rsidR="00C13CB1">
        <w:t xml:space="preserve"> </w:t>
      </w:r>
      <w:r>
        <w:t>requires a</w:t>
      </w:r>
      <w:r w:rsidR="00C13CB1">
        <w:t xml:space="preserve"> </w:t>
      </w:r>
      <w:r>
        <w:t>significant role for</w:t>
      </w:r>
      <w:r w:rsidR="00C13CB1">
        <w:t xml:space="preserve"> </w:t>
      </w:r>
      <w:r>
        <w:t>the influence of human activities.</w:t>
      </w:r>
    </w:p>
    <w:p w14:paraId="3DFC32B0" w14:textId="16846E74" w:rsidR="007E3AE7" w:rsidRDefault="00475F0B" w:rsidP="00C13CB1">
      <w:pPr>
        <w:spacing w:line="360" w:lineRule="auto"/>
        <w:ind w:firstLine="400"/>
      </w:pPr>
      <w:r>
        <w:lastRenderedPageBreak/>
        <w:t>In order to discern the human influence on climate, scientists must consider many natural</w:t>
      </w:r>
      <w:r w:rsidR="00C13CB1">
        <w:t xml:space="preserve"> </w:t>
      </w:r>
      <w:r>
        <w:t xml:space="preserve">variations that affect temperature, precipitation, and other aspects of climate from local </w:t>
      </w:r>
      <w:r>
        <w:t>to</w:t>
      </w:r>
      <w:r w:rsidR="00C13CB1">
        <w:t xml:space="preserve"> </w:t>
      </w:r>
      <w:r>
        <w:t>global scale, on timescales from days to decades and longer. One natural variation is</w:t>
      </w:r>
      <w:r w:rsidR="00C13CB1">
        <w:t xml:space="preserve"> </w:t>
      </w:r>
      <w:r>
        <w:t>the El</w:t>
      </w:r>
      <w:r w:rsidR="00C13CB1">
        <w:t xml:space="preserve"> </w:t>
      </w:r>
      <w:r>
        <w:t>Niño Southern Oscillation (ENSO), an irregular alternation between warming and cooling</w:t>
      </w:r>
      <w:r w:rsidR="00C13CB1">
        <w:t xml:space="preserve"> </w:t>
      </w:r>
      <w:r>
        <w:t>(lasting about two</w:t>
      </w:r>
      <w:r w:rsidR="00C13CB1">
        <w:t xml:space="preserve"> </w:t>
      </w:r>
      <w:r>
        <w:t>to seven years) in</w:t>
      </w:r>
      <w:r w:rsidR="00C13CB1">
        <w:t xml:space="preserve"> </w:t>
      </w:r>
      <w:r>
        <w:t>the equatorial Pacific Ocean that caus</w:t>
      </w:r>
      <w:r>
        <w:t>es significant</w:t>
      </w:r>
      <w:r w:rsidR="00C13CB1">
        <w:t xml:space="preserve"> </w:t>
      </w:r>
      <w:r>
        <w:t>year-to-year regional and global shifts in temperature and rainfall patterns. Volcanic</w:t>
      </w:r>
      <w:r w:rsidR="00C13CB1">
        <w:t xml:space="preserve"> </w:t>
      </w:r>
      <w:r>
        <w:t>eruptions also alter climate, in part increasing the amount of small (aerosol) particles in</w:t>
      </w:r>
      <w:r w:rsidR="00C13CB1">
        <w:t xml:space="preserve"> </w:t>
      </w:r>
      <w:r>
        <w:t>the</w:t>
      </w:r>
      <w:r w:rsidR="00C13CB1">
        <w:t xml:space="preserve"> </w:t>
      </w:r>
      <w:r>
        <w:t xml:space="preserve">stratosphere that reflect or absorb sunlight, </w:t>
      </w:r>
      <w:r>
        <w:t>leading toa short-term surface cooling lasting</w:t>
      </w:r>
      <w:r w:rsidR="00C13CB1">
        <w:t xml:space="preserve"> </w:t>
      </w:r>
      <w:r>
        <w:t>typically about two</w:t>
      </w:r>
      <w:r w:rsidR="00C13CB1">
        <w:t xml:space="preserve"> </w:t>
      </w:r>
      <w:r>
        <w:t>to three years. Over hundreds of thousands of years, slow, recurring</w:t>
      </w:r>
      <w:r w:rsidR="00C13CB1">
        <w:t xml:space="preserve"> </w:t>
      </w:r>
      <w:r>
        <w:t>variations in Earth’s</w:t>
      </w:r>
      <w:r w:rsidR="00C13CB1">
        <w:t xml:space="preserve"> </w:t>
      </w:r>
      <w:r>
        <w:t>orbit around the</w:t>
      </w:r>
      <w:r w:rsidR="00C13CB1">
        <w:t xml:space="preserve"> </w:t>
      </w:r>
      <w:r>
        <w:t>Sun, which alter the distribution of solar energy</w:t>
      </w:r>
      <w:r w:rsidR="00C13CB1">
        <w:t xml:space="preserve"> </w:t>
      </w:r>
      <w:r>
        <w:t>received by Earth, have been enoug</w:t>
      </w:r>
      <w:r>
        <w:t>h to trigger the</w:t>
      </w:r>
      <w:r w:rsidR="00C13CB1">
        <w:t xml:space="preserve"> </w:t>
      </w:r>
      <w:r>
        <w:t>ice age cycles of</w:t>
      </w:r>
      <w:r w:rsidR="00C13CB1">
        <w:t xml:space="preserve"> </w:t>
      </w:r>
      <w:r>
        <w:t>the past 800,000 years.</w:t>
      </w:r>
    </w:p>
    <w:p w14:paraId="5329A9D8" w14:textId="08E65278" w:rsidR="007E3AE7" w:rsidRDefault="00475F0B" w:rsidP="00C13CB1">
      <w:pPr>
        <w:spacing w:line="360" w:lineRule="auto"/>
        <w:ind w:firstLine="400"/>
      </w:pPr>
      <w:r>
        <w:t>Fingerprinting isa powerful wayof studying the causes of climate change. Different influences</w:t>
      </w:r>
      <w:r w:rsidR="00C13CB1">
        <w:t xml:space="preserve"> </w:t>
      </w:r>
      <w:r>
        <w:t>on climate lead to different patterns seen in climate records. This becomes obvious when</w:t>
      </w:r>
      <w:r w:rsidR="00C13CB1">
        <w:t xml:space="preserve"> </w:t>
      </w:r>
      <w:r>
        <w:t>scientists probe</w:t>
      </w:r>
      <w:r>
        <w:t xml:space="preserve"> beyond changes in</w:t>
      </w:r>
      <w:r w:rsidR="00C13CB1">
        <w:t xml:space="preserve"> </w:t>
      </w:r>
      <w:r>
        <w:t>the average temperature of</w:t>
      </w:r>
      <w:r w:rsidR="00C13CB1">
        <w:t xml:space="preserve"> </w:t>
      </w:r>
      <w:r>
        <w:t>the planet and look more</w:t>
      </w:r>
      <w:r w:rsidR="00C13CB1">
        <w:t xml:space="preserve"> </w:t>
      </w:r>
      <w:r>
        <w:t>closely at geographical and temporal patterns of climate change. For example, an increase</w:t>
      </w:r>
      <w:r w:rsidR="00C13CB1">
        <w:t xml:space="preserve"> </w:t>
      </w:r>
      <w:r>
        <w:t>in</w:t>
      </w:r>
      <w:r w:rsidR="00C13CB1">
        <w:t xml:space="preserve"> </w:t>
      </w:r>
      <w:r>
        <w:t>the Sun’s</w:t>
      </w:r>
      <w:r w:rsidR="00C13CB1">
        <w:t xml:space="preserve"> </w:t>
      </w:r>
      <w:r>
        <w:t xml:space="preserve">energy output will lead toa very different pattern of temperature change </w:t>
      </w:r>
      <w:r>
        <w:t>(across</w:t>
      </w:r>
      <w:r w:rsidR="00C13CB1">
        <w:t xml:space="preserve"> </w:t>
      </w:r>
      <w:r>
        <w:t>Earth</w:t>
      </w:r>
      <w:r>
        <w:t>’s</w:t>
      </w:r>
      <w:r w:rsidR="00C13CB1">
        <w:t xml:space="preserve"> </w:t>
      </w:r>
      <w:r>
        <w:t>surface and vertically in</w:t>
      </w:r>
      <w:r w:rsidR="00C13CB1">
        <w:t xml:space="preserve"> </w:t>
      </w:r>
      <w:r>
        <w:t>the atmosphere) compared to that induced by</w:t>
      </w:r>
      <w:r w:rsidR="00C13CB1">
        <w:t xml:space="preserve"> </w:t>
      </w:r>
      <w:r>
        <w:t>an increase in</w:t>
      </w:r>
      <w:r w:rsidR="00C13CB1">
        <w:t xml:space="preserve"> </w:t>
      </w:r>
      <w:r>
        <w:t>CO2 concentration. Observed atmospheric temperature changes show a</w:t>
      </w:r>
      <w:r w:rsidR="00C13CB1">
        <w:t xml:space="preserve"> </w:t>
      </w:r>
      <w:r>
        <w:t>fingerprint much</w:t>
      </w:r>
    </w:p>
    <w:p w14:paraId="06F66AE9" w14:textId="367031A8" w:rsidR="00C13CB1" w:rsidRDefault="00C13CB1" w:rsidP="00C13CB1">
      <w:pPr>
        <w:spacing w:line="360" w:lineRule="auto"/>
        <w:ind w:firstLine="400"/>
      </w:pPr>
    </w:p>
    <w:p w14:paraId="092DB8AD" w14:textId="77777777" w:rsidR="00C13CB1" w:rsidRDefault="00C13CB1" w:rsidP="00C13CB1">
      <w:pPr>
        <w:spacing w:line="360" w:lineRule="auto"/>
        <w:ind w:firstLine="400"/>
      </w:pPr>
    </w:p>
    <w:p w14:paraId="00659F8F" w14:textId="77777777" w:rsidR="007E3AE7" w:rsidRPr="00C13CB1" w:rsidRDefault="00475F0B">
      <w:pPr>
        <w:spacing w:line="360" w:lineRule="auto"/>
        <w:ind w:firstLine="400"/>
        <w:rPr>
          <w:sz w:val="32"/>
          <w:szCs w:val="32"/>
        </w:rPr>
      </w:pPr>
      <w:r w:rsidRPr="00C13CB1">
        <w:rPr>
          <w:sz w:val="32"/>
          <w:szCs w:val="32"/>
        </w:rPr>
        <w:lastRenderedPageBreak/>
        <w:t>Learn more about other human causes of climate change:</w:t>
      </w:r>
    </w:p>
    <w:p w14:paraId="57F5A995" w14:textId="7C4B9DE2" w:rsidR="007E3AE7" w:rsidRDefault="00475F0B" w:rsidP="00C13CB1">
      <w:pPr>
        <w:spacing w:line="360" w:lineRule="auto"/>
        <w:ind w:firstLine="400"/>
      </w:pPr>
      <w:r>
        <w:t>In addition to emitting greenhous</w:t>
      </w:r>
      <w:r>
        <w:t>e</w:t>
      </w:r>
      <w:r w:rsidR="00C13CB1">
        <w:t xml:space="preserve"> </w:t>
      </w:r>
      <w:r>
        <w:t>gases, human activities have also</w:t>
      </w:r>
      <w:r w:rsidR="00C13CB1">
        <w:t xml:space="preserve"> </w:t>
      </w:r>
      <w:r>
        <w:t>altered Earth’s</w:t>
      </w:r>
      <w:r w:rsidR="00C13CB1">
        <w:t xml:space="preserve"> </w:t>
      </w:r>
      <w:r>
        <w:t>energy balance through,</w:t>
      </w:r>
      <w:r w:rsidR="00C13CB1">
        <w:t xml:space="preserve"> </w:t>
      </w:r>
      <w:r>
        <w:t>for example:</w:t>
      </w:r>
    </w:p>
    <w:p w14:paraId="5C6DA15D" w14:textId="730A40F0" w:rsidR="007E3AE7" w:rsidRDefault="00475F0B" w:rsidP="00C13CB1">
      <w:pPr>
        <w:pStyle w:val="ae"/>
        <w:numPr>
          <w:ilvl w:val="0"/>
          <w:numId w:val="11"/>
        </w:numPr>
        <w:spacing w:line="360" w:lineRule="auto"/>
      </w:pPr>
      <w:r>
        <w:t xml:space="preserve">Changes in land use. Changes </w:t>
      </w:r>
      <w:r w:rsidR="00C13CB1">
        <w:t xml:space="preserve">in the </w:t>
      </w:r>
      <w:r>
        <w:t>way people use land — for example,</w:t>
      </w:r>
      <w:r w:rsidR="00C13CB1">
        <w:t xml:space="preserve"> </w:t>
      </w:r>
      <w:r>
        <w:t>for forests, farms, or cities — can</w:t>
      </w:r>
      <w:r w:rsidR="00C13CB1">
        <w:t xml:space="preserve"> </w:t>
      </w:r>
      <w:r>
        <w:t>lead to both warming and</w:t>
      </w:r>
      <w:r w:rsidR="00C13CB1">
        <w:t xml:space="preserve"> </w:t>
      </w:r>
      <w:r>
        <w:t>cooling effects locally by</w:t>
      </w:r>
      <w:r w:rsidR="00C13CB1">
        <w:t xml:space="preserve"> </w:t>
      </w:r>
      <w:r>
        <w:t xml:space="preserve">changing </w:t>
      </w:r>
      <w:r>
        <w:t>the reflectivity of Earth’s</w:t>
      </w:r>
      <w:r w:rsidR="00C13CB1">
        <w:t xml:space="preserve"> </w:t>
      </w:r>
      <w:r>
        <w:t>surfaces (affecting how much</w:t>
      </w:r>
      <w:r w:rsidR="00C13CB1">
        <w:t xml:space="preserve"> </w:t>
      </w:r>
      <w:r>
        <w:t>sunlight is sent back into space) and</w:t>
      </w:r>
      <w:r w:rsidR="00C13CB1">
        <w:t xml:space="preserve"> </w:t>
      </w:r>
      <w:r>
        <w:t>by changing how</w:t>
      </w:r>
      <w:r w:rsidR="00C13CB1">
        <w:t xml:space="preserve"> </w:t>
      </w:r>
      <w:r>
        <w:t>wet a</w:t>
      </w:r>
      <w:r w:rsidR="00C13CB1">
        <w:t xml:space="preserve"> </w:t>
      </w:r>
      <w:r>
        <w:t>region is.</w:t>
      </w:r>
    </w:p>
    <w:p w14:paraId="794E4A8A" w14:textId="77777777" w:rsidR="00E21756" w:rsidRDefault="00475F0B" w:rsidP="00E21756">
      <w:pPr>
        <w:pStyle w:val="ae"/>
        <w:numPr>
          <w:ilvl w:val="0"/>
          <w:numId w:val="11"/>
        </w:numPr>
        <w:spacing w:line="360" w:lineRule="auto"/>
      </w:pPr>
      <w:r>
        <w:t>Emissions of pollutants (other than</w:t>
      </w:r>
      <w:r w:rsidR="00C13CB1">
        <w:t xml:space="preserve"> </w:t>
      </w:r>
      <w:r>
        <w:t>greenhouse gases)</w:t>
      </w:r>
      <w:r>
        <w:t>. Some industrial</w:t>
      </w:r>
      <w:r w:rsidR="00C13CB1">
        <w:t xml:space="preserve"> </w:t>
      </w:r>
      <w:r>
        <w:t>and agricultural processes emit</w:t>
      </w:r>
      <w:r w:rsidR="00C13CB1">
        <w:t xml:space="preserve"> </w:t>
      </w:r>
      <w:r>
        <w:t xml:space="preserve">pollutants that </w:t>
      </w:r>
      <w:r>
        <w:t>produce aerosols</w:t>
      </w:r>
      <w:r w:rsidR="00C13CB1">
        <w:t xml:space="preserve"> </w:t>
      </w:r>
      <w:r>
        <w:t>(small droplets or particles</w:t>
      </w:r>
      <w:r w:rsidR="00C13CB1">
        <w:t xml:space="preserve"> </w:t>
      </w:r>
      <w:r>
        <w:t>suspended in</w:t>
      </w:r>
      <w:r w:rsidR="00C13CB1">
        <w:t xml:space="preserve"> </w:t>
      </w:r>
      <w:r>
        <w:t>the atmosphere).</w:t>
      </w:r>
      <w:r w:rsidR="00E21756">
        <w:t xml:space="preserve"> </w:t>
      </w:r>
      <w:r>
        <w:t>Most aerosols cool Earth by reflecting sunlight back to</w:t>
      </w:r>
      <w:r w:rsidR="00E21756">
        <w:t xml:space="preserve"> </w:t>
      </w:r>
      <w:r>
        <w:t>space. Some</w:t>
      </w:r>
      <w:r w:rsidR="00E21756">
        <w:t xml:space="preserve"> </w:t>
      </w:r>
      <w:r>
        <w:t>aerosols also affect</w:t>
      </w:r>
      <w:r w:rsidR="00E21756">
        <w:t xml:space="preserve"> </w:t>
      </w:r>
      <w:r>
        <w:t>the formation of clouds, which</w:t>
      </w:r>
      <w:r w:rsidR="00E21756">
        <w:t xml:space="preserve"> </w:t>
      </w:r>
      <w:r>
        <w:t>can have a</w:t>
      </w:r>
      <w:r w:rsidR="00E21756">
        <w:t xml:space="preserve"> </w:t>
      </w:r>
      <w:r>
        <w:t>warming or cooling</w:t>
      </w:r>
      <w:r w:rsidR="00E21756">
        <w:t xml:space="preserve"> </w:t>
      </w:r>
      <w:r>
        <w:t>effect depending on their type a</w:t>
      </w:r>
      <w:r>
        <w:t>nd</w:t>
      </w:r>
      <w:r w:rsidR="00E21756">
        <w:t xml:space="preserve"> </w:t>
      </w:r>
      <w:r>
        <w:t>location. Black carbon particles (or</w:t>
      </w:r>
      <w:r w:rsidR="00E21756">
        <w:t xml:space="preserve"> </w:t>
      </w:r>
      <w:r>
        <w:t>“soot”) produced when fossil fuels</w:t>
      </w:r>
      <w:r w:rsidR="00E21756">
        <w:t xml:space="preserve"> </w:t>
      </w:r>
      <w:r>
        <w:t>or vegetation are burned generally</w:t>
      </w:r>
      <w:r w:rsidR="00E21756">
        <w:t xml:space="preserve"> </w:t>
      </w:r>
      <w:r>
        <w:t>have a</w:t>
      </w:r>
      <w:r w:rsidR="00E21756">
        <w:t xml:space="preserve"> </w:t>
      </w:r>
      <w:r>
        <w:t>warming effect because they</w:t>
      </w:r>
      <w:r w:rsidR="00E21756">
        <w:t xml:space="preserve"> </w:t>
      </w:r>
      <w:r>
        <w:t xml:space="preserve">absorb incoming solar radiation. </w:t>
      </w:r>
    </w:p>
    <w:p w14:paraId="353BBC79" w14:textId="77777777" w:rsidR="00E21756" w:rsidRDefault="00E21756" w:rsidP="00E21756">
      <w:pPr>
        <w:pStyle w:val="ae"/>
        <w:spacing w:line="360" w:lineRule="auto"/>
        <w:ind w:left="760"/>
      </w:pPr>
    </w:p>
    <w:p w14:paraId="3946289C" w14:textId="4B8E82C6" w:rsidR="007E3AE7" w:rsidRDefault="00475F0B" w:rsidP="00E21756">
      <w:pPr>
        <w:pStyle w:val="ae"/>
        <w:spacing w:line="360" w:lineRule="auto"/>
        <w:ind w:left="760"/>
      </w:pPr>
      <w:r>
        <w:t>continued</w:t>
      </w:r>
    </w:p>
    <w:p w14:paraId="4B8E9198" w14:textId="347CA7A5" w:rsidR="007E3AE7" w:rsidRDefault="00475F0B" w:rsidP="00E21756">
      <w:pPr>
        <w:spacing w:line="360" w:lineRule="auto"/>
        <w:ind w:firstLine="400"/>
      </w:pPr>
      <w:r>
        <w:t>closer to that of</w:t>
      </w:r>
      <w:r w:rsidR="00E21756">
        <w:t xml:space="preserve"> </w:t>
      </w:r>
      <w:r>
        <w:t xml:space="preserve">a </w:t>
      </w:r>
      <w:r>
        <w:t>long-term CO2 increase than to that of</w:t>
      </w:r>
      <w:r w:rsidR="00E21756">
        <w:t xml:space="preserve"> </w:t>
      </w:r>
      <w:r>
        <w:t>a fluctuating Sun alone. Scientists</w:t>
      </w:r>
      <w:r w:rsidR="00E21756">
        <w:t xml:space="preserve"> </w:t>
      </w:r>
      <w:r>
        <w:t>routinely test whether purely natural changes in</w:t>
      </w:r>
      <w:r w:rsidR="00E21756">
        <w:t xml:space="preserve"> </w:t>
      </w:r>
      <w:r>
        <w:t>the Sun, volcanic activity, or internal climate</w:t>
      </w:r>
      <w:r w:rsidR="00E21756">
        <w:t xml:space="preserve"> </w:t>
      </w:r>
      <w:r>
        <w:t xml:space="preserve">variability could plausibly explain the patterns of change they have observed in many </w:t>
      </w:r>
      <w:r>
        <w:t>different</w:t>
      </w:r>
      <w:r w:rsidR="00E21756">
        <w:t xml:space="preserve"> </w:t>
      </w:r>
      <w:r>
        <w:t>aspects of</w:t>
      </w:r>
      <w:r w:rsidR="00E21756">
        <w:t xml:space="preserve"> </w:t>
      </w:r>
      <w:r>
        <w:t xml:space="preserve">the climate system. These analyses have shown that the observed climate </w:t>
      </w:r>
      <w:r>
        <w:lastRenderedPageBreak/>
        <w:t>changes</w:t>
      </w:r>
      <w:r w:rsidR="00E21756">
        <w:t xml:space="preserve"> </w:t>
      </w:r>
      <w:r>
        <w:t>of</w:t>
      </w:r>
      <w:r w:rsidR="00E21756">
        <w:t xml:space="preserve"> </w:t>
      </w:r>
      <w:r>
        <w:t>the past several decades cannot be explained just by natural factors.</w:t>
      </w:r>
    </w:p>
    <w:p w14:paraId="37744A16" w14:textId="77777777" w:rsidR="007E3AE7" w:rsidRPr="00E21756" w:rsidRDefault="00475F0B">
      <w:pPr>
        <w:spacing w:line="360" w:lineRule="auto"/>
        <w:ind w:firstLine="400"/>
        <w:rPr>
          <w:sz w:val="32"/>
          <w:szCs w:val="32"/>
        </w:rPr>
      </w:pPr>
      <w:r w:rsidRPr="00E21756">
        <w:rPr>
          <w:sz w:val="32"/>
          <w:szCs w:val="32"/>
        </w:rPr>
        <w:t>How will climate change inthe future?</w:t>
      </w:r>
    </w:p>
    <w:p w14:paraId="40255CC4" w14:textId="77777777" w:rsidR="00E21756" w:rsidRDefault="00475F0B" w:rsidP="00E21756">
      <w:pPr>
        <w:spacing w:line="360" w:lineRule="auto"/>
        <w:ind w:firstLine="400"/>
      </w:pPr>
      <w:r>
        <w:t>Scientists have made major advances in</w:t>
      </w:r>
      <w:r w:rsidR="00E21756">
        <w:t xml:space="preserve"> </w:t>
      </w:r>
      <w:r>
        <w:t>the obse</w:t>
      </w:r>
      <w:r>
        <w:t>rvations, theory, and modelling of Earth’s</w:t>
      </w:r>
      <w:r w:rsidR="00E21756">
        <w:t xml:space="preserve"> </w:t>
      </w:r>
      <w:r>
        <w:t>climate system, and these advances have enabled them to project future climate change</w:t>
      </w:r>
      <w:r w:rsidR="00E21756">
        <w:t xml:space="preserve"> </w:t>
      </w:r>
      <w:r>
        <w:t>with increasing confidence. Nevertheless, several major issues make it impossible to give</w:t>
      </w:r>
      <w:r w:rsidR="00E21756">
        <w:t xml:space="preserve"> </w:t>
      </w:r>
      <w:r>
        <w:t>precise estimates of</w:t>
      </w:r>
      <w:r w:rsidR="00E21756">
        <w:t xml:space="preserve"> </w:t>
      </w:r>
      <w:r>
        <w:t>how global or reg</w:t>
      </w:r>
      <w:r>
        <w:t>ional temperature trends will evolve decade by decade</w:t>
      </w:r>
      <w:r w:rsidR="00E21756">
        <w:t xml:space="preserve"> </w:t>
      </w:r>
      <w:r>
        <w:t>into the future. Firstly, we cannot predict how much CO2 human activities will emit, as this</w:t>
      </w:r>
      <w:r w:rsidR="00E21756">
        <w:t xml:space="preserve"> </w:t>
      </w:r>
      <w:r>
        <w:t>depends on factors such ashow the global economy develops and</w:t>
      </w:r>
      <w:r w:rsidR="00E21756">
        <w:t xml:space="preserve"> </w:t>
      </w:r>
      <w:r>
        <w:t>how society’s</w:t>
      </w:r>
      <w:r w:rsidR="00E21756">
        <w:t xml:space="preserve"> </w:t>
      </w:r>
      <w:r>
        <w:t>production</w:t>
      </w:r>
      <w:r w:rsidR="00E21756">
        <w:t xml:space="preserve"> </w:t>
      </w:r>
      <w:r>
        <w:t xml:space="preserve">and </w:t>
      </w:r>
      <w:r>
        <w:t>consumption of energy changes inthe coming decades. Secondly, with current</w:t>
      </w:r>
      <w:r w:rsidR="00E21756">
        <w:t xml:space="preserve"> </w:t>
      </w:r>
      <w:r>
        <w:t>understanding of</w:t>
      </w:r>
      <w:r w:rsidR="00E21756">
        <w:t xml:space="preserve"> </w:t>
      </w:r>
      <w:r>
        <w:t>the complexities of</w:t>
      </w:r>
      <w:r w:rsidR="00E21756">
        <w:t xml:space="preserve"> </w:t>
      </w:r>
      <w:r>
        <w:t>how climate feedbacks operate, there isa range of</w:t>
      </w:r>
      <w:r w:rsidR="00E21756">
        <w:t xml:space="preserve"> </w:t>
      </w:r>
      <w:r>
        <w:t>possible outcomes, even fora particular scenario ofCO2 emissions. Finally, over timescales</w:t>
      </w:r>
      <w:r w:rsidR="00E21756">
        <w:t xml:space="preserve"> </w:t>
      </w:r>
      <w:r>
        <w:t>of</w:t>
      </w:r>
      <w:r w:rsidR="00E21756">
        <w:t xml:space="preserve"> </w:t>
      </w:r>
      <w:r>
        <w:t>a d</w:t>
      </w:r>
      <w:r>
        <w:t>ecade or</w:t>
      </w:r>
      <w:r w:rsidR="00E21756">
        <w:t xml:space="preserve"> </w:t>
      </w:r>
      <w:r>
        <w:t>so, natural variability can modulate the effects of</w:t>
      </w:r>
      <w:r w:rsidR="00E21756">
        <w:t xml:space="preserve"> </w:t>
      </w:r>
      <w:r>
        <w:t>an underlying trend in</w:t>
      </w:r>
      <w:r w:rsidR="00E21756">
        <w:t xml:space="preserve"> </w:t>
      </w:r>
      <w:r>
        <w:t>temperature. Taken together, all model projections indicate that Earth will continue to warm</w:t>
      </w:r>
      <w:r w:rsidR="00E21756">
        <w:t xml:space="preserve"> </w:t>
      </w:r>
      <w:r>
        <w:t>considerably more over the next few decades to centuries. If there were no techno</w:t>
      </w:r>
      <w:r>
        <w:t>logical or</w:t>
      </w:r>
      <w:r w:rsidR="00E21756">
        <w:t xml:space="preserve"> </w:t>
      </w:r>
      <w:r>
        <w:t>policy changes to reduce emission trends from their current trajectory, then further globally-</w:t>
      </w:r>
      <w:r>
        <w:t>averaged warming of</w:t>
      </w:r>
      <w:r w:rsidR="00E21756">
        <w:t xml:space="preserve"> </w:t>
      </w:r>
      <w:r>
        <w:t>2.6to 4.8 °C (4.7to 8.6 °F) in addition to that which has already</w:t>
      </w:r>
      <w:r w:rsidR="00E21756">
        <w:t xml:space="preserve"> </w:t>
      </w:r>
      <w:r>
        <w:t>occurred would be expected during the 21st century</w:t>
      </w:r>
      <w:r>
        <w:t xml:space="preserve">. </w:t>
      </w:r>
      <w:r>
        <w:t>Projecting what those ranges</w:t>
      </w:r>
      <w:r w:rsidR="00E21756">
        <w:t xml:space="preserve"> </w:t>
      </w:r>
      <w:r>
        <w:t>will mean for</w:t>
      </w:r>
      <w:r w:rsidR="00E21756">
        <w:t xml:space="preserve"> </w:t>
      </w:r>
      <w:r>
        <w:t>t</w:t>
      </w:r>
      <w:r>
        <w:t>he climate experienced at</w:t>
      </w:r>
      <w:r w:rsidR="00E21756">
        <w:t xml:space="preserve"> </w:t>
      </w:r>
      <w:r>
        <w:t>any particular location isa challenging scientific</w:t>
      </w:r>
      <w:r w:rsidR="00E21756">
        <w:t xml:space="preserve"> </w:t>
      </w:r>
      <w:r>
        <w:t xml:space="preserve">problem, but estimates are continuing to improve as regional and local-scale models advance. </w:t>
      </w:r>
    </w:p>
    <w:p w14:paraId="52C6580F" w14:textId="77777777" w:rsidR="00E21756" w:rsidRDefault="00E21756">
      <w:pPr>
        <w:spacing w:line="360" w:lineRule="auto"/>
        <w:ind w:firstLine="400"/>
      </w:pPr>
    </w:p>
    <w:p w14:paraId="7804159F" w14:textId="1D6EEEC5" w:rsidR="007E3AE7" w:rsidRPr="00DC6A2E" w:rsidRDefault="00475F0B" w:rsidP="00DC6A2E">
      <w:pPr>
        <w:pStyle w:val="ae"/>
        <w:numPr>
          <w:ilvl w:val="0"/>
          <w:numId w:val="15"/>
        </w:numPr>
        <w:spacing w:line="360" w:lineRule="auto"/>
        <w:rPr>
          <w:sz w:val="36"/>
          <w:szCs w:val="36"/>
        </w:rPr>
      </w:pPr>
      <w:r w:rsidRPr="00DC6A2E">
        <w:rPr>
          <w:sz w:val="36"/>
          <w:szCs w:val="36"/>
        </w:rPr>
        <w:lastRenderedPageBreak/>
        <w:t>If</w:t>
      </w:r>
      <w:r w:rsidR="00B802B6" w:rsidRPr="00DC6A2E">
        <w:rPr>
          <w:sz w:val="36"/>
          <w:szCs w:val="36"/>
          <w:lang w:val="uk-UA"/>
        </w:rPr>
        <w:t xml:space="preserve"> </w:t>
      </w:r>
      <w:r w:rsidRPr="00DC6A2E">
        <w:rPr>
          <w:sz w:val="36"/>
          <w:szCs w:val="36"/>
        </w:rPr>
        <w:t>the world is warming, why</w:t>
      </w:r>
      <w:r w:rsidR="00DC6A2E" w:rsidRPr="00DC6A2E">
        <w:rPr>
          <w:sz w:val="36"/>
          <w:szCs w:val="36"/>
        </w:rPr>
        <w:t xml:space="preserve"> </w:t>
      </w:r>
      <w:r w:rsidRPr="00DC6A2E">
        <w:rPr>
          <w:sz w:val="36"/>
          <w:szCs w:val="36"/>
        </w:rPr>
        <w:t>are some</w:t>
      </w:r>
      <w:r w:rsidR="00DC6A2E" w:rsidRPr="00DC6A2E">
        <w:rPr>
          <w:sz w:val="36"/>
          <w:szCs w:val="36"/>
        </w:rPr>
        <w:t xml:space="preserve"> </w:t>
      </w:r>
      <w:r w:rsidRPr="00DC6A2E">
        <w:rPr>
          <w:sz w:val="36"/>
          <w:szCs w:val="36"/>
        </w:rPr>
        <w:t>winters and summers still very cold?</w:t>
      </w:r>
    </w:p>
    <w:p w14:paraId="1B625622" w14:textId="168E5EFF" w:rsidR="007E3AE7" w:rsidRDefault="00475F0B" w:rsidP="00DC6A2E">
      <w:pPr>
        <w:spacing w:line="360" w:lineRule="auto"/>
        <w:ind w:firstLine="400"/>
      </w:pPr>
      <w:r>
        <w:t>G</w:t>
      </w:r>
      <w:r>
        <w:t>lobal warming is</w:t>
      </w:r>
      <w:r w:rsidR="00DC6A2E">
        <w:t xml:space="preserve"> </w:t>
      </w:r>
      <w:r>
        <w:t xml:space="preserve">a long-term trend, but that does </w:t>
      </w:r>
      <w:r>
        <w:t>not mean that every year will be</w:t>
      </w:r>
      <w:r w:rsidR="00DC6A2E">
        <w:t xml:space="preserve"> </w:t>
      </w:r>
      <w:r>
        <w:t>warmer than the previous one. Day-to-dayand year-to-year changes in weather patterns</w:t>
      </w:r>
      <w:r w:rsidR="00DC6A2E">
        <w:t xml:space="preserve"> </w:t>
      </w:r>
      <w:r>
        <w:t>will continue to produce some unusually cold days and nights and winters and summers,</w:t>
      </w:r>
      <w:r w:rsidR="00DC6A2E">
        <w:t xml:space="preserve"> </w:t>
      </w:r>
      <w:r>
        <w:t>even as</w:t>
      </w:r>
      <w:r w:rsidR="00DC6A2E">
        <w:t xml:space="preserve"> </w:t>
      </w:r>
      <w:r>
        <w:t>the climate warms.</w:t>
      </w:r>
    </w:p>
    <w:p w14:paraId="77C24C28" w14:textId="07ED1CD3" w:rsidR="007E3AE7" w:rsidRDefault="00475F0B" w:rsidP="00DC6A2E">
      <w:pPr>
        <w:spacing w:line="360" w:lineRule="auto"/>
        <w:ind w:firstLine="400"/>
      </w:pPr>
      <w:r>
        <w:t xml:space="preserve">Climate change means </w:t>
      </w:r>
      <w:r>
        <w:t>not only changes in globally averaged surface temperature, but also changes in</w:t>
      </w:r>
      <w:r w:rsidR="00DC6A2E">
        <w:t xml:space="preserve"> </w:t>
      </w:r>
      <w:r>
        <w:t>atmospheric circulation, in</w:t>
      </w:r>
      <w:r w:rsidR="00DC6A2E">
        <w:t xml:space="preserve"> </w:t>
      </w:r>
      <w:r>
        <w:t>the size and patterns of natural climate variations, andin local weather. La</w:t>
      </w:r>
      <w:r w:rsidR="00DC6A2E">
        <w:t xml:space="preserve"> </w:t>
      </w:r>
      <w:r>
        <w:t xml:space="preserve">Niña events shift weather patterns so that some regions are made wetter, </w:t>
      </w:r>
      <w:r>
        <w:t>and</w:t>
      </w:r>
      <w:r w:rsidR="00DC6A2E">
        <w:t xml:space="preserve"> </w:t>
      </w:r>
      <w:r>
        <w:t>wet summers are generally</w:t>
      </w:r>
      <w:r w:rsidR="00DC6A2E">
        <w:t xml:space="preserve"> </w:t>
      </w:r>
      <w:r>
        <w:t>cooler. Stronger winds from polar regions can contribute to</w:t>
      </w:r>
      <w:r w:rsidR="00DC6A2E">
        <w:t xml:space="preserve"> </w:t>
      </w:r>
      <w:r>
        <w:t>an occasional colder winter. In</w:t>
      </w:r>
      <w:r w:rsidR="00DC6A2E">
        <w:t xml:space="preserve"> </w:t>
      </w:r>
      <w:r>
        <w:t>a similar way,</w:t>
      </w:r>
      <w:r w:rsidR="00DC6A2E">
        <w:t xml:space="preserve"> </w:t>
      </w:r>
      <w:r>
        <w:t>the persistence of</w:t>
      </w:r>
      <w:r w:rsidR="00DC6A2E">
        <w:t xml:space="preserve"> </w:t>
      </w:r>
      <w:r>
        <w:t>one phase of</w:t>
      </w:r>
      <w:r w:rsidR="00DC6A2E">
        <w:t xml:space="preserve"> </w:t>
      </w:r>
      <w:r>
        <w:t>an atmospheric circulation pattern known as</w:t>
      </w:r>
      <w:r w:rsidR="00DC6A2E">
        <w:t xml:space="preserve"> </w:t>
      </w:r>
      <w:r>
        <w:t>the North Atlantic Oscilla</w:t>
      </w:r>
      <w:r>
        <w:t>tion has contributed</w:t>
      </w:r>
      <w:r>
        <w:t xml:space="preserve"> to several recent cold winters in Europe, eastern North America, and northern Asia.</w:t>
      </w:r>
    </w:p>
    <w:p w14:paraId="19BEC3D2" w14:textId="1C9FF18B" w:rsidR="007E3AE7" w:rsidRDefault="00475F0B" w:rsidP="00DC6A2E">
      <w:pPr>
        <w:spacing w:line="360" w:lineRule="auto"/>
        <w:ind w:firstLine="400"/>
      </w:pPr>
      <w:r>
        <w:t>Atmospheric and ocean circulation patterns will evolve as Earth warms and will influence storm tracks</w:t>
      </w:r>
      <w:r w:rsidR="00DC6A2E">
        <w:t xml:space="preserve"> </w:t>
      </w:r>
      <w:r>
        <w:t>and many ot</w:t>
      </w:r>
      <w:r>
        <w:t>her aspects of</w:t>
      </w:r>
      <w:r w:rsidR="00DC6A2E">
        <w:t xml:space="preserve"> </w:t>
      </w:r>
      <w:r>
        <w:t>the weather.</w:t>
      </w:r>
      <w:r w:rsidR="00DC6A2E">
        <w:t xml:space="preserve"> </w:t>
      </w:r>
      <w:r>
        <w:t>Global warming tilts the odds i</w:t>
      </w:r>
      <w:r>
        <w:t>n favour of more warm days and</w:t>
      </w:r>
      <w:r w:rsidR="00DC6A2E">
        <w:t xml:space="preserve"> </w:t>
      </w:r>
      <w:r>
        <w:t>seasons and fewer cold days and seasons. For example, across the continental United States in</w:t>
      </w:r>
      <w:r w:rsidR="00DC6A2E">
        <w:t xml:space="preserve"> </w:t>
      </w:r>
      <w:r>
        <w:t>the 1960s</w:t>
      </w:r>
      <w:r w:rsidR="00DC6A2E">
        <w:t xml:space="preserve"> </w:t>
      </w:r>
      <w:r>
        <w:t>there were more daily record low temperatures than record highs, but</w:t>
      </w:r>
      <w:r w:rsidR="00DC6A2E">
        <w:t xml:space="preserve"> </w:t>
      </w:r>
      <w:r>
        <w:t>in the 2000s there were more than</w:t>
      </w:r>
      <w:r w:rsidR="00DC6A2E">
        <w:t xml:space="preserve"> </w:t>
      </w:r>
      <w:r>
        <w:t>twice as many record</w:t>
      </w:r>
      <w:r>
        <w:t xml:space="preserve"> highs as record lows. Another important example of tilting the odds is that over</w:t>
      </w:r>
      <w:r w:rsidR="00DC6A2E">
        <w:t xml:space="preserve"> </w:t>
      </w:r>
      <w:r>
        <w:t>recent decades heatwaves have increased in frequency in large parts of Europe, Asia, South America, and</w:t>
      </w:r>
      <w:r w:rsidR="00DC6A2E">
        <w:t xml:space="preserve"> </w:t>
      </w:r>
      <w:r>
        <w:t>Australia. Marine heat waves are also increasing</w:t>
      </w:r>
      <w:r>
        <w:t>.</w:t>
      </w:r>
    </w:p>
    <w:p w14:paraId="1366FE98" w14:textId="18096B80" w:rsidR="007E3AE7" w:rsidRPr="00DC6A2E" w:rsidRDefault="00DC6A2E" w:rsidP="00DC6A2E">
      <w:pPr>
        <w:pStyle w:val="ae"/>
        <w:numPr>
          <w:ilvl w:val="0"/>
          <w:numId w:val="15"/>
        </w:numPr>
        <w:spacing w:line="360" w:lineRule="auto"/>
        <w:rPr>
          <w:sz w:val="36"/>
          <w:szCs w:val="36"/>
        </w:rPr>
      </w:pPr>
      <w:r w:rsidRPr="00DC6A2E">
        <w:rPr>
          <w:sz w:val="36"/>
          <w:szCs w:val="36"/>
        </w:rPr>
        <w:lastRenderedPageBreak/>
        <w:t xml:space="preserve"> </w:t>
      </w:r>
      <w:r w:rsidR="00475F0B" w:rsidRPr="00DC6A2E">
        <w:rPr>
          <w:sz w:val="36"/>
          <w:szCs w:val="36"/>
        </w:rPr>
        <w:t xml:space="preserve">Why is </w:t>
      </w:r>
      <w:r w:rsidRPr="00DC6A2E">
        <w:rPr>
          <w:sz w:val="36"/>
          <w:szCs w:val="36"/>
        </w:rPr>
        <w:t xml:space="preserve">Arctic Sea </w:t>
      </w:r>
      <w:r w:rsidR="00475F0B" w:rsidRPr="00DC6A2E">
        <w:rPr>
          <w:sz w:val="36"/>
          <w:szCs w:val="36"/>
        </w:rPr>
        <w:t>ice decreasing while</w:t>
      </w:r>
      <w:r w:rsidRPr="00DC6A2E">
        <w:rPr>
          <w:sz w:val="36"/>
          <w:szCs w:val="36"/>
        </w:rPr>
        <w:t xml:space="preserve"> Antarctic Sea </w:t>
      </w:r>
      <w:r w:rsidR="00475F0B" w:rsidRPr="00DC6A2E">
        <w:rPr>
          <w:sz w:val="36"/>
          <w:szCs w:val="36"/>
        </w:rPr>
        <w:t>ice has changed little?</w:t>
      </w:r>
    </w:p>
    <w:p w14:paraId="27A32871" w14:textId="641D72DC" w:rsidR="007E3AE7" w:rsidRDefault="00475F0B" w:rsidP="00DC6A2E">
      <w:pPr>
        <w:spacing w:line="360" w:lineRule="auto"/>
        <w:ind w:firstLine="400"/>
      </w:pPr>
      <w:r>
        <w:t>S</w:t>
      </w:r>
      <w:r>
        <w:t>ea</w:t>
      </w:r>
      <w:r w:rsidR="00DC6A2E">
        <w:t xml:space="preserve"> </w:t>
      </w:r>
      <w:r>
        <w:t>ice extent is affected by winds and ocean currents as well as temperature. Sea</w:t>
      </w:r>
      <w:r w:rsidR="00DC6A2E">
        <w:t xml:space="preserve"> </w:t>
      </w:r>
      <w:r>
        <w:t>ice</w:t>
      </w:r>
      <w:r w:rsidR="00DC6A2E">
        <w:t xml:space="preserve"> </w:t>
      </w:r>
      <w:r>
        <w:t>in</w:t>
      </w:r>
      <w:r w:rsidR="00DC6A2E">
        <w:t xml:space="preserve"> </w:t>
      </w:r>
      <w:r>
        <w:t>the partly-enclosed Arctic Ocean seems to</w:t>
      </w:r>
      <w:r w:rsidR="00DC6A2E">
        <w:t xml:space="preserve"> </w:t>
      </w:r>
      <w:r>
        <w:t>be responding directly to warming, while</w:t>
      </w:r>
      <w:r w:rsidR="00DC6A2E">
        <w:t xml:space="preserve"> </w:t>
      </w:r>
      <w:r>
        <w:t>changes</w:t>
      </w:r>
      <w:r>
        <w:t xml:space="preserve"> in winds and</w:t>
      </w:r>
      <w:r w:rsidR="00DC6A2E">
        <w:t xml:space="preserve"> </w:t>
      </w:r>
      <w:r>
        <w:t>in the ocean seem to</w:t>
      </w:r>
      <w:r w:rsidR="00DC6A2E">
        <w:t xml:space="preserve"> </w:t>
      </w:r>
      <w:r>
        <w:t>be dominating the patterns of climate and</w:t>
      </w:r>
      <w:r w:rsidR="00DC6A2E">
        <w:t xml:space="preserve"> </w:t>
      </w:r>
      <w:r>
        <w:t>s</w:t>
      </w:r>
      <w:r>
        <w:t>ea</w:t>
      </w:r>
      <w:r w:rsidR="00DC6A2E">
        <w:t xml:space="preserve"> </w:t>
      </w:r>
      <w:r>
        <w:t>ice change in</w:t>
      </w:r>
      <w:r w:rsidR="00DC6A2E">
        <w:t xml:space="preserve"> </w:t>
      </w:r>
      <w:r>
        <w:t>the ocean around Antarctica.</w:t>
      </w:r>
    </w:p>
    <w:p w14:paraId="341DAC8C" w14:textId="00BC26AC" w:rsidR="007E3AE7" w:rsidRDefault="00475F0B" w:rsidP="00DC6A2E">
      <w:pPr>
        <w:spacing w:line="360" w:lineRule="auto"/>
        <w:ind w:firstLine="400"/>
      </w:pPr>
      <w:r>
        <w:t>Some differences in seasonal sea</w:t>
      </w:r>
      <w:r w:rsidR="00DC6A2E">
        <w:t xml:space="preserve"> </w:t>
      </w:r>
      <w:r>
        <w:t>ice extent between the Arctic and Antarctic are</w:t>
      </w:r>
      <w:r w:rsidR="00DC6A2E">
        <w:t xml:space="preserve"> </w:t>
      </w:r>
      <w:r>
        <w:t>due to basic geography</w:t>
      </w:r>
      <w:r w:rsidR="00DC6A2E">
        <w:t xml:space="preserve"> a</w:t>
      </w:r>
      <w:r>
        <w:t>nd</w:t>
      </w:r>
      <w:r w:rsidR="00DC6A2E">
        <w:t xml:space="preserve"> </w:t>
      </w:r>
      <w:r>
        <w:t xml:space="preserve">its influence on </w:t>
      </w:r>
      <w:r>
        <w:t>atmospheric and oceanic circulation. The Arctic is</w:t>
      </w:r>
      <w:r w:rsidR="00DC6A2E">
        <w:t xml:space="preserve"> </w:t>
      </w:r>
      <w:r>
        <w:t>an ocean basin surrounded largely</w:t>
      </w:r>
      <w:r w:rsidR="00DC6A2E">
        <w:t xml:space="preserve"> </w:t>
      </w:r>
      <w:r>
        <w:t>by mountainous continental land masses, and Antarctica is</w:t>
      </w:r>
      <w:r w:rsidR="00DC6A2E">
        <w:t xml:space="preserve"> </w:t>
      </w:r>
      <w:r>
        <w:t>a continent surrounded by ocean. In</w:t>
      </w:r>
      <w:r w:rsidR="00DC6A2E">
        <w:t xml:space="preserve"> </w:t>
      </w:r>
      <w:r>
        <w:t>the</w:t>
      </w:r>
      <w:r w:rsidR="00DC6A2E">
        <w:t xml:space="preserve"> </w:t>
      </w:r>
      <w:r>
        <w:t>Arctic, sea</w:t>
      </w:r>
      <w:r w:rsidR="00DC6A2E">
        <w:t xml:space="preserve"> </w:t>
      </w:r>
      <w:r>
        <w:t>ice extent is limited by</w:t>
      </w:r>
      <w:r w:rsidR="00DC6A2E">
        <w:t xml:space="preserve"> </w:t>
      </w:r>
      <w:r>
        <w:t>the surrounding land masses. In</w:t>
      </w:r>
      <w:r w:rsidR="00DC6A2E">
        <w:t xml:space="preserve"> </w:t>
      </w:r>
      <w:r>
        <w:t>the Southe</w:t>
      </w:r>
      <w:r>
        <w:t>rn Ocean winter, sea</w:t>
      </w:r>
      <w:r w:rsidR="00DC6A2E">
        <w:t xml:space="preserve"> </w:t>
      </w:r>
      <w:r>
        <w:t>ice can</w:t>
      </w:r>
      <w:r w:rsidR="00DC6A2E">
        <w:t xml:space="preserve"> </w:t>
      </w:r>
      <w:r>
        <w:t>expand freely in</w:t>
      </w:r>
      <w:r w:rsidR="00DC6A2E">
        <w:t xml:space="preserve"> </w:t>
      </w:r>
      <w:r>
        <w:t>to the surrounding ocean, with its southern boundary set</w:t>
      </w:r>
      <w:r w:rsidR="00DC6A2E">
        <w:t xml:space="preserve"> </w:t>
      </w:r>
      <w:r>
        <w:t>by the coastline of Antarctica.</w:t>
      </w:r>
      <w:r w:rsidR="00DC6A2E">
        <w:t xml:space="preserve"> Because Antarctic Sea </w:t>
      </w:r>
      <w:r>
        <w:t>ice forms at latitudes further from the South Pole (and closer to</w:t>
      </w:r>
      <w:r w:rsidR="00DC6A2E">
        <w:t xml:space="preserve"> </w:t>
      </w:r>
      <w:r>
        <w:t>the equator), less</w:t>
      </w:r>
      <w:r w:rsidR="00DC6A2E">
        <w:t xml:space="preserve"> </w:t>
      </w:r>
      <w:r>
        <w:t>ice survives the su</w:t>
      </w:r>
      <w:r>
        <w:t>mmer. Sea</w:t>
      </w:r>
      <w:r w:rsidR="00DC6A2E">
        <w:t xml:space="preserve"> </w:t>
      </w:r>
      <w:r>
        <w:t>ice extent in both poles changes seasonally; however, longer-term variability</w:t>
      </w:r>
      <w:r w:rsidR="00DC6A2E">
        <w:t xml:space="preserve"> </w:t>
      </w:r>
      <w:r>
        <w:t>in summer and winter ice extent is different in each hemisphere, duein part to these basic geographical</w:t>
      </w:r>
      <w:r w:rsidR="00DC6A2E">
        <w:t xml:space="preserve"> </w:t>
      </w:r>
      <w:r>
        <w:t>differences.</w:t>
      </w:r>
    </w:p>
    <w:p w14:paraId="114F3DD1" w14:textId="2E5B5C8B" w:rsidR="007E3AE7" w:rsidRDefault="00475F0B" w:rsidP="00DC6A2E">
      <w:pPr>
        <w:spacing w:line="360" w:lineRule="auto"/>
        <w:ind w:firstLine="400"/>
      </w:pPr>
      <w:r>
        <w:t>Sea</w:t>
      </w:r>
      <w:r w:rsidR="00DC6A2E">
        <w:t xml:space="preserve"> </w:t>
      </w:r>
      <w:r>
        <w:t>ice in</w:t>
      </w:r>
      <w:r w:rsidR="00DC6A2E">
        <w:t xml:space="preserve"> </w:t>
      </w:r>
      <w:r>
        <w:t>the Arctic has decreased dramatically since</w:t>
      </w:r>
      <w:r>
        <w:t xml:space="preserve"> the late 1970s, particularly in summer and autumn. Since the satellite record began in 1978, the yearly minimum </w:t>
      </w:r>
      <w:r w:rsidR="00DC6A2E">
        <w:t xml:space="preserve">Arctic sea </w:t>
      </w:r>
      <w:r>
        <w:t>ice extent (which occurs in September) has decreased by about 40%</w:t>
      </w:r>
      <w:r>
        <w:t>. Ice cover expands again each Arctic winter, but</w:t>
      </w:r>
      <w:r w:rsidR="00DC6A2E">
        <w:t xml:space="preserve"> t</w:t>
      </w:r>
      <w:r>
        <w:t>he</w:t>
      </w:r>
      <w:r w:rsidR="00DC6A2E">
        <w:t xml:space="preserve"> </w:t>
      </w:r>
      <w:r>
        <w:t>ice</w:t>
      </w:r>
      <w:r>
        <w:t xml:space="preserve"> is thinner than it used to</w:t>
      </w:r>
      <w:r w:rsidR="00DC6A2E">
        <w:t xml:space="preserve"> </w:t>
      </w:r>
      <w:r>
        <w:t>be. Estimates of past seaice extent suggest that this decline maybe</w:t>
      </w:r>
      <w:r w:rsidR="00DC6A2E">
        <w:t xml:space="preserve"> </w:t>
      </w:r>
      <w:r>
        <w:t xml:space="preserve">unprecedented </w:t>
      </w:r>
      <w:r>
        <w:t>i</w:t>
      </w:r>
      <w:r>
        <w:t>n</w:t>
      </w:r>
      <w:r w:rsidR="00DC6A2E">
        <w:t xml:space="preserve"> </w:t>
      </w:r>
      <w:r>
        <w:t>a</w:t>
      </w:r>
      <w:r>
        <w:t xml:space="preserve">t least the past 1,450 years. Because </w:t>
      </w:r>
      <w:r>
        <w:lastRenderedPageBreak/>
        <w:t>sea</w:t>
      </w:r>
      <w:r w:rsidR="00DC6A2E">
        <w:t xml:space="preserve"> </w:t>
      </w:r>
      <w:r>
        <w:t>ice is highly reflective, warming is amplified as</w:t>
      </w:r>
      <w:r w:rsidR="00DC6A2E">
        <w:t xml:space="preserve"> </w:t>
      </w:r>
      <w:r>
        <w:t>the</w:t>
      </w:r>
      <w:r w:rsidR="00DC6A2E">
        <w:t xml:space="preserve"> </w:t>
      </w:r>
      <w:r>
        <w:t>ice decreases and more sunshine is absorbed by</w:t>
      </w:r>
      <w:r w:rsidR="00DC6A2E">
        <w:t xml:space="preserve"> </w:t>
      </w:r>
      <w:r>
        <w:t xml:space="preserve">the </w:t>
      </w:r>
      <w:r>
        <w:t>darker underlying ocean surface.</w:t>
      </w:r>
    </w:p>
    <w:p w14:paraId="6B0E5226" w14:textId="77777777" w:rsidR="008775AC" w:rsidRDefault="00475F0B" w:rsidP="00DC6A2E">
      <w:pPr>
        <w:spacing w:line="360" w:lineRule="auto"/>
        <w:ind w:firstLine="400"/>
      </w:pPr>
      <w:r>
        <w:t>Sea</w:t>
      </w:r>
      <w:r w:rsidR="00DC6A2E">
        <w:t xml:space="preserve"> </w:t>
      </w:r>
      <w:r>
        <w:t>ice in</w:t>
      </w:r>
      <w:r w:rsidR="00DC6A2E">
        <w:t xml:space="preserve"> </w:t>
      </w:r>
      <w:r>
        <w:t>the Antarctic showed a</w:t>
      </w:r>
      <w:r w:rsidR="00DC6A2E">
        <w:t xml:space="preserve"> </w:t>
      </w:r>
      <w:r>
        <w:t>slight increase in overall extent from 1979 to 2014, although some</w:t>
      </w:r>
      <w:r w:rsidR="00DC6A2E">
        <w:t xml:space="preserve"> </w:t>
      </w:r>
      <w:r>
        <w:t>areas, such as that tothe west ofthe Antarctic Peninsula experienced adecrease. Short-term trends in</w:t>
      </w:r>
      <w:r w:rsidR="00DC6A2E">
        <w:t xml:space="preserve"> </w:t>
      </w:r>
      <w:r>
        <w:t>the Southern Ocean, such</w:t>
      </w:r>
      <w:r>
        <w:t xml:space="preserve"> as those observed,</w:t>
      </w:r>
      <w:r w:rsidR="00DC6A2E">
        <w:t xml:space="preserve"> </w:t>
      </w:r>
      <w:r>
        <w:t>can readily occur from natural variability of</w:t>
      </w:r>
      <w:r w:rsidR="00DC6A2E">
        <w:t xml:space="preserve"> </w:t>
      </w:r>
      <w:r>
        <w:t>the</w:t>
      </w:r>
      <w:r w:rsidR="00DC6A2E">
        <w:t xml:space="preserve"> </w:t>
      </w:r>
      <w:r>
        <w:t>atmosphere, ocean and</w:t>
      </w:r>
      <w:r w:rsidR="00DC6A2E">
        <w:t xml:space="preserve"> </w:t>
      </w:r>
      <w:r>
        <w:t>sea ice system. Changes</w:t>
      </w:r>
      <w:r w:rsidR="00DC6A2E">
        <w:t xml:space="preserve"> </w:t>
      </w:r>
      <w:r>
        <w:t>in surface wind patterns around the continent</w:t>
      </w:r>
      <w:r w:rsidR="00DC6A2E">
        <w:t xml:space="preserve"> </w:t>
      </w:r>
      <w:r>
        <w:t>contributed to</w:t>
      </w:r>
      <w:r w:rsidR="00DC6A2E">
        <w:t xml:space="preserve"> </w:t>
      </w:r>
      <w:r>
        <w:t>the Antarctic pattern of</w:t>
      </w:r>
      <w:r w:rsidR="00DC6A2E">
        <w:t xml:space="preserve"> </w:t>
      </w:r>
      <w:r>
        <w:t>sea ice change; ocean factors such as</w:t>
      </w:r>
      <w:r w:rsidR="00DC6A2E">
        <w:t xml:space="preserve"> </w:t>
      </w:r>
      <w:r>
        <w:t>the addition of cool</w:t>
      </w:r>
      <w:r w:rsidR="00DC6A2E">
        <w:t xml:space="preserve"> </w:t>
      </w:r>
      <w:r>
        <w:t>fresh water from melting ice shelves may also</w:t>
      </w:r>
      <w:r w:rsidR="00DC6A2E">
        <w:t xml:space="preserve"> </w:t>
      </w:r>
      <w:r>
        <w:t>have played a</w:t>
      </w:r>
      <w:r w:rsidR="00DC6A2E">
        <w:t xml:space="preserve"> </w:t>
      </w:r>
      <w:r>
        <w:t>role. However, after 2014, Antarctic</w:t>
      </w:r>
      <w:r w:rsidR="00DC6A2E">
        <w:t xml:space="preserve"> </w:t>
      </w:r>
      <w:r>
        <w:t>ice extent began to decline, reaching a</w:t>
      </w:r>
      <w:r w:rsidR="00DC6A2E">
        <w:t xml:space="preserve"> </w:t>
      </w:r>
      <w:r>
        <w:t>record low</w:t>
      </w:r>
      <w:r w:rsidR="00DC6A2E">
        <w:t xml:space="preserve"> </w:t>
      </w:r>
      <w:r>
        <w:t>(within the40 years of satellite data) in 2017, and</w:t>
      </w:r>
      <w:r w:rsidR="00DC6A2E">
        <w:t xml:space="preserve"> </w:t>
      </w:r>
      <w:r>
        <w:t>remaining low</w:t>
      </w:r>
      <w:r w:rsidR="00DC6A2E">
        <w:t xml:space="preserve"> </w:t>
      </w:r>
      <w:r>
        <w:t>in the following two years</w:t>
      </w:r>
      <w:r>
        <w:t>.</w:t>
      </w:r>
    </w:p>
    <w:p w14:paraId="45EE39DA" w14:textId="2373F738" w:rsidR="007E3AE7" w:rsidRPr="008775AC" w:rsidRDefault="00475F0B" w:rsidP="008775AC">
      <w:pPr>
        <w:pStyle w:val="ae"/>
        <w:numPr>
          <w:ilvl w:val="0"/>
          <w:numId w:val="15"/>
        </w:numPr>
        <w:spacing w:line="360" w:lineRule="auto"/>
        <w:rPr>
          <w:sz w:val="32"/>
          <w:szCs w:val="32"/>
        </w:rPr>
      </w:pPr>
      <w:r w:rsidRPr="008775AC">
        <w:rPr>
          <w:sz w:val="32"/>
          <w:szCs w:val="32"/>
        </w:rPr>
        <w:t>How does climate change affect the</w:t>
      </w:r>
      <w:r w:rsidR="008775AC" w:rsidRPr="008775AC">
        <w:rPr>
          <w:sz w:val="32"/>
          <w:szCs w:val="32"/>
        </w:rPr>
        <w:t xml:space="preserve"> </w:t>
      </w:r>
      <w:r w:rsidRPr="008775AC">
        <w:rPr>
          <w:sz w:val="32"/>
          <w:szCs w:val="32"/>
        </w:rPr>
        <w:t>strength and frequency of floods,</w:t>
      </w:r>
      <w:r w:rsidR="008775AC" w:rsidRPr="008775AC">
        <w:rPr>
          <w:sz w:val="32"/>
          <w:szCs w:val="32"/>
        </w:rPr>
        <w:t xml:space="preserve"> </w:t>
      </w:r>
      <w:r w:rsidRPr="008775AC">
        <w:rPr>
          <w:sz w:val="32"/>
          <w:szCs w:val="32"/>
        </w:rPr>
        <w:t>droughts, hurricanes, and tornadoes?</w:t>
      </w:r>
    </w:p>
    <w:p w14:paraId="34F0C5C2" w14:textId="7209AA7C" w:rsidR="007E3AE7" w:rsidRDefault="00475F0B" w:rsidP="008775AC">
      <w:pPr>
        <w:spacing w:line="360" w:lineRule="auto"/>
        <w:ind w:firstLine="400"/>
      </w:pPr>
      <w:r>
        <w:t>E</w:t>
      </w:r>
      <w:r>
        <w:t>arth’s</w:t>
      </w:r>
      <w:r w:rsidR="008775AC">
        <w:t xml:space="preserve"> </w:t>
      </w:r>
      <w:r>
        <w:t xml:space="preserve">lower atmosphere is becoming warmer and </w:t>
      </w:r>
      <w:r>
        <w:t>moister as</w:t>
      </w:r>
      <w:r w:rsidR="008775AC">
        <w:t xml:space="preserve"> </w:t>
      </w:r>
      <w:r>
        <w:t>a result of human-caused</w:t>
      </w:r>
      <w:r w:rsidR="008775AC">
        <w:t xml:space="preserve"> </w:t>
      </w:r>
      <w:r>
        <w:t>greenhouse gas emissions. This gives the potential for more energy for storms and certai</w:t>
      </w:r>
      <w:r>
        <w:t>n</w:t>
      </w:r>
      <w:r w:rsidR="008775AC">
        <w:t xml:space="preserve"> </w:t>
      </w:r>
      <w:r>
        <w:t>extreme weather events. Consistent with theoretical expectations, the types of events most</w:t>
      </w:r>
      <w:r w:rsidR="008775AC">
        <w:t xml:space="preserve"> </w:t>
      </w:r>
      <w:r>
        <w:t xml:space="preserve">closely related to temperature, such as </w:t>
      </w:r>
      <w:r>
        <w:t>heatwaves and extremely hot days, are becoming</w:t>
      </w:r>
      <w:r w:rsidR="008775AC">
        <w:t xml:space="preserve"> </w:t>
      </w:r>
      <w:r>
        <w:t>more likely. Heavy rainfall and snowfall events (which increase the risk of flooding) are also</w:t>
      </w:r>
      <w:r w:rsidR="008775AC">
        <w:t xml:space="preserve"> </w:t>
      </w:r>
      <w:r>
        <w:t>generally becoming more frequent.</w:t>
      </w:r>
    </w:p>
    <w:p w14:paraId="047D84DD" w14:textId="65872CF8" w:rsidR="007E3AE7" w:rsidRDefault="00475F0B" w:rsidP="008775AC">
      <w:pPr>
        <w:spacing w:line="360" w:lineRule="auto"/>
        <w:ind w:firstLine="400"/>
      </w:pPr>
      <w:r>
        <w:t>As Earth’s</w:t>
      </w:r>
      <w:r w:rsidR="008775AC">
        <w:t xml:space="preserve"> </w:t>
      </w:r>
      <w:r>
        <w:t>climate has warmed, more frequent and more intense weather events have</w:t>
      </w:r>
      <w:r>
        <w:t xml:space="preserve"> both been observed</w:t>
      </w:r>
      <w:r w:rsidR="008775AC">
        <w:t xml:space="preserve"> </w:t>
      </w:r>
      <w:r>
        <w:t>around the world. Scientists typically identify these weather events as “extreme” if they are unlike 90% or</w:t>
      </w:r>
      <w:r w:rsidR="008775AC">
        <w:t xml:space="preserve"> </w:t>
      </w:r>
      <w:r>
        <w:t>95%</w:t>
      </w:r>
      <w:r w:rsidR="008775AC">
        <w:t xml:space="preserve"> </w:t>
      </w:r>
      <w:r>
        <w:t>of similar weather events that happened before in</w:t>
      </w:r>
      <w:r w:rsidR="008775AC">
        <w:t xml:space="preserve"> </w:t>
      </w:r>
      <w:r>
        <w:t xml:space="preserve">the same region. Many </w:t>
      </w:r>
      <w:r>
        <w:lastRenderedPageBreak/>
        <w:t>factors contribute to</w:t>
      </w:r>
      <w:r w:rsidR="008775AC">
        <w:t xml:space="preserve"> </w:t>
      </w:r>
      <w:r>
        <w:t>any individual</w:t>
      </w:r>
      <w:r w:rsidR="008775AC">
        <w:t xml:space="preserve"> </w:t>
      </w:r>
      <w:r>
        <w:t>extreme weather ev</w:t>
      </w:r>
      <w:r>
        <w:t>ent—including patterns of natural climate variability, such as</w:t>
      </w:r>
      <w:r w:rsidR="008775AC">
        <w:t xml:space="preserve"> </w:t>
      </w:r>
      <w:r>
        <w:t>El Niño and</w:t>
      </w:r>
      <w:r w:rsidR="008775AC">
        <w:t xml:space="preserve"> </w:t>
      </w:r>
      <w:r>
        <w:t>La Niña</w:t>
      </w:r>
      <w:r>
        <w:t>—</w:t>
      </w:r>
      <w:r>
        <w:t>making it challenging to attribute any particular extreme event to human-caused climate change. However,</w:t>
      </w:r>
      <w:r w:rsidR="008775AC">
        <w:t xml:space="preserve"> </w:t>
      </w:r>
      <w:r>
        <w:t>studies can show whether the warming climate made an event more sever</w:t>
      </w:r>
      <w:r>
        <w:t>e or more likely to happen.</w:t>
      </w:r>
    </w:p>
    <w:p w14:paraId="09CB9168" w14:textId="2EE83E2F" w:rsidR="007E3AE7" w:rsidRDefault="00475F0B" w:rsidP="008775AC">
      <w:pPr>
        <w:spacing w:line="360" w:lineRule="auto"/>
        <w:ind w:firstLine="400"/>
      </w:pPr>
      <w:r>
        <w:t>A</w:t>
      </w:r>
      <w:r w:rsidR="008775AC">
        <w:t xml:space="preserve"> </w:t>
      </w:r>
      <w:r>
        <w:t>warming climate can contribute to</w:t>
      </w:r>
      <w:r w:rsidR="008775AC">
        <w:t xml:space="preserve"> </w:t>
      </w:r>
      <w:r>
        <w:t>the intensity of heat waves by increasing the chances of very hot days and</w:t>
      </w:r>
      <w:r w:rsidR="008775AC">
        <w:t xml:space="preserve"> </w:t>
      </w:r>
      <w:r>
        <w:t>nights. Climate warming also increases evaporation on land, which can worsen drought and create conditions</w:t>
      </w:r>
      <w:r w:rsidR="008775AC">
        <w:t xml:space="preserve"> </w:t>
      </w:r>
      <w:r>
        <w:t>more prone t</w:t>
      </w:r>
      <w:r>
        <w:t>o wildfire and</w:t>
      </w:r>
      <w:r w:rsidR="008775AC">
        <w:t xml:space="preserve"> </w:t>
      </w:r>
      <w:r>
        <w:t>a longer wildfire season. A</w:t>
      </w:r>
      <w:r w:rsidR="008775AC">
        <w:t xml:space="preserve"> </w:t>
      </w:r>
      <w:r>
        <w:t>warming atmosphere is also associated with heavier precipitation events (rain and snowstorms) through increases in</w:t>
      </w:r>
      <w:r w:rsidR="008775AC">
        <w:t xml:space="preserve"> </w:t>
      </w:r>
      <w:r>
        <w:t>the air’s</w:t>
      </w:r>
      <w:r w:rsidR="008775AC">
        <w:t xml:space="preserve"> </w:t>
      </w:r>
      <w:r>
        <w:t>capacity to hold moisture. El Niño</w:t>
      </w:r>
      <w:r w:rsidR="008775AC">
        <w:t xml:space="preserve"> </w:t>
      </w:r>
      <w:r>
        <w:t>events fav</w:t>
      </w:r>
      <w:r>
        <w:t>our drought in many tropical and subtropical la</w:t>
      </w:r>
      <w:r>
        <w:t>nd areas, while La Niña events promote wetter</w:t>
      </w:r>
      <w:r w:rsidR="008775AC">
        <w:t xml:space="preserve"> </w:t>
      </w:r>
      <w:r>
        <w:t>conditions in many places. These short-term and regional variations are expected to become more extreme in</w:t>
      </w:r>
      <w:r w:rsidR="008775AC">
        <w:t xml:space="preserve"> </w:t>
      </w:r>
      <w:r>
        <w:t>a</w:t>
      </w:r>
      <w:r w:rsidR="008775AC">
        <w:t xml:space="preserve"> </w:t>
      </w:r>
      <w:r>
        <w:t>warming climate.</w:t>
      </w:r>
    </w:p>
    <w:p w14:paraId="19D61CC6" w14:textId="1A565693" w:rsidR="007E3AE7" w:rsidRDefault="00475F0B" w:rsidP="00ED5A08">
      <w:pPr>
        <w:spacing w:line="360" w:lineRule="auto"/>
        <w:ind w:firstLine="400"/>
      </w:pPr>
      <w:r>
        <w:t>Earth’s</w:t>
      </w:r>
      <w:r w:rsidR="008775AC">
        <w:t xml:space="preserve"> </w:t>
      </w:r>
      <w:r>
        <w:t>warmer and moister atmosphere and warmer oceans make it likely that the strong</w:t>
      </w:r>
      <w:r>
        <w:t>est hurricanes</w:t>
      </w:r>
      <w:r w:rsidR="008775AC">
        <w:t xml:space="preserve"> </w:t>
      </w:r>
      <w:r>
        <w:t>will be more intense, produce more rainfall, affect new areas, and possibly be larger and longer-lived. This</w:t>
      </w:r>
      <w:r w:rsidR="008775AC">
        <w:t xml:space="preserve"> </w:t>
      </w:r>
      <w:r>
        <w:t>is supported by available observational evidence in</w:t>
      </w:r>
      <w:r w:rsidR="008775AC">
        <w:t xml:space="preserve"> </w:t>
      </w:r>
      <w:r>
        <w:t>the North Atlantic. In addition, sea level rise (see</w:t>
      </w:r>
      <w:r w:rsidR="008775AC">
        <w:t xml:space="preserve"> </w:t>
      </w:r>
      <w:r>
        <w:t xml:space="preserve">Question 14) </w:t>
      </w:r>
      <w:r>
        <w:t>increases the amount of seawater that is pushed on</w:t>
      </w:r>
      <w:r w:rsidR="00ED5A08">
        <w:t xml:space="preserve"> </w:t>
      </w:r>
      <w:r>
        <w:t>to shore during coastal storms, which,</w:t>
      </w:r>
      <w:r w:rsidR="00ED5A08">
        <w:t xml:space="preserve"> </w:t>
      </w:r>
      <w:r>
        <w:t>a</w:t>
      </w:r>
      <w:r>
        <w:t>long with more rainfall produced by</w:t>
      </w:r>
      <w:r w:rsidR="00ED5A08">
        <w:t xml:space="preserve"> </w:t>
      </w:r>
      <w:r>
        <w:t>the storms, can result in more destructive storm surges and flooding.</w:t>
      </w:r>
      <w:r w:rsidR="00ED5A08">
        <w:t xml:space="preserve"> </w:t>
      </w:r>
      <w:r>
        <w:t>While global warming is likely making hurricanes more intense</w:t>
      </w:r>
      <w:r>
        <w:t>, the change in</w:t>
      </w:r>
      <w:r w:rsidR="00ED5A08">
        <w:t xml:space="preserve"> </w:t>
      </w:r>
      <w:r>
        <w:t>the number of hurricanes</w:t>
      </w:r>
      <w:r w:rsidR="00ED5A08">
        <w:t xml:space="preserve"> </w:t>
      </w:r>
      <w:r>
        <w:t>each year is quite uncertain. This remains a</w:t>
      </w:r>
      <w:r w:rsidR="00ED5A08">
        <w:t xml:space="preserve"> </w:t>
      </w:r>
      <w:r>
        <w:t>subject of ongoing research.</w:t>
      </w:r>
    </w:p>
    <w:p w14:paraId="1E7E78F9" w14:textId="27507E03" w:rsidR="007E3AE7" w:rsidRPr="00B86751" w:rsidRDefault="00475F0B" w:rsidP="00B86751">
      <w:pPr>
        <w:pStyle w:val="ae"/>
        <w:numPr>
          <w:ilvl w:val="0"/>
          <w:numId w:val="15"/>
        </w:numPr>
        <w:spacing w:line="360" w:lineRule="auto"/>
        <w:rPr>
          <w:sz w:val="32"/>
          <w:szCs w:val="32"/>
        </w:rPr>
      </w:pPr>
      <w:r w:rsidRPr="00B86751">
        <w:rPr>
          <w:sz w:val="32"/>
          <w:szCs w:val="32"/>
        </w:rPr>
        <w:lastRenderedPageBreak/>
        <w:t>How fast is</w:t>
      </w:r>
      <w:r w:rsidR="00B86751" w:rsidRPr="00B86751">
        <w:rPr>
          <w:sz w:val="32"/>
          <w:szCs w:val="32"/>
        </w:rPr>
        <w:t xml:space="preserve"> </w:t>
      </w:r>
      <w:r w:rsidRPr="00B86751">
        <w:rPr>
          <w:sz w:val="32"/>
          <w:szCs w:val="32"/>
        </w:rPr>
        <w:t>sea level rising?</w:t>
      </w:r>
    </w:p>
    <w:p w14:paraId="783F5E6B" w14:textId="23F77BA5" w:rsidR="007E3AE7" w:rsidRDefault="00475F0B" w:rsidP="00B86751">
      <w:pPr>
        <w:spacing w:line="360" w:lineRule="auto"/>
        <w:ind w:firstLine="400"/>
      </w:pPr>
      <w:r>
        <w:t>L</w:t>
      </w:r>
      <w:r>
        <w:t>ong-term measurements of tide gauges and recent satellite data show that global sea</w:t>
      </w:r>
      <w:r w:rsidR="00B86751">
        <w:t xml:space="preserve"> </w:t>
      </w:r>
      <w:r>
        <w:t>level is ri</w:t>
      </w:r>
      <w:r>
        <w:t>sing, with the best estimate of</w:t>
      </w:r>
      <w:r w:rsidR="00B86751">
        <w:t xml:space="preserve"> </w:t>
      </w:r>
      <w:r>
        <w:t>the rate of global-average rise over the last decade</w:t>
      </w:r>
      <w:r w:rsidR="00B86751">
        <w:t xml:space="preserve"> </w:t>
      </w:r>
      <w:r>
        <w:t>being 3.6mm per year (0.14 inches per year). The rate ofsea level rise has increased since</w:t>
      </w:r>
      <w:r w:rsidR="00B86751">
        <w:t xml:space="preserve"> </w:t>
      </w:r>
      <w:r>
        <w:t>measurements using altimetry from space were started in 1992; the dominant factor</w:t>
      </w:r>
      <w:r>
        <w:t xml:space="preserve"> in</w:t>
      </w:r>
      <w:r w:rsidR="00B86751">
        <w:t xml:space="preserve"> </w:t>
      </w:r>
      <w:r>
        <w:t>global-average sea level rise since 1970 is human-caused warming. The overall observed</w:t>
      </w:r>
      <w:r w:rsidR="00B86751">
        <w:t xml:space="preserve"> </w:t>
      </w:r>
      <w:r>
        <w:t>rise since 1902 is about 16cm (6inches)</w:t>
      </w:r>
      <w:r>
        <w:t>.</w:t>
      </w:r>
    </w:p>
    <w:p w14:paraId="4F4C3531" w14:textId="2281205C" w:rsidR="007E3AE7" w:rsidRDefault="00475F0B" w:rsidP="00B86751">
      <w:pPr>
        <w:spacing w:line="360" w:lineRule="auto"/>
        <w:ind w:firstLine="400"/>
      </w:pPr>
      <w:r>
        <w:t>This sea level rise has been driven by expansion of water volume as</w:t>
      </w:r>
      <w:r w:rsidR="00B86751">
        <w:t xml:space="preserve"> </w:t>
      </w:r>
      <w:r>
        <w:t>the ocean warms, melting of mountain</w:t>
      </w:r>
      <w:r w:rsidR="00B86751">
        <w:t xml:space="preserve"> </w:t>
      </w:r>
      <w:r>
        <w:t>glaciers</w:t>
      </w:r>
      <w:r>
        <w:t xml:space="preserve"> in</w:t>
      </w:r>
      <w:r w:rsidR="00B86751">
        <w:t xml:space="preserve"> </w:t>
      </w:r>
      <w:r>
        <w:t>all regions of</w:t>
      </w:r>
      <w:r w:rsidR="00B86751">
        <w:t xml:space="preserve"> </w:t>
      </w:r>
      <w:r>
        <w:t>the world, and mass losses from the Greenland and Antarctic ice sheets. All</w:t>
      </w:r>
      <w:r w:rsidR="00B86751">
        <w:t xml:space="preserve"> </w:t>
      </w:r>
      <w:r>
        <w:t>of</w:t>
      </w:r>
      <w:r w:rsidR="00B86751">
        <w:t xml:space="preserve"> </w:t>
      </w:r>
      <w:r>
        <w:t>these result from awarming climate. Fluctuations in</w:t>
      </w:r>
      <w:r w:rsidR="00B86751">
        <w:t xml:space="preserve"> </w:t>
      </w:r>
      <w:r>
        <w:t>sea level also occur dueto changes in</w:t>
      </w:r>
      <w:r w:rsidR="00B86751">
        <w:t xml:space="preserve"> </w:t>
      </w:r>
      <w:r>
        <w:t>the amounts of</w:t>
      </w:r>
      <w:r w:rsidR="00B86751">
        <w:t xml:space="preserve"> </w:t>
      </w:r>
      <w:r>
        <w:t>water stored on land. The amount of</w:t>
      </w:r>
      <w:r w:rsidR="00B86751">
        <w:t xml:space="preserve"> </w:t>
      </w:r>
      <w:r>
        <w:t>sea level change experi</w:t>
      </w:r>
      <w:r>
        <w:t>enced at</w:t>
      </w:r>
      <w:r w:rsidR="00B86751">
        <w:t xml:space="preserve"> </w:t>
      </w:r>
      <w:r>
        <w:t>any given location also depends on</w:t>
      </w:r>
      <w:r w:rsidR="00B86751">
        <w:t xml:space="preserve"> </w:t>
      </w:r>
      <w:r>
        <w:t>a</w:t>
      </w:r>
      <w:r w:rsidR="00B86751">
        <w:t xml:space="preserve"> </w:t>
      </w:r>
      <w:r>
        <w:t>variety of other factors, including whether regional geological processes and rebound of</w:t>
      </w:r>
      <w:r w:rsidR="00B86751">
        <w:t xml:space="preserve"> </w:t>
      </w:r>
      <w:r>
        <w:t>the land weighted</w:t>
      </w:r>
      <w:r w:rsidR="00B86751">
        <w:t xml:space="preserve"> </w:t>
      </w:r>
      <w:r>
        <w:t xml:space="preserve">down by previous ice sheets are causing the land itself to rise or sink, and whether changes in winds </w:t>
      </w:r>
      <w:r>
        <w:t>and</w:t>
      </w:r>
      <w:r w:rsidR="00B86751">
        <w:t xml:space="preserve"> </w:t>
      </w:r>
      <w:r>
        <w:t>currents are piling ocean water against some coasts or moving water away.</w:t>
      </w:r>
    </w:p>
    <w:p w14:paraId="08858270" w14:textId="77777777" w:rsidR="003C4974" w:rsidRDefault="00475F0B" w:rsidP="003C4974">
      <w:pPr>
        <w:spacing w:line="360" w:lineRule="auto"/>
        <w:ind w:firstLine="400"/>
      </w:pPr>
      <w:r>
        <w:t>The effects of rising sea level are felt most acutely in</w:t>
      </w:r>
      <w:r w:rsidR="00B86751">
        <w:t xml:space="preserve"> </w:t>
      </w:r>
      <w:r>
        <w:t>the increased frequency and intensity of occasional</w:t>
      </w:r>
      <w:r w:rsidR="00B86751">
        <w:t xml:space="preserve"> </w:t>
      </w:r>
      <w:r>
        <w:t>storm surges. If</w:t>
      </w:r>
      <w:r w:rsidR="00B86751">
        <w:t xml:space="preserve"> </w:t>
      </w:r>
      <w:r>
        <w:t>CO</w:t>
      </w:r>
      <w:r>
        <w:t>2</w:t>
      </w:r>
      <w:r w:rsidR="00B86751">
        <w:t xml:space="preserve"> </w:t>
      </w:r>
      <w:r>
        <w:t>and other greenhouse gases continue to increase on</w:t>
      </w:r>
      <w:r>
        <w:t xml:space="preserve"> their current trajectories, it</w:t>
      </w:r>
      <w:r w:rsidR="00B86751">
        <w:t xml:space="preserve"> </w:t>
      </w:r>
      <w:r>
        <w:t>is</w:t>
      </w:r>
      <w:r w:rsidR="00B86751">
        <w:t xml:space="preserve"> </w:t>
      </w:r>
      <w:r>
        <w:t>projected that sea level may rise, at minimum, bya further 0.4to 0.8m (1.3to 2.6feet) by 2100, although</w:t>
      </w:r>
      <w:r w:rsidR="00B86751">
        <w:t xml:space="preserve"> </w:t>
      </w:r>
      <w:r>
        <w:t>future ice sheet melt could make these values considerably higher. Moreover, rising sea levels will not</w:t>
      </w:r>
      <w:r w:rsidR="00B86751">
        <w:t xml:space="preserve"> </w:t>
      </w:r>
      <w:r>
        <w:t xml:space="preserve">stop in 2100; </w:t>
      </w:r>
      <w:r>
        <w:t>sea levels will be much higher in</w:t>
      </w:r>
      <w:r w:rsidR="00B86751">
        <w:t xml:space="preserve"> </w:t>
      </w:r>
      <w:r>
        <w:t>the following centuries as</w:t>
      </w:r>
      <w:r w:rsidR="00B86751">
        <w:t xml:space="preserve"> </w:t>
      </w:r>
      <w:r>
        <w:t xml:space="preserve">the sea continues to </w:t>
      </w:r>
      <w:r>
        <w:lastRenderedPageBreak/>
        <w:t>take up</w:t>
      </w:r>
      <w:r w:rsidR="00B86751">
        <w:t xml:space="preserve"> </w:t>
      </w:r>
      <w:r>
        <w:t>heat and glaciers continue to retreat. It remains difficult to predict the details of</w:t>
      </w:r>
      <w:r w:rsidR="00B86751">
        <w:t xml:space="preserve"> </w:t>
      </w:r>
      <w:r>
        <w:t>how the Greenland and</w:t>
      </w:r>
      <w:r w:rsidR="00B86751">
        <w:t xml:space="preserve"> </w:t>
      </w:r>
      <w:r>
        <w:t xml:space="preserve">Antarctic Ice Sheets will respond to continued </w:t>
      </w:r>
      <w:r>
        <w:t>warming, butit is thought that Greenland and perhaps</w:t>
      </w:r>
      <w:r w:rsidR="00B86751">
        <w:t xml:space="preserve"> </w:t>
      </w:r>
      <w:r>
        <w:t>West Antarctica will continue to lose mass, whereas the colder parts of Antarctica could gain mass as</w:t>
      </w:r>
      <w:r w:rsidR="00B86751">
        <w:t xml:space="preserve"> </w:t>
      </w:r>
      <w:r>
        <w:t>they receive more snowfall from warmer air that contains more moisture. Sea level in</w:t>
      </w:r>
      <w:r w:rsidR="00B86751">
        <w:t xml:space="preserve"> </w:t>
      </w:r>
      <w:r>
        <w:t>the last intergla</w:t>
      </w:r>
      <w:r>
        <w:t>cial</w:t>
      </w:r>
      <w:r w:rsidR="00B86751">
        <w:t xml:space="preserve"> </w:t>
      </w:r>
      <w:r>
        <w:t>(warm) period around 125,000 years ago peaked at probably 5to 10m above the present level. During this</w:t>
      </w:r>
      <w:r w:rsidR="00B86751">
        <w:t xml:space="preserve"> </w:t>
      </w:r>
      <w:r>
        <w:t>period, the polar regions were warmer than they are today. This suggests that, over millennia, long periods</w:t>
      </w:r>
      <w:r w:rsidR="00B86751">
        <w:t xml:space="preserve"> </w:t>
      </w:r>
      <w:r>
        <w:t>of increased warmth will lead to very si</w:t>
      </w:r>
      <w:r>
        <w:t>gnificant loss of parts ofthe Greenland and Antarctic Ice Sheets</w:t>
      </w:r>
      <w:r w:rsidR="00B86751">
        <w:t xml:space="preserve"> </w:t>
      </w:r>
      <w:r>
        <w:t>and</w:t>
      </w:r>
      <w:r w:rsidR="00B86751">
        <w:t xml:space="preserve"> </w:t>
      </w:r>
      <w:r>
        <w:t>to consequent sea level rise.</w:t>
      </w:r>
    </w:p>
    <w:p w14:paraId="12B3D551" w14:textId="77777777" w:rsidR="003C4974" w:rsidRPr="003C4974" w:rsidRDefault="003C4974" w:rsidP="003C4974">
      <w:pPr>
        <w:spacing w:line="360" w:lineRule="auto"/>
        <w:ind w:firstLine="400"/>
        <w:rPr>
          <w:sz w:val="32"/>
          <w:szCs w:val="32"/>
        </w:rPr>
      </w:pPr>
    </w:p>
    <w:p w14:paraId="500593D2" w14:textId="2BF9E9BD" w:rsidR="007E3AE7" w:rsidRPr="003C4974" w:rsidRDefault="00475F0B" w:rsidP="003C4974">
      <w:pPr>
        <w:pStyle w:val="ae"/>
        <w:numPr>
          <w:ilvl w:val="0"/>
          <w:numId w:val="15"/>
        </w:numPr>
        <w:spacing w:line="360" w:lineRule="auto"/>
        <w:rPr>
          <w:sz w:val="32"/>
          <w:szCs w:val="32"/>
        </w:rPr>
      </w:pPr>
      <w:r w:rsidRPr="003C4974">
        <w:rPr>
          <w:sz w:val="32"/>
          <w:szCs w:val="32"/>
        </w:rPr>
        <w:t>What is ocean acidification and</w:t>
      </w:r>
      <w:r w:rsidR="003C4974" w:rsidRPr="003C4974">
        <w:rPr>
          <w:sz w:val="32"/>
          <w:szCs w:val="32"/>
        </w:rPr>
        <w:t xml:space="preserve"> </w:t>
      </w:r>
      <w:r w:rsidRPr="003C4974">
        <w:rPr>
          <w:sz w:val="32"/>
          <w:szCs w:val="32"/>
        </w:rPr>
        <w:t>why</w:t>
      </w:r>
      <w:r w:rsidR="003C4974" w:rsidRPr="003C4974">
        <w:rPr>
          <w:sz w:val="32"/>
          <w:szCs w:val="32"/>
        </w:rPr>
        <w:t xml:space="preserve"> </w:t>
      </w:r>
      <w:r w:rsidRPr="003C4974">
        <w:rPr>
          <w:sz w:val="32"/>
          <w:szCs w:val="32"/>
        </w:rPr>
        <w:t>does it matter?</w:t>
      </w:r>
    </w:p>
    <w:p w14:paraId="51CA020A" w14:textId="6B8E3963" w:rsidR="007E3AE7" w:rsidRDefault="00475F0B" w:rsidP="003C4974">
      <w:pPr>
        <w:spacing w:line="360" w:lineRule="auto"/>
        <w:ind w:firstLine="400"/>
      </w:pPr>
      <w:r>
        <w:t>D</w:t>
      </w:r>
      <w:r>
        <w:t>irect obs</w:t>
      </w:r>
      <w:r>
        <w:t>ervations of ocean chemistry have shown that the chemical balance of seawater</w:t>
      </w:r>
      <w:r w:rsidR="003C4974">
        <w:t xml:space="preserve"> </w:t>
      </w:r>
      <w:r>
        <w:t>has shifted to</w:t>
      </w:r>
      <w:r w:rsidR="003C4974">
        <w:t xml:space="preserve"> </w:t>
      </w:r>
      <w:r>
        <w:t>a more acidic state (lower pH)</w:t>
      </w:r>
      <w:r>
        <w:t>. Some marine organisms (such as</w:t>
      </w:r>
      <w:r w:rsidR="003C4974">
        <w:t xml:space="preserve"> </w:t>
      </w:r>
      <w:r>
        <w:t>corals and some shellfish) have shells composed of calcium carbonate, which dissolves</w:t>
      </w:r>
      <w:r w:rsidR="003C4974">
        <w:t xml:space="preserve"> </w:t>
      </w:r>
      <w:r>
        <w:t>mor</w:t>
      </w:r>
      <w:r>
        <w:t>e readily in acid. As</w:t>
      </w:r>
      <w:r w:rsidR="003C4974">
        <w:t xml:space="preserve"> </w:t>
      </w:r>
      <w:r>
        <w:t>the acidity of</w:t>
      </w:r>
      <w:r w:rsidR="003C4974">
        <w:t xml:space="preserve"> </w:t>
      </w:r>
      <w:r>
        <w:t>sea water increases, it becomes more difficult for</w:t>
      </w:r>
      <w:r w:rsidR="003C4974">
        <w:t xml:space="preserve"> </w:t>
      </w:r>
      <w:r>
        <w:t>these organisms to form or maintain their shells.</w:t>
      </w:r>
    </w:p>
    <w:p w14:paraId="40B40074" w14:textId="7DACD0F8" w:rsidR="007E3AE7" w:rsidRDefault="00475F0B" w:rsidP="003C4974">
      <w:pPr>
        <w:spacing w:line="360" w:lineRule="auto"/>
        <w:ind w:firstLine="400"/>
      </w:pPr>
      <w:r>
        <w:t>CO2 dissolves in water to form a</w:t>
      </w:r>
      <w:r w:rsidR="003C4974">
        <w:t xml:space="preserve"> </w:t>
      </w:r>
      <w:r>
        <w:t>weak acid, and</w:t>
      </w:r>
      <w:r w:rsidR="003C4974">
        <w:t xml:space="preserve"> </w:t>
      </w:r>
      <w:r>
        <w:t>the oceans have absorbed about a</w:t>
      </w:r>
      <w:r w:rsidR="003C4974">
        <w:t xml:space="preserve"> </w:t>
      </w:r>
      <w:r>
        <w:t>t</w:t>
      </w:r>
      <w:r>
        <w:t>hird of</w:t>
      </w:r>
      <w:r w:rsidR="003C4974">
        <w:t xml:space="preserve"> </w:t>
      </w:r>
      <w:r>
        <w:t>the CO2 resulting</w:t>
      </w:r>
      <w:r w:rsidR="003C4974">
        <w:t xml:space="preserve"> </w:t>
      </w:r>
      <w:r>
        <w:t>from human activ</w:t>
      </w:r>
      <w:r>
        <w:t>ities, leading to</w:t>
      </w:r>
      <w:r w:rsidR="003C4974">
        <w:t xml:space="preserve"> </w:t>
      </w:r>
      <w:r>
        <w:t>a steady decrease in ocean pH levels. With increasing atmospheric CO2,</w:t>
      </w:r>
      <w:r w:rsidR="003C4974">
        <w:t xml:space="preserve"> </w:t>
      </w:r>
      <w:r>
        <w:t>this chemical balance will change even more during the next century. Laboratory and other experiments</w:t>
      </w:r>
      <w:r w:rsidR="003C4974">
        <w:t xml:space="preserve"> </w:t>
      </w:r>
      <w:r>
        <w:t>show that under high CO2 andin more acidic waters, some marine spe</w:t>
      </w:r>
      <w:r>
        <w:t>cies have misshapen shells and</w:t>
      </w:r>
      <w:r w:rsidR="003C4974">
        <w:t xml:space="preserve"> </w:t>
      </w:r>
      <w:r>
        <w:t xml:space="preserve">lower growth rates, although </w:t>
      </w:r>
      <w:r>
        <w:lastRenderedPageBreak/>
        <w:t>the effect varies among species. Acidification also alters the cycling of</w:t>
      </w:r>
      <w:r w:rsidR="003C4974">
        <w:t xml:space="preserve"> </w:t>
      </w:r>
      <w:r>
        <w:t>nutrients and many other elements and compounds in</w:t>
      </w:r>
      <w:r w:rsidR="003C4974">
        <w:t xml:space="preserve"> </w:t>
      </w:r>
      <w:r>
        <w:t>the ocean, and</w:t>
      </w:r>
      <w:r w:rsidR="003C4974">
        <w:t xml:space="preserve"> </w:t>
      </w:r>
      <w:r>
        <w:t>it is likely to shift the competitive</w:t>
      </w:r>
      <w:r w:rsidR="003C4974">
        <w:t xml:space="preserve"> </w:t>
      </w:r>
      <w:r>
        <w:t xml:space="preserve">advantage among </w:t>
      </w:r>
      <w:r>
        <w:t xml:space="preserve">species, with as-yet-to-be-determined impacts on marine ecosystems andthe food web. </w:t>
      </w:r>
    </w:p>
    <w:p w14:paraId="32843F7A" w14:textId="423721EF" w:rsidR="007E3AE7" w:rsidRPr="00C7510A" w:rsidRDefault="00475F0B" w:rsidP="002B423F">
      <w:pPr>
        <w:pStyle w:val="ae"/>
        <w:numPr>
          <w:ilvl w:val="0"/>
          <w:numId w:val="15"/>
        </w:numPr>
        <w:spacing w:line="360" w:lineRule="auto"/>
        <w:rPr>
          <w:sz w:val="36"/>
          <w:szCs w:val="36"/>
        </w:rPr>
      </w:pPr>
      <w:r w:rsidRPr="00C7510A">
        <w:rPr>
          <w:sz w:val="36"/>
          <w:szCs w:val="36"/>
        </w:rPr>
        <w:t>How confident are scientists that</w:t>
      </w:r>
      <w:r w:rsidR="002B423F" w:rsidRPr="00C7510A">
        <w:rPr>
          <w:sz w:val="36"/>
          <w:szCs w:val="36"/>
        </w:rPr>
        <w:t xml:space="preserve"> </w:t>
      </w:r>
      <w:r w:rsidRPr="00C7510A">
        <w:rPr>
          <w:sz w:val="36"/>
          <w:szCs w:val="36"/>
        </w:rPr>
        <w:t>Earth will warm further over the</w:t>
      </w:r>
      <w:r w:rsidR="002B423F" w:rsidRPr="00C7510A">
        <w:rPr>
          <w:sz w:val="36"/>
          <w:szCs w:val="36"/>
        </w:rPr>
        <w:t xml:space="preserve"> </w:t>
      </w:r>
      <w:r w:rsidRPr="00C7510A">
        <w:rPr>
          <w:sz w:val="36"/>
          <w:szCs w:val="36"/>
        </w:rPr>
        <w:t>coming century?</w:t>
      </w:r>
    </w:p>
    <w:p w14:paraId="53487260" w14:textId="1AABF134" w:rsidR="007E3AE7" w:rsidRDefault="00475F0B" w:rsidP="00C7510A">
      <w:pPr>
        <w:spacing w:line="360" w:lineRule="auto"/>
        <w:ind w:firstLine="400"/>
      </w:pPr>
      <w:r>
        <w:t>V</w:t>
      </w:r>
      <w:r>
        <w:t>ery confident. If emissions continue on their present trajectory, without eit</w:t>
      </w:r>
      <w:r>
        <w:t>her technologi</w:t>
      </w:r>
      <w:r>
        <w:t>cal</w:t>
      </w:r>
      <w:r w:rsidR="00C7510A">
        <w:t xml:space="preserve"> </w:t>
      </w:r>
      <w:r>
        <w:t>or regulatory abatement, then warming of2.6to 4.8 °C (4.7to 8.6 °F) in addition to that</w:t>
      </w:r>
      <w:r w:rsidR="00C7510A">
        <w:t xml:space="preserve"> </w:t>
      </w:r>
      <w:r>
        <w:t>wh</w:t>
      </w:r>
      <w:r>
        <w:t>ich</w:t>
      </w:r>
      <w:r w:rsidR="00C7510A">
        <w:t xml:space="preserve"> </w:t>
      </w:r>
      <w:r>
        <w:t>has already occurred would be expected during the 21st century</w:t>
      </w:r>
      <w:r>
        <w:t>.</w:t>
      </w:r>
    </w:p>
    <w:p w14:paraId="3585F68F" w14:textId="0229C93C" w:rsidR="007E3AE7" w:rsidRDefault="00475F0B" w:rsidP="00C7510A">
      <w:pPr>
        <w:spacing w:line="360" w:lineRule="auto"/>
        <w:ind w:firstLine="400"/>
      </w:pPr>
      <w:r>
        <w:t>Warming dueto the addition of large amounts of greenhouse gases to</w:t>
      </w:r>
      <w:r w:rsidR="00C7510A">
        <w:t xml:space="preserve"> </w:t>
      </w:r>
      <w:r>
        <w:t>the atmosphere can</w:t>
      </w:r>
      <w:r w:rsidR="00C7510A">
        <w:t xml:space="preserve"> </w:t>
      </w:r>
      <w:r>
        <w:t>be understood</w:t>
      </w:r>
      <w:r w:rsidR="00C7510A">
        <w:t xml:space="preserve"> </w:t>
      </w:r>
      <w:r>
        <w:t>in terms of very basic properties of greenhouse gases. It will in turn lead to many changes in natural</w:t>
      </w:r>
      <w:r w:rsidR="00C7510A">
        <w:t xml:space="preserve"> </w:t>
      </w:r>
      <w:r>
        <w:t>climate processes, with a</w:t>
      </w:r>
      <w:r w:rsidR="00C7510A">
        <w:t xml:space="preserve"> </w:t>
      </w:r>
      <w:r>
        <w:t>net effect of amplifying the warming. The size of</w:t>
      </w:r>
      <w:r w:rsidR="00C7510A">
        <w:t xml:space="preserve"> </w:t>
      </w:r>
      <w:r>
        <w:t>the warming that will be</w:t>
      </w:r>
      <w:r w:rsidR="00C7510A">
        <w:t xml:space="preserve"> </w:t>
      </w:r>
      <w:r>
        <w:t xml:space="preserve">experienced </w:t>
      </w:r>
      <w:r>
        <w:t>depends largely on</w:t>
      </w:r>
      <w:r w:rsidR="00C7510A">
        <w:t xml:space="preserve"> </w:t>
      </w:r>
      <w:r>
        <w:t>the amount of greenhouse gases accumulating in</w:t>
      </w:r>
      <w:r w:rsidR="00C7510A">
        <w:t xml:space="preserve"> </w:t>
      </w:r>
      <w:r>
        <w:t>the atmosphere and</w:t>
      </w:r>
      <w:r w:rsidR="00C7510A">
        <w:t xml:space="preserve"> </w:t>
      </w:r>
      <w:r>
        <w:t>hence on</w:t>
      </w:r>
      <w:r w:rsidR="00C7510A">
        <w:t xml:space="preserve"> </w:t>
      </w:r>
      <w:r>
        <w:t>the trajectory of emissions. If</w:t>
      </w:r>
      <w:r w:rsidR="00C7510A">
        <w:t xml:space="preserve"> </w:t>
      </w:r>
      <w:r>
        <w:t>the total cumulative emissions since 1875 are kept below about</w:t>
      </w:r>
      <w:r w:rsidR="00C7510A">
        <w:t xml:space="preserve"> </w:t>
      </w:r>
      <w:r>
        <w:t>900 gigatonnes (900 billion tonnes) of carbon, then there is</w:t>
      </w:r>
      <w:r w:rsidR="00C7510A">
        <w:t xml:space="preserve"> </w:t>
      </w:r>
      <w:r>
        <w:t>a two-third</w:t>
      </w:r>
      <w:r>
        <w:t>s chance of keeping the rise in</w:t>
      </w:r>
      <w:r w:rsidR="00C7510A">
        <w:t xml:space="preserve"> </w:t>
      </w:r>
      <w:r>
        <w:t>global average temperature since thepre-industrial period below 2 °C (3.6 °F). However, two-thirds of this</w:t>
      </w:r>
      <w:r w:rsidR="00C7510A">
        <w:t xml:space="preserve"> </w:t>
      </w:r>
      <w:r>
        <w:t>amount has already been emitted. A</w:t>
      </w:r>
      <w:r w:rsidR="00C7510A">
        <w:t xml:space="preserve"> </w:t>
      </w:r>
      <w:r>
        <w:t>target of keeping global average temperature rise below 1.5 °C (2.7 °F)</w:t>
      </w:r>
      <w:r w:rsidR="00C7510A">
        <w:t xml:space="preserve"> </w:t>
      </w:r>
      <w:r>
        <w:t>would allow</w:t>
      </w:r>
      <w:r>
        <w:t xml:space="preserve"> for even less total cumulative emissions since 1875.</w:t>
      </w:r>
    </w:p>
    <w:p w14:paraId="2BD1182F" w14:textId="7DB171B7" w:rsidR="007E3AE7" w:rsidRDefault="00475F0B" w:rsidP="00C7510A">
      <w:pPr>
        <w:spacing w:line="360" w:lineRule="auto"/>
        <w:ind w:firstLine="400"/>
      </w:pPr>
      <w:r>
        <w:lastRenderedPageBreak/>
        <w:t>Based just on</w:t>
      </w:r>
      <w:r w:rsidR="00C7510A">
        <w:t xml:space="preserve"> </w:t>
      </w:r>
      <w:r>
        <w:t>the established physics of</w:t>
      </w:r>
      <w:r w:rsidR="00C7510A">
        <w:t xml:space="preserve"> </w:t>
      </w:r>
      <w:r>
        <w:t>the amount of heat CO2 absorbs and emits, a</w:t>
      </w:r>
      <w:r w:rsidR="00C7510A">
        <w:t xml:space="preserve"> </w:t>
      </w:r>
      <w:r>
        <w:t>doubling of</w:t>
      </w:r>
      <w:r w:rsidR="00C7510A">
        <w:t xml:space="preserve"> </w:t>
      </w:r>
      <w:r>
        <w:t>atmospheric CO2 concentration from preindustrial levels (upto about 560ppm) would by it</w:t>
      </w:r>
      <w:r>
        <w:t>self, without</w:t>
      </w:r>
      <w:r w:rsidR="00C7510A">
        <w:t xml:space="preserve"> </w:t>
      </w:r>
      <w:r>
        <w:t>amplifi</w:t>
      </w:r>
      <w:r>
        <w:t>cation by</w:t>
      </w:r>
      <w:r w:rsidR="00C7510A">
        <w:t xml:space="preserve"> </w:t>
      </w:r>
      <w:r>
        <w:t>any other effects, cause a</w:t>
      </w:r>
      <w:r w:rsidR="00C7510A">
        <w:t xml:space="preserve"> </w:t>
      </w:r>
      <w:r>
        <w:t>global average temperature increase of about 1 °C (1.8 °F).</w:t>
      </w:r>
      <w:r w:rsidR="00C7510A">
        <w:t xml:space="preserve"> </w:t>
      </w:r>
      <w:r>
        <w:t>However, the total amount of warming from a</w:t>
      </w:r>
      <w:r w:rsidR="00C7510A">
        <w:t xml:space="preserve"> </w:t>
      </w:r>
      <w:r>
        <w:t>given amount of emissions depends on chains of effects</w:t>
      </w:r>
      <w:r w:rsidR="00C7510A">
        <w:t xml:space="preserve"> </w:t>
      </w:r>
      <w:r>
        <w:t>(feedbacks) that can individually either amplify or diminish th</w:t>
      </w:r>
      <w:r>
        <w:t>e initial warming.</w:t>
      </w:r>
    </w:p>
    <w:p w14:paraId="31667559" w14:textId="5ED1B1D9" w:rsidR="007E3AE7" w:rsidRDefault="00475F0B" w:rsidP="00C7510A">
      <w:pPr>
        <w:spacing w:line="360" w:lineRule="auto"/>
        <w:ind w:firstLine="400"/>
      </w:pPr>
      <w:r>
        <w:t>The most important amplifying feedback is caused by water vapour, which is</w:t>
      </w:r>
      <w:r w:rsidR="00C7510A">
        <w:t xml:space="preserve"> </w:t>
      </w:r>
      <w:r>
        <w:t>a potent greenhouse gas. As</w:t>
      </w:r>
      <w:r w:rsidR="00C7510A">
        <w:t xml:space="preserve"> </w:t>
      </w:r>
      <w:r>
        <w:t>CO2 increases and warms the atmosphere, the warmer air</w:t>
      </w:r>
      <w:r w:rsidR="00C7510A">
        <w:t xml:space="preserve"> </w:t>
      </w:r>
      <w:r>
        <w:t>can hold more moisture and trap more heat in</w:t>
      </w:r>
      <w:r w:rsidR="00C7510A">
        <w:t xml:space="preserve"> </w:t>
      </w:r>
      <w:r>
        <w:t>the lower atmosphere. Also, as Arcti</w:t>
      </w:r>
      <w:r>
        <w:t>c sea</w:t>
      </w:r>
      <w:r w:rsidR="00C7510A">
        <w:t xml:space="preserve"> </w:t>
      </w:r>
      <w:r>
        <w:t>ice and glaciers melt, more sunlight is absorbed in</w:t>
      </w:r>
      <w:r>
        <w:t>to the darker</w:t>
      </w:r>
      <w:r w:rsidR="00C7510A">
        <w:t xml:space="preserve"> </w:t>
      </w:r>
      <w:r>
        <w:t>underlying land and ocean surfaces, causing further warming and further melting of</w:t>
      </w:r>
      <w:r w:rsidR="00C7510A">
        <w:t xml:space="preserve"> </w:t>
      </w:r>
      <w:r>
        <w:t>ice and snow. The</w:t>
      </w:r>
      <w:r w:rsidR="00C7510A">
        <w:t xml:space="preserve"> </w:t>
      </w:r>
      <w:r>
        <w:t>biggest uncertainty in</w:t>
      </w:r>
      <w:r w:rsidR="00C7510A">
        <w:t xml:space="preserve"> </w:t>
      </w:r>
      <w:r>
        <w:t>our understanding of feedbacks relates to clouds (which can have</w:t>
      </w:r>
      <w:r>
        <w:t xml:space="preserve"> both positive and</w:t>
      </w:r>
      <w:r w:rsidR="00C7510A">
        <w:t xml:space="preserve"> </w:t>
      </w:r>
      <w:r>
        <w:t>negative feedbacks), and</w:t>
      </w:r>
      <w:r w:rsidR="00C7510A">
        <w:t xml:space="preserve"> </w:t>
      </w:r>
      <w:r>
        <w:t>how the properties of clouds will change in response to climate change.</w:t>
      </w:r>
    </w:p>
    <w:p w14:paraId="62756252" w14:textId="3A8B8677" w:rsidR="007E3AE7" w:rsidRDefault="00475F0B" w:rsidP="00C7510A">
      <w:pPr>
        <w:spacing w:line="360" w:lineRule="auto"/>
        <w:ind w:firstLine="400"/>
      </w:pPr>
      <w:r>
        <w:t>Other important feedbacks involve the</w:t>
      </w:r>
      <w:r w:rsidR="00C7510A">
        <w:t xml:space="preserve"> </w:t>
      </w:r>
      <w:r>
        <w:t>carbon cycle. Currently the land and oceans</w:t>
      </w:r>
      <w:r w:rsidR="00C7510A">
        <w:t xml:space="preserve"> </w:t>
      </w:r>
      <w:r>
        <w:t>together absorb about half of</w:t>
      </w:r>
      <w:r w:rsidR="00C7510A">
        <w:t xml:space="preserve"> </w:t>
      </w:r>
      <w:r>
        <w:t>the CO2 emitted</w:t>
      </w:r>
      <w:r w:rsidR="00C7510A">
        <w:t xml:space="preserve"> </w:t>
      </w:r>
      <w:r>
        <w:t>from human act</w:t>
      </w:r>
      <w:r>
        <w:t>ivities, but</w:t>
      </w:r>
      <w:r w:rsidR="00C7510A">
        <w:t xml:space="preserve"> </w:t>
      </w:r>
      <w:r>
        <w:t>the capacities of</w:t>
      </w:r>
      <w:r w:rsidR="00C7510A">
        <w:t xml:space="preserve"> </w:t>
      </w:r>
      <w:r>
        <w:t>land and ocean to store additional carbon are</w:t>
      </w:r>
      <w:r w:rsidR="00C7510A">
        <w:t xml:space="preserve"> </w:t>
      </w:r>
      <w:r>
        <w:t>expected to decrease with additional warming,</w:t>
      </w:r>
      <w:r w:rsidR="00C7510A">
        <w:t xml:space="preserve"> </w:t>
      </w:r>
      <w:r>
        <w:t>leading to faster increases in atmospheric</w:t>
      </w:r>
      <w:r w:rsidR="00C7510A">
        <w:t xml:space="preserve"> </w:t>
      </w:r>
      <w:r>
        <w:t>CO2 and faster warming. Models vary in their</w:t>
      </w:r>
      <w:r w:rsidR="00C7510A">
        <w:t xml:space="preserve"> </w:t>
      </w:r>
      <w:r>
        <w:t>projections of</w:t>
      </w:r>
      <w:r w:rsidR="00C7510A">
        <w:t xml:space="preserve"> </w:t>
      </w:r>
      <w:r>
        <w:t>how much additional warming</w:t>
      </w:r>
      <w:r w:rsidR="00C7510A">
        <w:t xml:space="preserve"> </w:t>
      </w:r>
      <w:r>
        <w:t xml:space="preserve">to </w:t>
      </w:r>
      <w:r>
        <w:t>expect, but</w:t>
      </w:r>
      <w:r w:rsidR="00C7510A">
        <w:t xml:space="preserve"> </w:t>
      </w:r>
      <w:r>
        <w:t>all such models agree that the</w:t>
      </w:r>
      <w:r w:rsidR="00C7510A">
        <w:t xml:space="preserve"> </w:t>
      </w:r>
      <w:r>
        <w:t>overall net effect of feedbacks is</w:t>
      </w:r>
      <w:r w:rsidR="00C7510A">
        <w:t xml:space="preserve"> </w:t>
      </w:r>
      <w:r>
        <w:t>to amplify</w:t>
      </w:r>
      <w:r w:rsidR="00C7510A">
        <w:t xml:space="preserve"> </w:t>
      </w:r>
      <w:r>
        <w:t xml:space="preserve">the warming. </w:t>
      </w:r>
    </w:p>
    <w:p w14:paraId="471D8FA9" w14:textId="77777777" w:rsidR="00C7510A" w:rsidRDefault="00C7510A" w:rsidP="00C7510A">
      <w:pPr>
        <w:spacing w:line="360" w:lineRule="auto"/>
        <w:ind w:firstLine="400"/>
      </w:pPr>
    </w:p>
    <w:p w14:paraId="1ED2E2D7" w14:textId="15A8AF70" w:rsidR="007E3AE7" w:rsidRPr="00C7510A" w:rsidRDefault="00C7510A" w:rsidP="00C7510A">
      <w:pPr>
        <w:pStyle w:val="ae"/>
        <w:numPr>
          <w:ilvl w:val="0"/>
          <w:numId w:val="15"/>
        </w:numPr>
        <w:spacing w:line="360" w:lineRule="auto"/>
        <w:rPr>
          <w:sz w:val="36"/>
          <w:szCs w:val="36"/>
        </w:rPr>
      </w:pPr>
      <w:r w:rsidRPr="00C7510A">
        <w:rPr>
          <w:sz w:val="36"/>
          <w:szCs w:val="36"/>
        </w:rPr>
        <w:lastRenderedPageBreak/>
        <w:t>Are</w:t>
      </w:r>
      <w:r w:rsidR="00475F0B" w:rsidRPr="00C7510A">
        <w:rPr>
          <w:sz w:val="36"/>
          <w:szCs w:val="36"/>
        </w:rPr>
        <w:t xml:space="preserve"> climate changes of</w:t>
      </w:r>
      <w:r w:rsidRPr="00C7510A">
        <w:rPr>
          <w:sz w:val="36"/>
          <w:szCs w:val="36"/>
        </w:rPr>
        <w:t xml:space="preserve"> </w:t>
      </w:r>
      <w:r w:rsidR="00475F0B" w:rsidRPr="00C7510A">
        <w:rPr>
          <w:sz w:val="36"/>
          <w:szCs w:val="36"/>
        </w:rPr>
        <w:t>a few degrees</w:t>
      </w:r>
      <w:r w:rsidRPr="00C7510A">
        <w:rPr>
          <w:sz w:val="36"/>
          <w:szCs w:val="36"/>
        </w:rPr>
        <w:t xml:space="preserve"> a </w:t>
      </w:r>
      <w:r w:rsidR="00475F0B" w:rsidRPr="00C7510A">
        <w:rPr>
          <w:sz w:val="36"/>
          <w:szCs w:val="36"/>
        </w:rPr>
        <w:t>cause for concern?</w:t>
      </w:r>
    </w:p>
    <w:p w14:paraId="6C800501" w14:textId="1A7FA03D" w:rsidR="007E3AE7" w:rsidRDefault="00475F0B" w:rsidP="005D5856">
      <w:pPr>
        <w:spacing w:line="360" w:lineRule="auto"/>
        <w:ind w:firstLine="400"/>
      </w:pPr>
      <w:r>
        <w:t>Y</w:t>
      </w:r>
      <w:r>
        <w:t xml:space="preserve">es. Even though an </w:t>
      </w:r>
      <w:r>
        <w:t>increase of</w:t>
      </w:r>
      <w:r w:rsidR="00C7510A">
        <w:t xml:space="preserve"> </w:t>
      </w:r>
      <w:r>
        <w:t>a few degrees in global average temperature does not</w:t>
      </w:r>
      <w:r w:rsidR="00C7510A">
        <w:t xml:space="preserve"> </w:t>
      </w:r>
      <w:r>
        <w:t>sound like much, global average temperature during the last ice</w:t>
      </w:r>
      <w:r w:rsidR="005D5856">
        <w:t xml:space="preserve"> </w:t>
      </w:r>
      <w:r>
        <w:t>age was only about 4</w:t>
      </w:r>
      <w:r w:rsidR="005D5856">
        <w:t xml:space="preserve"> </w:t>
      </w:r>
      <w:r>
        <w:t>to</w:t>
      </w:r>
      <w:r w:rsidR="005D5856">
        <w:t xml:space="preserve"> </w:t>
      </w:r>
      <w:r>
        <w:t>5 °C (7to 9 °F) colder than now. Global warming of just afew degrees will be associated</w:t>
      </w:r>
      <w:r w:rsidR="005D5856">
        <w:t xml:space="preserve"> </w:t>
      </w:r>
      <w:r>
        <w:t>with widespread ch</w:t>
      </w:r>
      <w:r>
        <w:t>anges in regional and local temperature and precipitation as well as</w:t>
      </w:r>
      <w:r w:rsidR="005D5856">
        <w:t xml:space="preserve"> </w:t>
      </w:r>
      <w:r>
        <w:t>with increases in some types of extreme weather events. These and other changes (such</w:t>
      </w:r>
      <w:r w:rsidR="005D5856">
        <w:t xml:space="preserve"> a</w:t>
      </w:r>
      <w:r>
        <w:t>s</w:t>
      </w:r>
      <w:r w:rsidR="005D5856">
        <w:t xml:space="preserve"> </w:t>
      </w:r>
      <w:r>
        <w:t xml:space="preserve">sea level rise and storm surge) will have serious impacts on human societies </w:t>
      </w:r>
      <w:r w:rsidR="005D5856">
        <w:t xml:space="preserve">and the </w:t>
      </w:r>
      <w:r>
        <w:t>natural world.</w:t>
      </w:r>
    </w:p>
    <w:p w14:paraId="0CD4B4E9" w14:textId="74DEBEDE" w:rsidR="007E3AE7" w:rsidRDefault="00475F0B" w:rsidP="005D5856">
      <w:pPr>
        <w:spacing w:line="360" w:lineRule="auto"/>
        <w:ind w:firstLine="400"/>
      </w:pPr>
      <w:r>
        <w:t>Both theory and direct observations have confirmed that global warming is associated with greater warming</w:t>
      </w:r>
      <w:r w:rsidR="005D5856">
        <w:t xml:space="preserve"> </w:t>
      </w:r>
      <w:r>
        <w:t>over land than oceans, moistening of</w:t>
      </w:r>
      <w:r w:rsidR="005D5856">
        <w:t xml:space="preserve"> </w:t>
      </w:r>
      <w:r>
        <w:t>the atmosphere, shifts in regional precipitation patterns, increases in</w:t>
      </w:r>
      <w:r w:rsidR="005D5856">
        <w:t xml:space="preserve"> </w:t>
      </w:r>
      <w:r>
        <w:t>extreme weather events, ocean acidificatio</w:t>
      </w:r>
      <w:r>
        <w:t>n, melting glaciers, and rising sea levels (which increases the risk of</w:t>
      </w:r>
      <w:r w:rsidR="005D5856">
        <w:t xml:space="preserve"> </w:t>
      </w:r>
      <w:r>
        <w:t>coastal inundation and storm surge). Already, record high temperatures are</w:t>
      </w:r>
      <w:r w:rsidR="005D5856">
        <w:t xml:space="preserve"> </w:t>
      </w:r>
      <w:r>
        <w:t>on average significantly outpacing</w:t>
      </w:r>
      <w:r w:rsidR="005D5856">
        <w:t xml:space="preserve"> </w:t>
      </w:r>
      <w:r>
        <w:t>record low temperatures, wet areas are becoming wetter asdry areas are beco</w:t>
      </w:r>
      <w:r>
        <w:t>ming drier, heavy rainstorms</w:t>
      </w:r>
      <w:r w:rsidR="005D5856">
        <w:t xml:space="preserve"> </w:t>
      </w:r>
      <w:r>
        <w:t>have become heavier, and snowpacks (an important source of freshwater for many regions) are decreasing.</w:t>
      </w:r>
    </w:p>
    <w:p w14:paraId="516DBC9A" w14:textId="688A1C5D" w:rsidR="007E3AE7" w:rsidRDefault="00475F0B" w:rsidP="005D5856">
      <w:pPr>
        <w:spacing w:line="360" w:lineRule="auto"/>
        <w:ind w:firstLine="400"/>
      </w:pPr>
      <w:r>
        <w:t>These impacts are expected to increase with greater warming and will threaten food production,</w:t>
      </w:r>
      <w:r w:rsidR="005D5856">
        <w:t xml:space="preserve"> </w:t>
      </w:r>
      <w:r>
        <w:t>freshwater supplies, coastal</w:t>
      </w:r>
      <w:r>
        <w:t xml:space="preserve"> infrastructure, and especially the welfare of</w:t>
      </w:r>
      <w:r w:rsidR="005D5856">
        <w:t xml:space="preserve"> </w:t>
      </w:r>
      <w:r>
        <w:t>the huge population currently</w:t>
      </w:r>
      <w:r w:rsidR="005D5856">
        <w:t xml:space="preserve"> </w:t>
      </w:r>
      <w:r>
        <w:t>living in</w:t>
      </w:r>
      <w:r w:rsidR="005D5856">
        <w:t xml:space="preserve"> </w:t>
      </w:r>
      <w:r>
        <w:t>low-lying areas. Even though certain regions may realise some local benefit from the warming, the</w:t>
      </w:r>
      <w:r w:rsidR="005D5856">
        <w:t xml:space="preserve"> </w:t>
      </w:r>
      <w:r>
        <w:t>long-term consequences overall will be disruptive.</w:t>
      </w:r>
    </w:p>
    <w:p w14:paraId="3C24C05C" w14:textId="70F3B2BC" w:rsidR="007E3AE7" w:rsidRDefault="00475F0B" w:rsidP="005D5856">
      <w:pPr>
        <w:spacing w:line="360" w:lineRule="auto"/>
        <w:ind w:firstLine="400"/>
      </w:pPr>
      <w:r>
        <w:lastRenderedPageBreak/>
        <w:t>It</w:t>
      </w:r>
      <w:r w:rsidR="005D5856">
        <w:t xml:space="preserve"> </w:t>
      </w:r>
      <w:r>
        <w:t>is not only an incre</w:t>
      </w:r>
      <w:r>
        <w:t>ase of</w:t>
      </w:r>
      <w:r w:rsidR="005D5856">
        <w:t xml:space="preserve"> </w:t>
      </w:r>
      <w:r>
        <w:t>a few degrees in global average temperature that is cause for concern—the pace</w:t>
      </w:r>
      <w:r w:rsidR="005D5856">
        <w:t xml:space="preserve"> </w:t>
      </w:r>
      <w:r>
        <w:t>at which this warming occurs is also important (see Question 6). Rapid human-caused climate changes</w:t>
      </w:r>
      <w:r w:rsidR="005D5856">
        <w:t xml:space="preserve"> </w:t>
      </w:r>
      <w:r>
        <w:t xml:space="preserve">mean that less time is available to allow for adaptation </w:t>
      </w:r>
      <w:r>
        <w:t>measures to</w:t>
      </w:r>
      <w:r w:rsidR="005D5856">
        <w:t xml:space="preserve"> </w:t>
      </w:r>
      <w:r>
        <w:t>be put</w:t>
      </w:r>
      <w:r w:rsidR="005D5856">
        <w:t xml:space="preserve"> </w:t>
      </w:r>
      <w:r>
        <w:t>in place or</w:t>
      </w:r>
      <w:r w:rsidR="005D5856">
        <w:t xml:space="preserve"> </w:t>
      </w:r>
      <w:r>
        <w:t>for ecosystems to</w:t>
      </w:r>
      <w:r w:rsidR="005D5856">
        <w:t xml:space="preserve"> </w:t>
      </w:r>
      <w:r>
        <w:t>adapt, posing greater risks in areas vulnerable to more intense extreme weather events and rising sea levels.</w:t>
      </w:r>
    </w:p>
    <w:p w14:paraId="28631D5C" w14:textId="4E8D4849" w:rsidR="007E3AE7" w:rsidRPr="005D5856" w:rsidRDefault="00475F0B" w:rsidP="005D5856">
      <w:pPr>
        <w:pStyle w:val="ae"/>
        <w:numPr>
          <w:ilvl w:val="0"/>
          <w:numId w:val="15"/>
        </w:numPr>
        <w:spacing w:line="360" w:lineRule="auto"/>
        <w:rPr>
          <w:sz w:val="32"/>
          <w:szCs w:val="32"/>
        </w:rPr>
      </w:pPr>
      <w:r w:rsidRPr="005D5856">
        <w:rPr>
          <w:sz w:val="32"/>
          <w:szCs w:val="32"/>
        </w:rPr>
        <w:t>What are scientists doing to</w:t>
      </w:r>
      <w:r w:rsidR="005D5856" w:rsidRPr="005D5856">
        <w:rPr>
          <w:sz w:val="32"/>
          <w:szCs w:val="32"/>
        </w:rPr>
        <w:t xml:space="preserve"> </w:t>
      </w:r>
      <w:r w:rsidRPr="005D5856">
        <w:rPr>
          <w:sz w:val="32"/>
          <w:szCs w:val="32"/>
        </w:rPr>
        <w:t>address key uncertainties in</w:t>
      </w:r>
      <w:r w:rsidR="005D5856">
        <w:rPr>
          <w:sz w:val="32"/>
          <w:szCs w:val="32"/>
        </w:rPr>
        <w:t xml:space="preserve"> </w:t>
      </w:r>
      <w:r w:rsidRPr="005D5856">
        <w:rPr>
          <w:sz w:val="32"/>
          <w:szCs w:val="32"/>
        </w:rPr>
        <w:t>our</w:t>
      </w:r>
      <w:r w:rsidR="005D5856">
        <w:rPr>
          <w:sz w:val="32"/>
          <w:szCs w:val="32"/>
        </w:rPr>
        <w:t xml:space="preserve"> </w:t>
      </w:r>
      <w:r w:rsidRPr="005D5856">
        <w:rPr>
          <w:sz w:val="32"/>
          <w:szCs w:val="32"/>
        </w:rPr>
        <w:t>understanding of</w:t>
      </w:r>
      <w:r w:rsidR="005D5856">
        <w:rPr>
          <w:sz w:val="32"/>
          <w:szCs w:val="32"/>
        </w:rPr>
        <w:t xml:space="preserve"> </w:t>
      </w:r>
      <w:r w:rsidRPr="005D5856">
        <w:rPr>
          <w:sz w:val="32"/>
          <w:szCs w:val="32"/>
        </w:rPr>
        <w:t>the climate system?</w:t>
      </w:r>
    </w:p>
    <w:p w14:paraId="1EC179E9" w14:textId="77777777" w:rsidR="00487B03" w:rsidRDefault="00475F0B" w:rsidP="00487B03">
      <w:pPr>
        <w:spacing w:line="360" w:lineRule="auto"/>
        <w:ind w:firstLine="400"/>
      </w:pPr>
      <w:r>
        <w:t>S</w:t>
      </w:r>
      <w:r>
        <w:t>cience is</w:t>
      </w:r>
      <w:r w:rsidR="00487B03">
        <w:t xml:space="preserve"> </w:t>
      </w:r>
      <w:r>
        <w:t>a continual process of observation, understanding, modelling, testing, and</w:t>
      </w:r>
      <w:r w:rsidR="00487B03">
        <w:t xml:space="preserve"> </w:t>
      </w:r>
      <w:r>
        <w:t>prediction. The prediction ofa long-term trend in global warming from increasing</w:t>
      </w:r>
      <w:r w:rsidR="00487B03">
        <w:t xml:space="preserve"> </w:t>
      </w:r>
      <w:r>
        <w:t>greenhouse gases is robust and</w:t>
      </w:r>
      <w:r w:rsidR="00487B03">
        <w:t xml:space="preserve"> </w:t>
      </w:r>
      <w:r>
        <w:t>has been confirmed by</w:t>
      </w:r>
      <w:r w:rsidR="00487B03">
        <w:t xml:space="preserve"> </w:t>
      </w:r>
      <w:r>
        <w:t>a growing body of evidence.</w:t>
      </w:r>
      <w:r w:rsidR="00487B03">
        <w:t xml:space="preserve"> </w:t>
      </w:r>
      <w:r>
        <w:t>Nevertheless</w:t>
      </w:r>
      <w:r>
        <w:t>, understanding of certain aspects of climate change remains incomplete.</w:t>
      </w:r>
      <w:r w:rsidR="00487B03">
        <w:t xml:space="preserve"> </w:t>
      </w:r>
      <w:r>
        <w:t>Examples include natural climate variations on decadal-to-centennial timescales and</w:t>
      </w:r>
      <w:r w:rsidR="00487B03">
        <w:t xml:space="preserve"> </w:t>
      </w:r>
      <w:r>
        <w:t>regional-to-local spatial scales and cloud responses to climate change, which are</w:t>
      </w:r>
      <w:r w:rsidR="00487B03">
        <w:t xml:space="preserve"> </w:t>
      </w:r>
      <w:r>
        <w:t>all areas</w:t>
      </w:r>
      <w:r w:rsidR="00487B03">
        <w:t xml:space="preserve"> </w:t>
      </w:r>
      <w:r>
        <w:t>of activ</w:t>
      </w:r>
      <w:r>
        <w:t>e research.</w:t>
      </w:r>
    </w:p>
    <w:p w14:paraId="034FE170" w14:textId="2FA0B48B" w:rsidR="007E3AE7" w:rsidRDefault="00475F0B" w:rsidP="00487B03">
      <w:pPr>
        <w:spacing w:line="360" w:lineRule="auto"/>
        <w:ind w:firstLine="400"/>
      </w:pPr>
      <w:r>
        <w:t>Comparisons of model predictions with observations identify what is</w:t>
      </w:r>
      <w:r w:rsidR="00487B03">
        <w:t xml:space="preserve"> </w:t>
      </w:r>
      <w:r>
        <w:t>well-understood and, at</w:t>
      </w:r>
      <w:r w:rsidR="00487B03">
        <w:t xml:space="preserve"> </w:t>
      </w:r>
      <w:r>
        <w:t>the same time, reveal uncertainties or gaps in</w:t>
      </w:r>
      <w:r w:rsidR="00487B03">
        <w:t xml:space="preserve"> </w:t>
      </w:r>
      <w:r>
        <w:t>our understanding. This helps to</w:t>
      </w:r>
      <w:r w:rsidR="00487B03">
        <w:t xml:space="preserve"> </w:t>
      </w:r>
      <w:r>
        <w:t>set priorities for</w:t>
      </w:r>
      <w:r w:rsidR="00487B03">
        <w:t xml:space="preserve"> </w:t>
      </w:r>
      <w:r>
        <w:t>new research. Vigilant</w:t>
      </w:r>
      <w:r w:rsidR="00487B03">
        <w:t xml:space="preserve"> </w:t>
      </w:r>
      <w:r>
        <w:t>monitoring of</w:t>
      </w:r>
      <w:r w:rsidR="00487B03">
        <w:t xml:space="preserve"> </w:t>
      </w:r>
      <w:r>
        <w:t>the entire climate system—the atmosphere, oceans,</w:t>
      </w:r>
      <w:r w:rsidR="00487B03">
        <w:t xml:space="preserve"> </w:t>
      </w:r>
      <w:r>
        <w:t>land, and</w:t>
      </w:r>
      <w:r w:rsidR="00487B03">
        <w:t xml:space="preserve"> </w:t>
      </w:r>
      <w:r>
        <w:t>ice—is therefore critical, as</w:t>
      </w:r>
      <w:r w:rsidR="00487B03">
        <w:t xml:space="preserve"> </w:t>
      </w:r>
      <w:r>
        <w:t>the climate system maybe full of</w:t>
      </w:r>
      <w:r w:rsidR="00487B03">
        <w:t xml:space="preserve"> </w:t>
      </w:r>
      <w:r>
        <w:t>surprises.</w:t>
      </w:r>
    </w:p>
    <w:p w14:paraId="1F80FCE7" w14:textId="77777777" w:rsidR="00487B03" w:rsidRDefault="00475F0B" w:rsidP="00487B03">
      <w:pPr>
        <w:spacing w:line="360" w:lineRule="auto"/>
        <w:ind w:firstLine="400"/>
      </w:pPr>
      <w:r>
        <w:t>Together, field and laboratory data and theoretical understanding are used</w:t>
      </w:r>
      <w:r w:rsidR="00487B03">
        <w:t xml:space="preserve"> </w:t>
      </w:r>
      <w:r>
        <w:t>to advance models of Earth’s</w:t>
      </w:r>
      <w:r w:rsidR="00487B03">
        <w:t xml:space="preserve"> </w:t>
      </w:r>
      <w:r>
        <w:t>climate</w:t>
      </w:r>
      <w:r>
        <w:t xml:space="preserve"> system and</w:t>
      </w:r>
      <w:r w:rsidR="00487B03">
        <w:t xml:space="preserve"> </w:t>
      </w:r>
      <w:r>
        <w:t>t</w:t>
      </w:r>
      <w:r>
        <w:t>o improve representation</w:t>
      </w:r>
      <w:r w:rsidR="00487B03">
        <w:t xml:space="preserve"> </w:t>
      </w:r>
      <w:r>
        <w:t>of</w:t>
      </w:r>
      <w:r w:rsidR="00487B03">
        <w:t xml:space="preserve"> </w:t>
      </w:r>
      <w:r>
        <w:t>key processes in them, especially those associated with clouds, aerosols,</w:t>
      </w:r>
      <w:r w:rsidR="00487B03">
        <w:t xml:space="preserve"> </w:t>
      </w:r>
      <w:r>
        <w:t xml:space="preserve">and transport of heat into the oceans. This is critical for </w:t>
      </w:r>
      <w:r>
        <w:lastRenderedPageBreak/>
        <w:t>accurately simulating</w:t>
      </w:r>
      <w:r w:rsidR="00487B03">
        <w:t xml:space="preserve"> </w:t>
      </w:r>
      <w:r>
        <w:t>climate change and associated changes in severe weather, espe</w:t>
      </w:r>
      <w:r>
        <w:t xml:space="preserve">cially </w:t>
      </w:r>
      <w:r w:rsidR="00487B03">
        <w:t xml:space="preserve">at the </w:t>
      </w:r>
      <w:r>
        <w:t>regional and local scales important for policy decisions.</w:t>
      </w:r>
      <w:r w:rsidR="00487B03">
        <w:t xml:space="preserve"> </w:t>
      </w:r>
    </w:p>
    <w:p w14:paraId="7966D83F" w14:textId="77777777" w:rsidR="00487B03" w:rsidRDefault="00475F0B" w:rsidP="00487B03">
      <w:pPr>
        <w:spacing w:line="360" w:lineRule="auto"/>
        <w:ind w:firstLine="400"/>
      </w:pPr>
      <w:r>
        <w:t>Simulating how clouds will change with warming and</w:t>
      </w:r>
      <w:r w:rsidR="00487B03">
        <w:t xml:space="preserve"> </w:t>
      </w:r>
      <w:r>
        <w:t>in turn may affect</w:t>
      </w:r>
      <w:r w:rsidR="00487B03">
        <w:t xml:space="preserve"> </w:t>
      </w:r>
      <w:r>
        <w:t>warming remains one</w:t>
      </w:r>
      <w:r w:rsidR="00487B03">
        <w:t xml:space="preserve"> </w:t>
      </w:r>
      <w:r>
        <w:t>of the major challenges for global climate models,</w:t>
      </w:r>
      <w:r w:rsidR="00487B03">
        <w:t xml:space="preserve"> </w:t>
      </w:r>
      <w:r>
        <w:t xml:space="preserve">in part because different cloud types have </w:t>
      </w:r>
      <w:r>
        <w:t>different impacts on climate,</w:t>
      </w:r>
      <w:r w:rsidR="00487B03">
        <w:t xml:space="preserve"> </w:t>
      </w:r>
      <w:r>
        <w:t>and</w:t>
      </w:r>
      <w:r w:rsidR="00487B03">
        <w:t xml:space="preserve"> </w:t>
      </w:r>
      <w:r>
        <w:t>the many cloud processes occur on scales smaller than most current</w:t>
      </w:r>
      <w:r w:rsidR="00487B03">
        <w:t xml:space="preserve"> </w:t>
      </w:r>
      <w:r>
        <w:t>models can resolve. Greater computer power is already allowing for some</w:t>
      </w:r>
      <w:r w:rsidR="00487B03">
        <w:t xml:space="preserve"> </w:t>
      </w:r>
      <w:r>
        <w:t>of these processes to</w:t>
      </w:r>
      <w:r w:rsidR="00487B03">
        <w:t xml:space="preserve"> </w:t>
      </w:r>
      <w:r>
        <w:t>be resolved in</w:t>
      </w:r>
      <w:r w:rsidR="00487B03">
        <w:t xml:space="preserve"> </w:t>
      </w:r>
      <w:r>
        <w:t>the new generation of models.</w:t>
      </w:r>
      <w:r w:rsidR="00487B03">
        <w:t xml:space="preserve"> </w:t>
      </w:r>
    </w:p>
    <w:p w14:paraId="2C315529" w14:textId="77777777" w:rsidR="00487B03" w:rsidRDefault="00475F0B" w:rsidP="00487B03">
      <w:pPr>
        <w:spacing w:line="360" w:lineRule="auto"/>
        <w:ind w:firstLine="400"/>
      </w:pPr>
      <w:r>
        <w:t xml:space="preserve">Dozens of </w:t>
      </w:r>
      <w:r>
        <w:t>groups and research institutions work on climate models,</w:t>
      </w:r>
      <w:r w:rsidR="00487B03">
        <w:t xml:space="preserve"> </w:t>
      </w:r>
      <w:r>
        <w:t>and scientists are</w:t>
      </w:r>
      <w:r w:rsidR="00487B03">
        <w:t xml:space="preserve"> </w:t>
      </w:r>
      <w:r>
        <w:t>now able to analyse results from essentially all</w:t>
      </w:r>
      <w:r w:rsidR="00487B03">
        <w:t xml:space="preserve"> </w:t>
      </w:r>
      <w:r>
        <w:t>of the</w:t>
      </w:r>
      <w:r w:rsidR="00487B03">
        <w:t xml:space="preserve"> </w:t>
      </w:r>
      <w:r>
        <w:t>world’s</w:t>
      </w:r>
      <w:r w:rsidR="00487B03">
        <w:t xml:space="preserve"> </w:t>
      </w:r>
      <w:r>
        <w:t>major Earth-System Models and compare them with each other</w:t>
      </w:r>
      <w:r w:rsidR="00487B03">
        <w:t xml:space="preserve"> </w:t>
      </w:r>
      <w:r>
        <w:t>and with observations. Such opportunities are</w:t>
      </w:r>
      <w:r w:rsidR="00487B03">
        <w:t xml:space="preserve"> </w:t>
      </w:r>
      <w:r>
        <w:t>of tremendous b</w:t>
      </w:r>
      <w:r>
        <w:t>enefit</w:t>
      </w:r>
      <w:r w:rsidR="00487B03">
        <w:t xml:space="preserve"> </w:t>
      </w:r>
      <w:r>
        <w:t>in bringing out</w:t>
      </w:r>
      <w:r w:rsidR="00487B03">
        <w:t xml:space="preserve"> </w:t>
      </w:r>
      <w:r>
        <w:t>the strengths and weaknesses of various models and</w:t>
      </w:r>
      <w:r w:rsidR="00487B03">
        <w:t xml:space="preserve"> </w:t>
      </w:r>
      <w:r>
        <w:t>diagnosing the causes of differences among models, so that research</w:t>
      </w:r>
      <w:r w:rsidR="00487B03">
        <w:t xml:space="preserve"> </w:t>
      </w:r>
      <w:r>
        <w:t>can focus on</w:t>
      </w:r>
      <w:r w:rsidR="00487B03">
        <w:t xml:space="preserve"> </w:t>
      </w:r>
      <w:r>
        <w:t>the relevant processes. Differences among models allow</w:t>
      </w:r>
      <w:r w:rsidR="00487B03">
        <w:t xml:space="preserve"> </w:t>
      </w:r>
      <w:r>
        <w:t>estimates to</w:t>
      </w:r>
      <w:r w:rsidR="00487B03">
        <w:t xml:space="preserve"> </w:t>
      </w:r>
      <w:r>
        <w:t>be made of</w:t>
      </w:r>
      <w:r w:rsidR="00487B03">
        <w:t xml:space="preserve"> </w:t>
      </w:r>
      <w:r>
        <w:t>the uncertainties in proje</w:t>
      </w:r>
      <w:r>
        <w:t>ctions of future climate</w:t>
      </w:r>
      <w:r w:rsidR="00487B03">
        <w:t xml:space="preserve"> </w:t>
      </w:r>
      <w:r>
        <w:t>change. Additionally, large archives of results from many different</w:t>
      </w:r>
      <w:r w:rsidR="00487B03">
        <w:t xml:space="preserve"> </w:t>
      </w:r>
      <w:r>
        <w:t>models help scientists to identify aspects of climate change projections</w:t>
      </w:r>
      <w:r w:rsidR="00487B03">
        <w:t xml:space="preserve"> </w:t>
      </w:r>
      <w:r>
        <w:t>that are robust and that can</w:t>
      </w:r>
      <w:r w:rsidR="00487B03">
        <w:t xml:space="preserve"> </w:t>
      </w:r>
      <w:r>
        <w:t>be interpreted in terms of known physical</w:t>
      </w:r>
      <w:r w:rsidR="00487B03">
        <w:t xml:space="preserve"> </w:t>
      </w:r>
      <w:r>
        <w:t>mechanisms.</w:t>
      </w:r>
    </w:p>
    <w:p w14:paraId="2F20F8DD" w14:textId="5F7A10EF" w:rsidR="007E3AE7" w:rsidRDefault="00475F0B" w:rsidP="00487B03">
      <w:pPr>
        <w:spacing w:line="360" w:lineRule="auto"/>
        <w:ind w:firstLine="400"/>
      </w:pPr>
      <w:r>
        <w:t>Studying</w:t>
      </w:r>
      <w:r>
        <w:t xml:space="preserve"> how climate responded to major changes in</w:t>
      </w:r>
      <w:r w:rsidR="00487B03">
        <w:t xml:space="preserve"> </w:t>
      </w:r>
      <w:r>
        <w:t>the past is another</w:t>
      </w:r>
      <w:r w:rsidR="00487B03">
        <w:t xml:space="preserve"> </w:t>
      </w:r>
      <w:r>
        <w:t>way</w:t>
      </w:r>
      <w:r w:rsidR="00487B03">
        <w:t xml:space="preserve"> </w:t>
      </w:r>
      <w:r>
        <w:t>of checking that we understand how different processes work and that</w:t>
      </w:r>
      <w:r w:rsidR="00487B03">
        <w:t xml:space="preserve"> </w:t>
      </w:r>
      <w:r>
        <w:t>models are capable of performing reliably under awide range of conditions.</w:t>
      </w:r>
    </w:p>
    <w:p w14:paraId="5AED435D" w14:textId="77777777" w:rsidR="0055466C" w:rsidRDefault="0055466C" w:rsidP="0055466C">
      <w:pPr>
        <w:spacing w:line="360" w:lineRule="auto"/>
        <w:ind w:firstLine="400"/>
      </w:pPr>
    </w:p>
    <w:p w14:paraId="78C44AD1" w14:textId="77777777" w:rsidR="0055466C" w:rsidRDefault="0055466C" w:rsidP="0055466C">
      <w:pPr>
        <w:spacing w:line="360" w:lineRule="auto"/>
        <w:ind w:firstLine="400"/>
      </w:pPr>
    </w:p>
    <w:p w14:paraId="2CAF3763" w14:textId="1D771D94" w:rsidR="007E3AE7" w:rsidRPr="00C501BB" w:rsidRDefault="00475F0B" w:rsidP="0055466C">
      <w:pPr>
        <w:spacing w:line="360" w:lineRule="auto"/>
        <w:ind w:firstLine="400"/>
        <w:rPr>
          <w:sz w:val="32"/>
          <w:szCs w:val="32"/>
        </w:rPr>
      </w:pPr>
      <w:r w:rsidRPr="00C501BB">
        <w:rPr>
          <w:sz w:val="32"/>
          <w:szCs w:val="32"/>
        </w:rPr>
        <w:lastRenderedPageBreak/>
        <w:t>Why</w:t>
      </w:r>
      <w:r w:rsidR="0055466C" w:rsidRPr="00C501BB">
        <w:rPr>
          <w:sz w:val="32"/>
          <w:szCs w:val="32"/>
        </w:rPr>
        <w:t xml:space="preserve"> </w:t>
      </w:r>
      <w:r w:rsidRPr="00C501BB">
        <w:rPr>
          <w:sz w:val="32"/>
          <w:szCs w:val="32"/>
        </w:rPr>
        <w:t>are computer models used to</w:t>
      </w:r>
      <w:r w:rsidR="0055466C" w:rsidRPr="00C501BB">
        <w:rPr>
          <w:sz w:val="32"/>
          <w:szCs w:val="32"/>
        </w:rPr>
        <w:t xml:space="preserve"> </w:t>
      </w:r>
      <w:r w:rsidRPr="00C501BB">
        <w:rPr>
          <w:sz w:val="32"/>
          <w:szCs w:val="32"/>
        </w:rPr>
        <w:t>study climate ch</w:t>
      </w:r>
      <w:r w:rsidRPr="00C501BB">
        <w:rPr>
          <w:sz w:val="32"/>
          <w:szCs w:val="32"/>
        </w:rPr>
        <w:t>ange?</w:t>
      </w:r>
    </w:p>
    <w:p w14:paraId="4654BA0B" w14:textId="45DEF5B4" w:rsidR="007E3AE7" w:rsidRDefault="00475F0B" w:rsidP="00C501BB">
      <w:pPr>
        <w:spacing w:line="360" w:lineRule="auto"/>
        <w:ind w:firstLine="400"/>
      </w:pPr>
      <w:r>
        <w:t>The future evolution of Earth’s</w:t>
      </w:r>
      <w:r w:rsidR="00C501BB">
        <w:t xml:space="preserve"> </w:t>
      </w:r>
      <w:r>
        <w:t>climate as</w:t>
      </w:r>
      <w:r w:rsidR="00C501BB">
        <w:t xml:space="preserve"> </w:t>
      </w:r>
      <w:r>
        <w:t>it responds to</w:t>
      </w:r>
      <w:r w:rsidR="00C501BB">
        <w:t xml:space="preserve"> </w:t>
      </w:r>
      <w:r>
        <w:t>the present rapid rate of increasing atmospheric CO2 has</w:t>
      </w:r>
      <w:r w:rsidR="00C501BB">
        <w:t xml:space="preserve"> </w:t>
      </w:r>
      <w:r>
        <w:t>no precise analogues in</w:t>
      </w:r>
      <w:r w:rsidR="00C501BB">
        <w:t xml:space="preserve"> </w:t>
      </w:r>
      <w:r>
        <w:t>the past, nor</w:t>
      </w:r>
      <w:r w:rsidR="00C501BB">
        <w:t xml:space="preserve"> </w:t>
      </w:r>
      <w:r>
        <w:t>can it</w:t>
      </w:r>
      <w:r w:rsidR="00C501BB">
        <w:t xml:space="preserve"> </w:t>
      </w:r>
      <w:r>
        <w:t>be properly understood through laboratory experiments. Aswe are also unable to carry out delibe</w:t>
      </w:r>
      <w:r>
        <w:t>rate controlled experiments on Earth itself, computer models are among the most important tools used to study Earth’s</w:t>
      </w:r>
      <w:r w:rsidR="00C501BB">
        <w:t xml:space="preserve"> </w:t>
      </w:r>
      <w:r>
        <w:t>climate system.</w:t>
      </w:r>
    </w:p>
    <w:p w14:paraId="1F740F53" w14:textId="037C9404" w:rsidR="007E3AE7" w:rsidRDefault="00475F0B" w:rsidP="00C501BB">
      <w:pPr>
        <w:spacing w:line="360" w:lineRule="auto"/>
        <w:ind w:firstLine="400"/>
      </w:pPr>
      <w:r>
        <w:t>Climate models are based on mathematical equations</w:t>
      </w:r>
      <w:r w:rsidR="00C501BB">
        <w:t xml:space="preserve"> </w:t>
      </w:r>
      <w:r>
        <w:t>that represent the best understanding of</w:t>
      </w:r>
      <w:r w:rsidR="00C501BB">
        <w:t xml:space="preserve"> </w:t>
      </w:r>
      <w:r>
        <w:t>the basic laws of physics, chemi</w:t>
      </w:r>
      <w:r>
        <w:t xml:space="preserve">stry, and biology that govern the </w:t>
      </w:r>
      <w:r w:rsidR="00C501BB">
        <w:t xml:space="preserve">behave </w:t>
      </w:r>
      <w:r>
        <w:t>our of</w:t>
      </w:r>
      <w:r w:rsidR="00C501BB">
        <w:t xml:space="preserve"> </w:t>
      </w:r>
      <w:r>
        <w:t>the atmosphere, ocean, land surface, ice, and other parts ofthe climate system, as well as</w:t>
      </w:r>
      <w:r w:rsidR="00C501BB">
        <w:t xml:space="preserve"> </w:t>
      </w:r>
      <w:r>
        <w:t>the interactions among them. The most comprehensive climate models, Earth-System Models, are designed to simulate Earth’</w:t>
      </w:r>
      <w:r>
        <w:t>s</w:t>
      </w:r>
      <w:r w:rsidR="00C501BB">
        <w:t xml:space="preserve"> </w:t>
      </w:r>
      <w:r>
        <w:t>climate system with as much detail as</w:t>
      </w:r>
      <w:r w:rsidR="00C501BB">
        <w:t xml:space="preserve"> </w:t>
      </w:r>
      <w:r>
        <w:t>is permitted by</w:t>
      </w:r>
      <w:r w:rsidR="00C501BB">
        <w:t xml:space="preserve"> </w:t>
      </w:r>
      <w:r>
        <w:t>our understanding and</w:t>
      </w:r>
      <w:r w:rsidR="00C501BB">
        <w:t xml:space="preserve"> </w:t>
      </w:r>
      <w:r>
        <w:t>by available supercomputers.</w:t>
      </w:r>
    </w:p>
    <w:p w14:paraId="0C43413B" w14:textId="3843B25D" w:rsidR="007E3AE7" w:rsidRDefault="00475F0B" w:rsidP="00C501BB">
      <w:pPr>
        <w:spacing w:line="360" w:lineRule="auto"/>
        <w:ind w:firstLine="400"/>
      </w:pPr>
      <w:r>
        <w:t>The capability of climate models has improved steadily</w:t>
      </w:r>
      <w:r w:rsidR="00C501BB">
        <w:t xml:space="preserve"> </w:t>
      </w:r>
      <w:r>
        <w:t xml:space="preserve">since the 1960s. Using physics-based equations, the models canbe tested andare </w:t>
      </w:r>
      <w:r>
        <w:t>successful in simulating abroad range of weather and climate variations, for example from individual storms, jet stream meanders, El Niño events, and</w:t>
      </w:r>
      <w:r w:rsidR="00C501BB">
        <w:t xml:space="preserve"> </w:t>
      </w:r>
      <w:r>
        <w:t>the climate of</w:t>
      </w:r>
      <w:r w:rsidR="00C501BB">
        <w:t xml:space="preserve"> </w:t>
      </w:r>
      <w:r>
        <w:t>the last century. Their projections of</w:t>
      </w:r>
      <w:r w:rsidR="00C501BB">
        <w:t xml:space="preserve"> </w:t>
      </w:r>
      <w:r>
        <w:t>the most prominent features of</w:t>
      </w:r>
      <w:r w:rsidR="00C501BB">
        <w:t xml:space="preserve"> </w:t>
      </w:r>
      <w:r>
        <w:t>the long-term human-induc</w:t>
      </w:r>
      <w:r>
        <w:t>ed climate change signal have remained robust, as generations of increasingly complex models yield richer details of</w:t>
      </w:r>
      <w:r w:rsidR="00C501BB">
        <w:t xml:space="preserve"> </w:t>
      </w:r>
      <w:r>
        <w:t>the change. They are also</w:t>
      </w:r>
      <w:r w:rsidR="00C501BB">
        <w:t xml:space="preserve"> </w:t>
      </w:r>
      <w:r>
        <w:t>used to perform experiments to</w:t>
      </w:r>
      <w:r w:rsidR="00C501BB">
        <w:t xml:space="preserve"> </w:t>
      </w:r>
      <w:r>
        <w:t>isolate specific causes of climate change and</w:t>
      </w:r>
      <w:r w:rsidR="00C501BB">
        <w:t xml:space="preserve"> </w:t>
      </w:r>
      <w:r>
        <w:t>to explore the consequences of differe</w:t>
      </w:r>
      <w:r>
        <w:t>nt scenarios of future greenhouse gas</w:t>
      </w:r>
      <w:r w:rsidR="00C501BB">
        <w:t xml:space="preserve"> </w:t>
      </w:r>
      <w:r>
        <w:t>emissions and other influences on climate.</w:t>
      </w:r>
    </w:p>
    <w:p w14:paraId="0B2A3D58" w14:textId="30E1A30B" w:rsidR="007E3AE7" w:rsidRDefault="007E3AE7">
      <w:pPr>
        <w:spacing w:line="360" w:lineRule="auto"/>
        <w:ind w:firstLine="400"/>
      </w:pPr>
    </w:p>
    <w:p w14:paraId="65211E52" w14:textId="46044AA6" w:rsidR="007E3AE7" w:rsidRPr="000F67AE" w:rsidRDefault="00475F0B" w:rsidP="000F67AE">
      <w:pPr>
        <w:pStyle w:val="ae"/>
        <w:numPr>
          <w:ilvl w:val="0"/>
          <w:numId w:val="15"/>
        </w:numPr>
        <w:spacing w:line="360" w:lineRule="auto"/>
        <w:rPr>
          <w:sz w:val="32"/>
          <w:szCs w:val="32"/>
        </w:rPr>
      </w:pPr>
      <w:r w:rsidRPr="000F67AE">
        <w:rPr>
          <w:sz w:val="32"/>
          <w:szCs w:val="32"/>
        </w:rPr>
        <w:lastRenderedPageBreak/>
        <w:t>Are disaster scenarios about tipping</w:t>
      </w:r>
      <w:r w:rsidR="000F67AE" w:rsidRPr="000F67AE">
        <w:rPr>
          <w:sz w:val="32"/>
          <w:szCs w:val="32"/>
        </w:rPr>
        <w:t xml:space="preserve"> </w:t>
      </w:r>
      <w:r w:rsidRPr="000F67AE">
        <w:rPr>
          <w:sz w:val="32"/>
          <w:szCs w:val="32"/>
        </w:rPr>
        <w:t>points like “turning off</w:t>
      </w:r>
      <w:r w:rsidR="000F67AE" w:rsidRPr="000F67AE">
        <w:rPr>
          <w:sz w:val="32"/>
          <w:szCs w:val="32"/>
        </w:rPr>
        <w:t xml:space="preserve"> </w:t>
      </w:r>
      <w:r w:rsidRPr="000F67AE">
        <w:rPr>
          <w:sz w:val="32"/>
          <w:szCs w:val="32"/>
        </w:rPr>
        <w:t>the Gulf</w:t>
      </w:r>
      <w:r w:rsidR="000F67AE" w:rsidRPr="000F67AE">
        <w:rPr>
          <w:sz w:val="32"/>
          <w:szCs w:val="32"/>
        </w:rPr>
        <w:t xml:space="preserve"> </w:t>
      </w:r>
      <w:r w:rsidRPr="000F67AE">
        <w:rPr>
          <w:sz w:val="32"/>
          <w:szCs w:val="32"/>
        </w:rPr>
        <w:t>Stream” and release of methane from</w:t>
      </w:r>
      <w:r w:rsidR="000F67AE" w:rsidRPr="000F67AE">
        <w:rPr>
          <w:sz w:val="32"/>
          <w:szCs w:val="32"/>
        </w:rPr>
        <w:t xml:space="preserve"> </w:t>
      </w:r>
      <w:r w:rsidRPr="000F67AE">
        <w:rPr>
          <w:sz w:val="32"/>
          <w:szCs w:val="32"/>
        </w:rPr>
        <w:t>the Arctic a</w:t>
      </w:r>
      <w:r w:rsidR="000F67AE" w:rsidRPr="000F67AE">
        <w:rPr>
          <w:sz w:val="32"/>
          <w:szCs w:val="32"/>
        </w:rPr>
        <w:t xml:space="preserve"> </w:t>
      </w:r>
      <w:r w:rsidRPr="000F67AE">
        <w:rPr>
          <w:sz w:val="32"/>
          <w:szCs w:val="32"/>
        </w:rPr>
        <w:t>cause for concern?</w:t>
      </w:r>
    </w:p>
    <w:p w14:paraId="02676214" w14:textId="7D2B7A26" w:rsidR="007E3AE7" w:rsidRDefault="00475F0B" w:rsidP="000F67AE">
      <w:pPr>
        <w:spacing w:line="360" w:lineRule="auto"/>
        <w:ind w:firstLine="400"/>
      </w:pPr>
      <w:r>
        <w:t>R</w:t>
      </w:r>
      <w:r>
        <w:t xml:space="preserve">esults </w:t>
      </w:r>
      <w:r>
        <w:t>from the best available climate models donot predict an abrupt change in (or</w:t>
      </w:r>
      <w:r w:rsidR="000F67AE">
        <w:t xml:space="preserve"> </w:t>
      </w:r>
      <w:r>
        <w:t>collapse of) the Atlantic Meridional Overturning Circulation, which includes the Gulf</w:t>
      </w:r>
      <w:r w:rsidR="000F67AE">
        <w:t xml:space="preserve"> </w:t>
      </w:r>
      <w:r>
        <w:t>Stream, in</w:t>
      </w:r>
      <w:r w:rsidR="000F67AE">
        <w:t xml:space="preserve"> </w:t>
      </w:r>
      <w:r>
        <w:t>the near future. However, this and other potential high-risk abrupt changes, like</w:t>
      </w:r>
      <w:r w:rsidR="000F67AE">
        <w:t xml:space="preserve"> </w:t>
      </w:r>
      <w:r>
        <w:t>t</w:t>
      </w:r>
      <w:r>
        <w:t>he release of methane and carbon dioxide from thawing permafrost, remain active areas</w:t>
      </w:r>
      <w:r w:rsidR="000F67AE">
        <w:t xml:space="preserve"> </w:t>
      </w:r>
      <w:r>
        <w:t>of scientific research. Some abrupt changes are already underway, such as</w:t>
      </w:r>
      <w:r w:rsidR="000F67AE">
        <w:t xml:space="preserve"> </w:t>
      </w:r>
      <w:r>
        <w:t>the decrease in</w:t>
      </w:r>
      <w:r w:rsidR="000F67AE">
        <w:t xml:space="preserve"> </w:t>
      </w:r>
      <w:r>
        <w:t>Arctic sea</w:t>
      </w:r>
      <w:r w:rsidR="000F67AE">
        <w:t xml:space="preserve"> </w:t>
      </w:r>
      <w:r>
        <w:t xml:space="preserve">ice extent (see Question 12), andas warming increases, the possibility </w:t>
      </w:r>
      <w:r>
        <w:t>of other</w:t>
      </w:r>
      <w:r w:rsidR="000F67AE">
        <w:t xml:space="preserve"> </w:t>
      </w:r>
      <w:r>
        <w:t>major abrupt changes cannot be ruled out.</w:t>
      </w:r>
    </w:p>
    <w:p w14:paraId="07AE50FF" w14:textId="054ED6CC" w:rsidR="007E3AE7" w:rsidRDefault="00475F0B" w:rsidP="000F67AE">
      <w:pPr>
        <w:spacing w:line="360" w:lineRule="auto"/>
        <w:ind w:firstLine="400"/>
      </w:pPr>
      <w:r>
        <w:t>The composition of</w:t>
      </w:r>
      <w:r w:rsidR="000F67AE">
        <w:t xml:space="preserve"> </w:t>
      </w:r>
      <w:r>
        <w:t>the atmosphere is changing towards conditions that have not been experienced for</w:t>
      </w:r>
      <w:r w:rsidR="000F67AE">
        <w:t xml:space="preserve"> </w:t>
      </w:r>
      <w:r>
        <w:t>millions of years, so</w:t>
      </w:r>
      <w:r w:rsidR="000F67AE">
        <w:t xml:space="preserve"> </w:t>
      </w:r>
      <w:r>
        <w:t>we are headed for unknown territory, and uncertainty is large. The climate system</w:t>
      </w:r>
      <w:r w:rsidR="000F67AE">
        <w:t xml:space="preserve"> </w:t>
      </w:r>
      <w:r>
        <w:t>inv</w:t>
      </w:r>
      <w:r>
        <w:t>olves many competing processes that could switch the climate in</w:t>
      </w:r>
      <w:r w:rsidR="000F67AE">
        <w:t xml:space="preserve"> </w:t>
      </w:r>
      <w:r>
        <w:t>to a</w:t>
      </w:r>
      <w:r w:rsidR="000F67AE">
        <w:t xml:space="preserve"> </w:t>
      </w:r>
      <w:r>
        <w:t>different state once a</w:t>
      </w:r>
      <w:r w:rsidR="000F67AE">
        <w:t xml:space="preserve"> </w:t>
      </w:r>
      <w:r>
        <w:t>threshold</w:t>
      </w:r>
      <w:r w:rsidR="000F67AE">
        <w:t xml:space="preserve"> </w:t>
      </w:r>
      <w:r>
        <w:t>has been exceeded.</w:t>
      </w:r>
    </w:p>
    <w:p w14:paraId="2F048800" w14:textId="11C33006" w:rsidR="007E3AE7" w:rsidRDefault="00475F0B" w:rsidP="000F67AE">
      <w:pPr>
        <w:spacing w:line="360" w:lineRule="auto"/>
        <w:ind w:firstLine="400"/>
      </w:pPr>
      <w:r>
        <w:t>A</w:t>
      </w:r>
      <w:r w:rsidR="000F67AE">
        <w:t xml:space="preserve"> </w:t>
      </w:r>
      <w:r>
        <w:t>well-known example is</w:t>
      </w:r>
      <w:r w:rsidR="000F67AE">
        <w:t xml:space="preserve"> </w:t>
      </w:r>
      <w:r>
        <w:t>t</w:t>
      </w:r>
      <w:r>
        <w:t>he south-north ocean overturning circulation, which is maintained by cold salty</w:t>
      </w:r>
      <w:r w:rsidR="000F67AE">
        <w:t xml:space="preserve"> </w:t>
      </w:r>
      <w:r>
        <w:t>water sinking in</w:t>
      </w:r>
      <w:r w:rsidR="000F67AE">
        <w:t xml:space="preserve"> </w:t>
      </w:r>
      <w:r>
        <w:t xml:space="preserve">the North Atlantic </w:t>
      </w:r>
      <w:r>
        <w:t>and involves the transport of extra heat to</w:t>
      </w:r>
      <w:r w:rsidR="000F67AE">
        <w:t xml:space="preserve"> </w:t>
      </w:r>
      <w:r>
        <w:t>t</w:t>
      </w:r>
      <w:r>
        <w:t>he North Atlantic via</w:t>
      </w:r>
      <w:r w:rsidR="000F67AE">
        <w:t xml:space="preserve"> </w:t>
      </w:r>
      <w:r>
        <w:t>the</w:t>
      </w:r>
      <w:r w:rsidR="000F67AE">
        <w:t xml:space="preserve"> </w:t>
      </w:r>
      <w:r>
        <w:t>Gulf Stream. During the last ice</w:t>
      </w:r>
      <w:r w:rsidR="000F67AE">
        <w:t xml:space="preserve"> </w:t>
      </w:r>
      <w:r>
        <w:t>age, pulses of freshwater from the melting ice sheet over North America</w:t>
      </w:r>
      <w:r w:rsidR="000F67AE">
        <w:t xml:space="preserve"> </w:t>
      </w:r>
      <w:r>
        <w:t>led</w:t>
      </w:r>
      <w:r w:rsidR="000F67AE">
        <w:t xml:space="preserve"> </w:t>
      </w:r>
      <w:r>
        <w:t xml:space="preserve">to slowing down of this overturning circulation. This in turn caused widespread </w:t>
      </w:r>
      <w:r>
        <w:t>changes in climate</w:t>
      </w:r>
      <w:r w:rsidR="000F67AE">
        <w:t xml:space="preserve"> </w:t>
      </w:r>
      <w:r>
        <w:t>around the Northern Hemisphere. Freshening ofthe North Atlantic from the melting of</w:t>
      </w:r>
      <w:r w:rsidR="000F67AE">
        <w:t xml:space="preserve"> </w:t>
      </w:r>
      <w:r>
        <w:t>the Greenland ice</w:t>
      </w:r>
      <w:r w:rsidR="000F67AE">
        <w:t xml:space="preserve"> </w:t>
      </w:r>
      <w:r>
        <w:t>sheet is gradual, however, and hence isnot expected to cause abrupt changes.</w:t>
      </w:r>
    </w:p>
    <w:p w14:paraId="1147DE5F" w14:textId="24F6D86A" w:rsidR="007E3AE7" w:rsidRDefault="00475F0B" w:rsidP="000F67AE">
      <w:pPr>
        <w:spacing w:line="360" w:lineRule="auto"/>
        <w:ind w:firstLine="400"/>
      </w:pPr>
      <w:r>
        <w:lastRenderedPageBreak/>
        <w:t>Another concern relates to</w:t>
      </w:r>
      <w:r w:rsidR="000F67AE">
        <w:t xml:space="preserve"> </w:t>
      </w:r>
      <w:r>
        <w:t xml:space="preserve">the Arctic, where </w:t>
      </w:r>
      <w:r>
        <w:t>substantial warming could destabilise methane (a</w:t>
      </w:r>
      <w:r w:rsidR="000F67AE">
        <w:t xml:space="preserve"> </w:t>
      </w:r>
      <w:r>
        <w:t>greenhouse gas) trapped in ocean sediments and permafrost, potentially leading toa rapid release of</w:t>
      </w:r>
      <w:r w:rsidR="000F67AE">
        <w:t xml:space="preserve"> </w:t>
      </w:r>
      <w:r w:rsidR="00C27E55">
        <w:t>a large</w:t>
      </w:r>
      <w:r>
        <w:t xml:space="preserve"> amount of methane. If such arapid release occurred, then major, fast climate changes would</w:t>
      </w:r>
      <w:r w:rsidR="000F67AE">
        <w:t xml:space="preserve"> </w:t>
      </w:r>
      <w:r>
        <w:t>ensue. Such high-risk changes are considered unlikely in this century, butare by definition hard to predict.</w:t>
      </w:r>
      <w:r w:rsidR="000F67AE">
        <w:t xml:space="preserve"> </w:t>
      </w:r>
      <w:r>
        <w:t>Scientists are therefore continuing to study the possibility of exceeding such tipping points, beyond which</w:t>
      </w:r>
      <w:r w:rsidR="000F67AE">
        <w:t xml:space="preserve"> </w:t>
      </w:r>
      <w:r>
        <w:t>we risk large and abrupt changes.</w:t>
      </w:r>
    </w:p>
    <w:p w14:paraId="0669B103" w14:textId="57AA4011" w:rsidR="007E3AE7" w:rsidRPr="003C1B31" w:rsidRDefault="00475F0B" w:rsidP="00C27E55">
      <w:pPr>
        <w:spacing w:line="360" w:lineRule="auto"/>
        <w:ind w:firstLine="400"/>
        <w:rPr>
          <w:szCs w:val="28"/>
        </w:rPr>
      </w:pPr>
      <w:r>
        <w:t>In ad</w:t>
      </w:r>
      <w:r>
        <w:t>dition to abrupt changes in</w:t>
      </w:r>
      <w:r w:rsidR="000F67AE">
        <w:t xml:space="preserve"> </w:t>
      </w:r>
      <w:r>
        <w:t>the climate system itself, steady climate change can cross thresholds that</w:t>
      </w:r>
      <w:r w:rsidR="000F67AE">
        <w:t xml:space="preserve"> </w:t>
      </w:r>
      <w:r>
        <w:t>trigger abrupt changes in other systems. In human systems, for example, infrastructure has typically been</w:t>
      </w:r>
      <w:r w:rsidR="000F67AE">
        <w:t xml:space="preserve"> </w:t>
      </w:r>
      <w:r>
        <w:t>built to accommodate the climate variability att</w:t>
      </w:r>
      <w:r>
        <w:t>he time of construction. Gradual climate changes can</w:t>
      </w:r>
      <w:r w:rsidR="000F67AE">
        <w:t xml:space="preserve"> </w:t>
      </w:r>
      <w:r>
        <w:t>cause abrupt changes in</w:t>
      </w:r>
      <w:r w:rsidR="000F67AE">
        <w:t xml:space="preserve"> </w:t>
      </w:r>
      <w:r>
        <w:t>the utility of</w:t>
      </w:r>
      <w:r w:rsidR="000F67AE">
        <w:t xml:space="preserve"> </w:t>
      </w:r>
      <w:r>
        <w:t>the infrastructure—such as when rising sea levels suddenly surpass</w:t>
      </w:r>
      <w:r w:rsidR="000F67AE">
        <w:t xml:space="preserve"> </w:t>
      </w:r>
      <w:r>
        <w:t>sea walls, or when thawing permafrost causes the sudden collapse of pipelines, buildings, or roads.</w:t>
      </w:r>
      <w:r>
        <w:t xml:space="preserve"> In</w:t>
      </w:r>
      <w:r w:rsidR="000F67AE">
        <w:t xml:space="preserve"> </w:t>
      </w:r>
      <w:r>
        <w:t>natural systems, as</w:t>
      </w:r>
      <w:r w:rsidR="00C27E55">
        <w:t xml:space="preserve"> </w:t>
      </w:r>
      <w:r>
        <w:t>air and water temperatures rise, some species—such asthe mountain pika and many</w:t>
      </w:r>
      <w:r w:rsidR="00C27E55">
        <w:t xml:space="preserve"> </w:t>
      </w:r>
      <w:r>
        <w:t>ocean corals—will no longer be able to survive in their current habitats and will be forced to relocate (if</w:t>
      </w:r>
      <w:r w:rsidR="00C27E55">
        <w:t xml:space="preserve"> </w:t>
      </w:r>
      <w:r>
        <w:t>possible) or rapidly adapt. Other species may</w:t>
      </w:r>
      <w:r>
        <w:t xml:space="preserve"> fare better in</w:t>
      </w:r>
      <w:r w:rsidR="00C27E55">
        <w:t xml:space="preserve"> </w:t>
      </w:r>
      <w:r>
        <w:t>the new conditions, causing abrupt shifts in</w:t>
      </w:r>
      <w:r w:rsidR="00C27E55">
        <w:t xml:space="preserve"> </w:t>
      </w:r>
      <w:r>
        <w:t>the balance of ecosystems; for example, warmer temperatures have allowed more bark beetles to survive</w:t>
      </w:r>
      <w:r w:rsidR="00C27E55">
        <w:t xml:space="preserve"> </w:t>
      </w:r>
      <w:r>
        <w:t xml:space="preserve">over winter </w:t>
      </w:r>
      <w:r w:rsidRPr="003C1B31">
        <w:rPr>
          <w:szCs w:val="28"/>
        </w:rPr>
        <w:t xml:space="preserve">in some regions, where beetle outbreaks have destroyed forests. </w:t>
      </w:r>
    </w:p>
    <w:p w14:paraId="1FB877EA" w14:textId="0B6EF538" w:rsidR="007E3AE7" w:rsidRDefault="007E3AE7">
      <w:pPr>
        <w:spacing w:line="360" w:lineRule="auto"/>
        <w:ind w:firstLine="400"/>
        <w:rPr>
          <w:sz w:val="36"/>
          <w:szCs w:val="36"/>
        </w:rPr>
      </w:pPr>
    </w:p>
    <w:p w14:paraId="3AC22136" w14:textId="77777777" w:rsidR="001A1067" w:rsidRPr="003C1B31" w:rsidRDefault="001A1067">
      <w:pPr>
        <w:spacing w:line="360" w:lineRule="auto"/>
        <w:ind w:firstLine="400"/>
        <w:rPr>
          <w:sz w:val="36"/>
          <w:szCs w:val="36"/>
        </w:rPr>
      </w:pPr>
    </w:p>
    <w:p w14:paraId="5ADDF132" w14:textId="4C9F3998" w:rsidR="007E3AE7" w:rsidRPr="001A1067" w:rsidRDefault="003C1B31" w:rsidP="003C1B31">
      <w:pPr>
        <w:pStyle w:val="ae"/>
        <w:numPr>
          <w:ilvl w:val="0"/>
          <w:numId w:val="15"/>
        </w:numPr>
        <w:spacing w:line="360" w:lineRule="auto"/>
        <w:rPr>
          <w:sz w:val="32"/>
          <w:szCs w:val="32"/>
        </w:rPr>
      </w:pPr>
      <w:r w:rsidRPr="001A1067">
        <w:rPr>
          <w:sz w:val="32"/>
          <w:szCs w:val="32"/>
        </w:rPr>
        <w:lastRenderedPageBreak/>
        <w:t xml:space="preserve"> </w:t>
      </w:r>
      <w:r w:rsidR="00475F0B" w:rsidRPr="001A1067">
        <w:rPr>
          <w:sz w:val="32"/>
          <w:szCs w:val="32"/>
        </w:rPr>
        <w:t>If emissions of greenhouse gases were</w:t>
      </w:r>
      <w:r w:rsidRPr="001A1067">
        <w:rPr>
          <w:sz w:val="32"/>
          <w:szCs w:val="32"/>
        </w:rPr>
        <w:t xml:space="preserve"> </w:t>
      </w:r>
      <w:r w:rsidR="00475F0B" w:rsidRPr="001A1067">
        <w:rPr>
          <w:sz w:val="32"/>
          <w:szCs w:val="32"/>
        </w:rPr>
        <w:t>stopped, would the climate return</w:t>
      </w:r>
      <w:r w:rsidRPr="001A1067">
        <w:rPr>
          <w:sz w:val="32"/>
          <w:szCs w:val="32"/>
        </w:rPr>
        <w:t xml:space="preserve"> </w:t>
      </w:r>
      <w:r w:rsidR="00475F0B" w:rsidRPr="001A1067">
        <w:rPr>
          <w:sz w:val="32"/>
          <w:szCs w:val="32"/>
        </w:rPr>
        <w:t>to</w:t>
      </w:r>
      <w:r w:rsidRPr="001A1067">
        <w:rPr>
          <w:sz w:val="32"/>
          <w:szCs w:val="32"/>
        </w:rPr>
        <w:t xml:space="preserve"> </w:t>
      </w:r>
      <w:r w:rsidR="00475F0B" w:rsidRPr="001A1067">
        <w:rPr>
          <w:sz w:val="32"/>
          <w:szCs w:val="32"/>
        </w:rPr>
        <w:t>the conditions of</w:t>
      </w:r>
      <w:r w:rsidRPr="001A1067">
        <w:rPr>
          <w:sz w:val="32"/>
          <w:szCs w:val="32"/>
        </w:rPr>
        <w:t xml:space="preserve"> </w:t>
      </w:r>
      <w:r w:rsidR="00475F0B" w:rsidRPr="001A1067">
        <w:rPr>
          <w:sz w:val="32"/>
          <w:szCs w:val="32"/>
        </w:rPr>
        <w:t>200 years ago?</w:t>
      </w:r>
    </w:p>
    <w:p w14:paraId="782BEEFB" w14:textId="7079D310" w:rsidR="007E3AE7" w:rsidRDefault="00475F0B" w:rsidP="000F26E3">
      <w:pPr>
        <w:spacing w:line="360" w:lineRule="auto"/>
        <w:ind w:firstLine="400"/>
      </w:pPr>
      <w:r>
        <w:t>N</w:t>
      </w:r>
      <w:r>
        <w:t>o. Even if emissions of greenhouse gases were to suddenly stop, Earth’s</w:t>
      </w:r>
      <w:r w:rsidR="000F26E3">
        <w:t xml:space="preserve"> </w:t>
      </w:r>
      <w:r>
        <w:t>surface temperature</w:t>
      </w:r>
      <w:r w:rsidR="000F26E3">
        <w:t xml:space="preserve"> </w:t>
      </w:r>
      <w:r>
        <w:t>would require thousands of years to cool and return</w:t>
      </w:r>
      <w:r>
        <w:t xml:space="preserve"> to</w:t>
      </w:r>
      <w:r w:rsidR="000F26E3">
        <w:t xml:space="preserve"> </w:t>
      </w:r>
      <w:r>
        <w:t>the level in</w:t>
      </w:r>
      <w:r w:rsidR="000F26E3">
        <w:t xml:space="preserve"> </w:t>
      </w:r>
      <w:r>
        <w:t>the pre-industrial era.</w:t>
      </w:r>
    </w:p>
    <w:p w14:paraId="4CD8D9F6" w14:textId="531326D9" w:rsidR="007E3AE7" w:rsidRDefault="00475F0B" w:rsidP="000F26E3">
      <w:pPr>
        <w:spacing w:line="360" w:lineRule="auto"/>
        <w:ind w:firstLine="400"/>
      </w:pPr>
      <w:r>
        <w:t>If emissions of</w:t>
      </w:r>
      <w:r w:rsidR="000F26E3">
        <w:t xml:space="preserve"> </w:t>
      </w:r>
      <w:r>
        <w:t>CO</w:t>
      </w:r>
      <w:r>
        <w:t>2</w:t>
      </w:r>
      <w:r w:rsidR="000F26E3">
        <w:t xml:space="preserve"> </w:t>
      </w:r>
      <w:r>
        <w:t>stopped altogether, it would take many thousands of years for atmospheric CO2 to</w:t>
      </w:r>
      <w:r w:rsidR="000F26E3">
        <w:t xml:space="preserve"> </w:t>
      </w:r>
      <w:r>
        <w:t>return to “pre-industrial” levels due</w:t>
      </w:r>
      <w:r w:rsidR="000F26E3">
        <w:t xml:space="preserve"> </w:t>
      </w:r>
      <w:r>
        <w:t>to its very slow transfer to</w:t>
      </w:r>
      <w:r w:rsidR="000F26E3">
        <w:t xml:space="preserve"> </w:t>
      </w:r>
      <w:r>
        <w:t>the deep ocean and ultimate burial in ocean</w:t>
      </w:r>
      <w:r w:rsidR="000F26E3">
        <w:t xml:space="preserve"> </w:t>
      </w:r>
      <w:r>
        <w:t>sediment</w:t>
      </w:r>
      <w:r>
        <w:t>s. Surface temperatures would stay elevated for</w:t>
      </w:r>
      <w:r w:rsidR="000F26E3">
        <w:t xml:space="preserve"> </w:t>
      </w:r>
      <w:r>
        <w:t>at least a</w:t>
      </w:r>
      <w:r w:rsidR="000F26E3">
        <w:t xml:space="preserve"> </w:t>
      </w:r>
      <w:r>
        <w:t>t</w:t>
      </w:r>
      <w:r>
        <w:t>housand years,</w:t>
      </w:r>
      <w:r w:rsidR="000F26E3">
        <w:t xml:space="preserve"> </w:t>
      </w:r>
      <w:r>
        <w:t xml:space="preserve">implying </w:t>
      </w:r>
      <w:r w:rsidR="000F26E3">
        <w:t>a long</w:t>
      </w:r>
      <w:r>
        <w:t>-term</w:t>
      </w:r>
      <w:r w:rsidR="000F26E3">
        <w:t xml:space="preserve"> </w:t>
      </w:r>
      <w:r>
        <w:t>commitment toa warmer planet dueto past and current emissions. Sea level would likely continue</w:t>
      </w:r>
      <w:r w:rsidR="000F26E3">
        <w:t xml:space="preserve"> </w:t>
      </w:r>
      <w:r>
        <w:t>to rise for many centuries even after temperature stopped increasing</w:t>
      </w:r>
      <w:r>
        <w:t>.</w:t>
      </w:r>
      <w:r w:rsidR="000F26E3">
        <w:t xml:space="preserve"> </w:t>
      </w:r>
      <w:r>
        <w:t>Significant cooling</w:t>
      </w:r>
      <w:r w:rsidR="000F26E3">
        <w:t xml:space="preserve"> </w:t>
      </w:r>
      <w:r>
        <w:t>would be required to reverse melting of glaciers andthe Greenland ice sheet, which formed during past</w:t>
      </w:r>
      <w:r w:rsidR="000F26E3">
        <w:t xml:space="preserve"> </w:t>
      </w:r>
      <w:r>
        <w:t>cold climates. The current CO2-induced warming of Earth is therefore essentially irreversible on human</w:t>
      </w:r>
      <w:r w:rsidR="000F26E3">
        <w:t xml:space="preserve"> </w:t>
      </w:r>
      <w:r>
        <w:t>timescales. The a</w:t>
      </w:r>
      <w:r>
        <w:t>mount and rate of further warming will depend almost entirely on</w:t>
      </w:r>
      <w:r w:rsidR="000F26E3">
        <w:t xml:space="preserve"> </w:t>
      </w:r>
      <w:r>
        <w:t>how much more CO2</w:t>
      </w:r>
      <w:r w:rsidR="000F26E3">
        <w:t xml:space="preserve"> </w:t>
      </w:r>
      <w:r>
        <w:t>humankind emits.</w:t>
      </w:r>
    </w:p>
    <w:p w14:paraId="38076ADE" w14:textId="5DD4DE69" w:rsidR="000F26E3" w:rsidRDefault="00475F0B" w:rsidP="000F26E3">
      <w:pPr>
        <w:spacing w:line="360" w:lineRule="auto"/>
        <w:ind w:firstLine="400"/>
      </w:pPr>
      <w:r>
        <w:t>Scenarios of future climate change increasingly assume the</w:t>
      </w:r>
      <w:r w:rsidR="000F26E3">
        <w:t xml:space="preserve"> </w:t>
      </w:r>
      <w:r>
        <w:t>use of technologies that can remove green</w:t>
      </w:r>
      <w:r>
        <w:t xml:space="preserve">house gases from the atmosphere. In such </w:t>
      </w:r>
      <w:r>
        <w:t>“negative emissions” scenarios, it assumed that at some point</w:t>
      </w:r>
      <w:r w:rsidR="000F26E3">
        <w:t xml:space="preserve"> </w:t>
      </w:r>
      <w:r>
        <w:t>in</w:t>
      </w:r>
      <w:r w:rsidR="000F26E3">
        <w:t xml:space="preserve"> </w:t>
      </w:r>
      <w:r>
        <w:t>the future, widespread effort</w:t>
      </w:r>
      <w:r w:rsidR="000F26E3">
        <w:t xml:space="preserve"> </w:t>
      </w:r>
      <w:r>
        <w:t xml:space="preserve">will be undertaken that </w:t>
      </w:r>
      <w:r w:rsidR="000F26E3">
        <w:t xml:space="preserve">utilizes </w:t>
      </w:r>
      <w:r>
        <w:t>such technologies to remove</w:t>
      </w:r>
      <w:r w:rsidR="000F26E3">
        <w:t xml:space="preserve"> </w:t>
      </w:r>
      <w:r>
        <w:t>CO2 from the atmosphere and</w:t>
      </w:r>
      <w:r w:rsidR="000F26E3">
        <w:t xml:space="preserve"> </w:t>
      </w:r>
      <w:r>
        <w:t>lower its atmospheric concentra</w:t>
      </w:r>
      <w:r>
        <w:t>tion, thereby starting to reverse</w:t>
      </w:r>
      <w:r w:rsidR="000F26E3">
        <w:t xml:space="preserve"> </w:t>
      </w:r>
      <w:r>
        <w:t>CO2-d</w:t>
      </w:r>
      <w:r>
        <w:t>riven warming on longer</w:t>
      </w:r>
      <w:r w:rsidR="000F26E3">
        <w:t xml:space="preserve"> </w:t>
      </w:r>
      <w:r>
        <w:t>timescales. Deployment of such</w:t>
      </w:r>
      <w:r w:rsidR="000F26E3">
        <w:t xml:space="preserve"> </w:t>
      </w:r>
      <w:r>
        <w:t>technologies at scale would</w:t>
      </w:r>
      <w:r w:rsidR="000F26E3">
        <w:t xml:space="preserve"> </w:t>
      </w:r>
      <w:r>
        <w:t>require large decreases in</w:t>
      </w:r>
      <w:r w:rsidR="001A1067">
        <w:t xml:space="preserve"> </w:t>
      </w:r>
      <w:r>
        <w:lastRenderedPageBreak/>
        <w:t>their</w:t>
      </w:r>
      <w:r w:rsidR="000F26E3">
        <w:t xml:space="preserve"> </w:t>
      </w:r>
      <w:r>
        <w:t>costs. Even if such technological</w:t>
      </w:r>
      <w:r w:rsidR="000F26E3">
        <w:t xml:space="preserve"> </w:t>
      </w:r>
      <w:r>
        <w:t>fixes were practical, substantial</w:t>
      </w:r>
      <w:r w:rsidR="000F26E3">
        <w:t xml:space="preserve"> </w:t>
      </w:r>
      <w:r>
        <w:t>reductions in</w:t>
      </w:r>
      <w:r w:rsidR="000F26E3">
        <w:t xml:space="preserve"> </w:t>
      </w:r>
      <w:r>
        <w:t>CO</w:t>
      </w:r>
      <w:r>
        <w:t>2</w:t>
      </w:r>
      <w:r w:rsidR="000F26E3">
        <w:t xml:space="preserve"> </w:t>
      </w:r>
      <w:r>
        <w:t>emissions</w:t>
      </w:r>
      <w:r w:rsidR="000F26E3">
        <w:t xml:space="preserve"> </w:t>
      </w:r>
      <w:r>
        <w:t>would still be essential</w:t>
      </w:r>
      <w:r>
        <w:t>.</w:t>
      </w:r>
    </w:p>
    <w:p w14:paraId="4A654978" w14:textId="2AC06CF1" w:rsidR="001A1067" w:rsidRDefault="001A1067" w:rsidP="000F26E3">
      <w:pPr>
        <w:spacing w:line="360" w:lineRule="auto"/>
        <w:ind w:firstLine="400"/>
      </w:pPr>
    </w:p>
    <w:p w14:paraId="3320260E" w14:textId="7360AC04" w:rsidR="001A1067" w:rsidRDefault="001A1067" w:rsidP="000F26E3">
      <w:pPr>
        <w:spacing w:line="360" w:lineRule="auto"/>
        <w:ind w:firstLine="400"/>
      </w:pPr>
    </w:p>
    <w:p w14:paraId="5EB419DA" w14:textId="3E509889" w:rsidR="001A1067" w:rsidRDefault="001A1067" w:rsidP="000F26E3">
      <w:pPr>
        <w:spacing w:line="360" w:lineRule="auto"/>
        <w:ind w:firstLine="400"/>
      </w:pPr>
    </w:p>
    <w:p w14:paraId="34F89F87" w14:textId="410CDD21" w:rsidR="001A1067" w:rsidRDefault="001A1067" w:rsidP="000F26E3">
      <w:pPr>
        <w:spacing w:line="360" w:lineRule="auto"/>
        <w:ind w:firstLine="400"/>
      </w:pPr>
    </w:p>
    <w:p w14:paraId="258C01B9" w14:textId="072ADBAB" w:rsidR="001A1067" w:rsidRDefault="001A1067" w:rsidP="000F26E3">
      <w:pPr>
        <w:spacing w:line="360" w:lineRule="auto"/>
        <w:ind w:firstLine="400"/>
      </w:pPr>
    </w:p>
    <w:p w14:paraId="1239F136" w14:textId="53E76009" w:rsidR="001A1067" w:rsidRDefault="001A1067" w:rsidP="000F26E3">
      <w:pPr>
        <w:spacing w:line="360" w:lineRule="auto"/>
        <w:ind w:firstLine="400"/>
      </w:pPr>
    </w:p>
    <w:p w14:paraId="6E5C14AE" w14:textId="5D924820" w:rsidR="001A1067" w:rsidRDefault="001A1067" w:rsidP="000F26E3">
      <w:pPr>
        <w:spacing w:line="360" w:lineRule="auto"/>
        <w:ind w:firstLine="400"/>
      </w:pPr>
    </w:p>
    <w:p w14:paraId="4FE5E9A3" w14:textId="4240EF47" w:rsidR="001A1067" w:rsidRDefault="001A1067" w:rsidP="000F26E3">
      <w:pPr>
        <w:spacing w:line="360" w:lineRule="auto"/>
        <w:ind w:firstLine="400"/>
      </w:pPr>
    </w:p>
    <w:p w14:paraId="50284132" w14:textId="335A032A" w:rsidR="001A1067" w:rsidRDefault="001A1067" w:rsidP="000F26E3">
      <w:pPr>
        <w:spacing w:line="360" w:lineRule="auto"/>
        <w:ind w:firstLine="400"/>
      </w:pPr>
    </w:p>
    <w:p w14:paraId="1F384098" w14:textId="4C12D4FE" w:rsidR="001A1067" w:rsidRDefault="001A1067" w:rsidP="000F26E3">
      <w:pPr>
        <w:spacing w:line="360" w:lineRule="auto"/>
        <w:ind w:firstLine="400"/>
      </w:pPr>
    </w:p>
    <w:p w14:paraId="098202F2" w14:textId="5BB7BC41" w:rsidR="001A1067" w:rsidRDefault="001A1067" w:rsidP="000F26E3">
      <w:pPr>
        <w:spacing w:line="360" w:lineRule="auto"/>
        <w:ind w:firstLine="400"/>
      </w:pPr>
    </w:p>
    <w:p w14:paraId="32BDE840" w14:textId="3A83A289" w:rsidR="001A1067" w:rsidRDefault="001A1067" w:rsidP="000F26E3">
      <w:pPr>
        <w:spacing w:line="360" w:lineRule="auto"/>
        <w:ind w:firstLine="400"/>
      </w:pPr>
    </w:p>
    <w:p w14:paraId="66FF3FF4" w14:textId="694559D7" w:rsidR="001A1067" w:rsidRDefault="001A1067" w:rsidP="000F26E3">
      <w:pPr>
        <w:spacing w:line="360" w:lineRule="auto"/>
        <w:ind w:firstLine="400"/>
      </w:pPr>
    </w:p>
    <w:p w14:paraId="24948405" w14:textId="70997168" w:rsidR="001A1067" w:rsidRDefault="001A1067" w:rsidP="000F26E3">
      <w:pPr>
        <w:spacing w:line="360" w:lineRule="auto"/>
        <w:ind w:firstLine="400"/>
      </w:pPr>
    </w:p>
    <w:p w14:paraId="49A08875" w14:textId="2E9FDD14" w:rsidR="001A1067" w:rsidRDefault="001A1067" w:rsidP="000F26E3">
      <w:pPr>
        <w:spacing w:line="360" w:lineRule="auto"/>
        <w:ind w:firstLine="400"/>
      </w:pPr>
    </w:p>
    <w:p w14:paraId="45F1034F" w14:textId="4A18CCA2" w:rsidR="001A1067" w:rsidRDefault="001A1067" w:rsidP="000F26E3">
      <w:pPr>
        <w:spacing w:line="360" w:lineRule="auto"/>
        <w:ind w:firstLine="400"/>
      </w:pPr>
    </w:p>
    <w:p w14:paraId="346F4203" w14:textId="2B443ACB" w:rsidR="001A1067" w:rsidRDefault="001A1067" w:rsidP="000F26E3">
      <w:pPr>
        <w:spacing w:line="360" w:lineRule="auto"/>
        <w:ind w:firstLine="400"/>
      </w:pPr>
    </w:p>
    <w:p w14:paraId="73903F15" w14:textId="7A28D26F" w:rsidR="001A1067" w:rsidRDefault="001A1067" w:rsidP="001A1067">
      <w:pPr>
        <w:spacing w:line="360" w:lineRule="auto"/>
        <w:ind w:firstLine="400"/>
        <w:jc w:val="center"/>
        <w:rPr>
          <w:sz w:val="40"/>
          <w:szCs w:val="40"/>
        </w:rPr>
      </w:pPr>
      <w:r w:rsidRPr="001A1067">
        <w:rPr>
          <w:sz w:val="40"/>
          <w:szCs w:val="40"/>
        </w:rPr>
        <w:lastRenderedPageBreak/>
        <w:t>Conclusion</w:t>
      </w:r>
    </w:p>
    <w:p w14:paraId="0B1DEC9B" w14:textId="77777777" w:rsidR="001A1067" w:rsidRPr="001A1067" w:rsidRDefault="001A1067" w:rsidP="001A1067">
      <w:pPr>
        <w:spacing w:line="360" w:lineRule="auto"/>
        <w:ind w:firstLine="400"/>
        <w:jc w:val="center"/>
        <w:rPr>
          <w:sz w:val="40"/>
          <w:szCs w:val="40"/>
        </w:rPr>
      </w:pPr>
    </w:p>
    <w:p w14:paraId="0C86E092" w14:textId="72EEEB00" w:rsidR="007E3AE7" w:rsidRDefault="00475F0B" w:rsidP="000F26E3">
      <w:pPr>
        <w:spacing w:line="360" w:lineRule="auto"/>
        <w:ind w:firstLine="400"/>
      </w:pPr>
      <w:r>
        <w:t xml:space="preserve"> This document explains that there are well-understood physical mechanisms by which</w:t>
      </w:r>
      <w:r w:rsidR="000F26E3">
        <w:t xml:space="preserve"> </w:t>
      </w:r>
      <w:r>
        <w:t>changes in</w:t>
      </w:r>
      <w:r w:rsidR="000F26E3">
        <w:t xml:space="preserve"> the a</w:t>
      </w:r>
      <w:r>
        <w:t>mounts of greenhouse gases cause climate changes. It discusses the</w:t>
      </w:r>
      <w:r w:rsidR="000F26E3">
        <w:t xml:space="preserve"> </w:t>
      </w:r>
      <w:r>
        <w:t xml:space="preserve">evidence that the concentrations of these </w:t>
      </w:r>
      <w:r>
        <w:t>gases inthe atmosphere have increased and</w:t>
      </w:r>
      <w:r w:rsidR="000F26E3">
        <w:t xml:space="preserve"> </w:t>
      </w:r>
      <w:r>
        <w:t>are still increasing rapidly, that climate change is occurring, and that most of</w:t>
      </w:r>
      <w:r w:rsidR="000F26E3">
        <w:t xml:space="preserve"> </w:t>
      </w:r>
      <w:r>
        <w:t>the recent</w:t>
      </w:r>
      <w:r w:rsidR="000F26E3">
        <w:t xml:space="preserve"> </w:t>
      </w:r>
      <w:r>
        <w:t>change is almost certainly dueto emissions of greenhouse gases caused by human</w:t>
      </w:r>
      <w:r w:rsidR="000F26E3">
        <w:t xml:space="preserve"> </w:t>
      </w:r>
      <w:r>
        <w:t>activities. Further climate change is inevit</w:t>
      </w:r>
      <w:r>
        <w:t>able; if emissions of greenhouse gases continue</w:t>
      </w:r>
      <w:r w:rsidR="000F26E3">
        <w:t xml:space="preserve"> </w:t>
      </w:r>
      <w:r>
        <w:t>unabated, future changes will substantially exceed those that have occurred sofar. There</w:t>
      </w:r>
      <w:r w:rsidR="000F26E3">
        <w:t xml:space="preserve"> </w:t>
      </w:r>
      <w:r>
        <w:t>remains a</w:t>
      </w:r>
      <w:r w:rsidR="000F26E3">
        <w:t xml:space="preserve"> </w:t>
      </w:r>
      <w:r>
        <w:t>range of estimates of</w:t>
      </w:r>
      <w:r w:rsidR="000F26E3">
        <w:t xml:space="preserve"> </w:t>
      </w:r>
      <w:r>
        <w:t>the magnitude and regional expression of future change,</w:t>
      </w:r>
      <w:r w:rsidR="000F26E3">
        <w:t xml:space="preserve"> </w:t>
      </w:r>
      <w:r>
        <w:t>but increases in</w:t>
      </w:r>
      <w:r w:rsidR="000F26E3">
        <w:t xml:space="preserve"> </w:t>
      </w:r>
      <w:r>
        <w:t>the extremes of c</w:t>
      </w:r>
      <w:r>
        <w:t>limate that can adversely affect natural ecosystems and</w:t>
      </w:r>
      <w:r w:rsidR="000F26E3">
        <w:t xml:space="preserve"> </w:t>
      </w:r>
      <w:r>
        <w:t>human activities and infrastructure are expected.</w:t>
      </w:r>
    </w:p>
    <w:p w14:paraId="0F039F43" w14:textId="69F1F821" w:rsidR="007E3AE7" w:rsidRDefault="00475F0B" w:rsidP="0066575F">
      <w:pPr>
        <w:spacing w:line="360" w:lineRule="auto"/>
        <w:ind w:firstLine="400"/>
      </w:pPr>
      <w:r>
        <w:t>Citizens and governments can choose among several options (or</w:t>
      </w:r>
      <w:r w:rsidR="000F26E3">
        <w:t xml:space="preserve"> </w:t>
      </w:r>
      <w:r>
        <w:t>a mixture of those</w:t>
      </w:r>
      <w:r w:rsidR="000F26E3">
        <w:t xml:space="preserve"> </w:t>
      </w:r>
      <w:r>
        <w:t>options) in response to this information: they can change their patter</w:t>
      </w:r>
      <w:r>
        <w:t>n of energy</w:t>
      </w:r>
      <w:r w:rsidR="000F26E3">
        <w:t xml:space="preserve"> </w:t>
      </w:r>
      <w:r>
        <w:t>production and usage in order to limit emissions of greenhouse gases and hence the magnitude of climate changes; they can wait for changes to occur and accept the losses,</w:t>
      </w:r>
      <w:r w:rsidR="0066575F">
        <w:t xml:space="preserve"> </w:t>
      </w:r>
      <w:r>
        <w:t>damage, and suffering that arise; they can adapt to actual and expected c</w:t>
      </w:r>
      <w:r>
        <w:t>hanges as much</w:t>
      </w:r>
      <w:r w:rsidR="0066575F">
        <w:t xml:space="preserve"> </w:t>
      </w:r>
      <w:r>
        <w:t>as possible; or they can seek asyet unproven “geoengineering” solutions to counteract</w:t>
      </w:r>
      <w:r w:rsidR="0066575F">
        <w:t xml:space="preserve"> </w:t>
      </w:r>
      <w:r>
        <w:t>some of</w:t>
      </w:r>
      <w:r w:rsidR="0066575F">
        <w:t xml:space="preserve"> </w:t>
      </w:r>
      <w:r>
        <w:t>the climate changes that would otherwise occur. Each of these options has</w:t>
      </w:r>
      <w:r w:rsidR="0066575F">
        <w:t xml:space="preserve"> </w:t>
      </w:r>
      <w:r>
        <w:t>risks, attractions and costs, and what is actually done maybe a</w:t>
      </w:r>
      <w:r w:rsidR="0066575F">
        <w:t xml:space="preserve"> </w:t>
      </w:r>
      <w:r>
        <w:t xml:space="preserve">mixture of </w:t>
      </w:r>
      <w:r>
        <w:t>these different</w:t>
      </w:r>
      <w:r w:rsidR="0066575F">
        <w:t xml:space="preserve"> </w:t>
      </w:r>
      <w:r>
        <w:t>options. Different nations and communities will vary in their vulnerability and their capacity to adapt. There is</w:t>
      </w:r>
      <w:r w:rsidR="0066575F">
        <w:t xml:space="preserve"> </w:t>
      </w:r>
      <w:r>
        <w:t>an important debate to</w:t>
      </w:r>
      <w:r w:rsidR="0066575F">
        <w:t xml:space="preserve"> </w:t>
      </w:r>
      <w:r>
        <w:t>be</w:t>
      </w:r>
      <w:r w:rsidR="0066575F">
        <w:t xml:space="preserve"> </w:t>
      </w:r>
      <w:r>
        <w:lastRenderedPageBreak/>
        <w:t>had about choices among these options, to decide what is best for each group or nation, and most impor</w:t>
      </w:r>
      <w:r>
        <w:t>tantly for</w:t>
      </w:r>
      <w:r w:rsidR="0066575F">
        <w:t xml:space="preserve"> </w:t>
      </w:r>
      <w:r>
        <w:t>the</w:t>
      </w:r>
      <w:r w:rsidR="0066575F">
        <w:t xml:space="preserve"> </w:t>
      </w:r>
      <w:r>
        <w:t>global population as</w:t>
      </w:r>
      <w:r w:rsidR="0066575F">
        <w:t xml:space="preserve"> </w:t>
      </w:r>
      <w:r>
        <w:t>a whole. The options have to</w:t>
      </w:r>
      <w:r w:rsidR="0066575F">
        <w:t xml:space="preserve"> </w:t>
      </w:r>
      <w:r>
        <w:t>be discussed at</w:t>
      </w:r>
      <w:r w:rsidR="0066575F">
        <w:t xml:space="preserve"> </w:t>
      </w:r>
      <w:r>
        <w:t>a global scale because</w:t>
      </w:r>
      <w:r w:rsidR="0066575F">
        <w:t xml:space="preserve"> </w:t>
      </w:r>
      <w:r>
        <w:t>in many cases those communities that are most vulnerable control few</w:t>
      </w:r>
      <w:r w:rsidR="0066575F">
        <w:t xml:space="preserve"> </w:t>
      </w:r>
      <w:r>
        <w:t>of the emissions,</w:t>
      </w:r>
      <w:r w:rsidR="0066575F">
        <w:t xml:space="preserve"> </w:t>
      </w:r>
      <w:r>
        <w:t>either past or future. Our description ofthe science of climate change</w:t>
      </w:r>
      <w:r>
        <w:t>, with both its facts</w:t>
      </w:r>
      <w:r w:rsidR="0066575F">
        <w:t xml:space="preserve"> </w:t>
      </w:r>
      <w:r>
        <w:t>and</w:t>
      </w:r>
      <w:r w:rsidR="0066575F">
        <w:t xml:space="preserve"> </w:t>
      </w:r>
      <w:r>
        <w:t>its uncertainties, is offered asa basis to inform that policy debate.</w:t>
      </w:r>
    </w:p>
    <w:p w14:paraId="02C90ACB" w14:textId="75AFCA6F" w:rsidR="00B60140" w:rsidRDefault="00B60140" w:rsidP="0066575F">
      <w:pPr>
        <w:spacing w:line="360" w:lineRule="auto"/>
        <w:ind w:firstLine="400"/>
      </w:pPr>
    </w:p>
    <w:p w14:paraId="73F60979" w14:textId="40D64F2F" w:rsidR="00B60140" w:rsidRDefault="00B60140" w:rsidP="0066575F">
      <w:pPr>
        <w:spacing w:line="360" w:lineRule="auto"/>
        <w:ind w:firstLine="400"/>
      </w:pPr>
    </w:p>
    <w:p w14:paraId="78A88B06" w14:textId="74EA53EC" w:rsidR="00B60140" w:rsidRDefault="00B60140" w:rsidP="0066575F">
      <w:pPr>
        <w:spacing w:line="360" w:lineRule="auto"/>
        <w:ind w:firstLine="400"/>
      </w:pPr>
    </w:p>
    <w:p w14:paraId="5CA2708E" w14:textId="5EC4E01C" w:rsidR="00B60140" w:rsidRDefault="00B60140" w:rsidP="0066575F">
      <w:pPr>
        <w:spacing w:line="360" w:lineRule="auto"/>
        <w:ind w:firstLine="400"/>
      </w:pPr>
    </w:p>
    <w:p w14:paraId="41D67AEC" w14:textId="5C368706" w:rsidR="00B60140" w:rsidRDefault="00B60140" w:rsidP="0066575F">
      <w:pPr>
        <w:spacing w:line="360" w:lineRule="auto"/>
        <w:ind w:firstLine="400"/>
      </w:pPr>
    </w:p>
    <w:p w14:paraId="32E6E279" w14:textId="5E8B0802" w:rsidR="00B60140" w:rsidRDefault="00B60140" w:rsidP="0066575F">
      <w:pPr>
        <w:spacing w:line="360" w:lineRule="auto"/>
        <w:ind w:firstLine="400"/>
      </w:pPr>
    </w:p>
    <w:p w14:paraId="16BF1C94" w14:textId="3CB82A2A" w:rsidR="00B60140" w:rsidRDefault="00B60140" w:rsidP="0066575F">
      <w:pPr>
        <w:spacing w:line="360" w:lineRule="auto"/>
        <w:ind w:firstLine="400"/>
      </w:pPr>
    </w:p>
    <w:p w14:paraId="00366348" w14:textId="418B625A" w:rsidR="00B60140" w:rsidRDefault="00B60140" w:rsidP="0066575F">
      <w:pPr>
        <w:spacing w:line="360" w:lineRule="auto"/>
        <w:ind w:firstLine="400"/>
      </w:pPr>
    </w:p>
    <w:p w14:paraId="1B48DC15" w14:textId="552FDB22" w:rsidR="00B60140" w:rsidRDefault="00B60140" w:rsidP="0066575F">
      <w:pPr>
        <w:spacing w:line="360" w:lineRule="auto"/>
        <w:ind w:firstLine="400"/>
      </w:pPr>
    </w:p>
    <w:p w14:paraId="27F68876" w14:textId="37DDD9EE" w:rsidR="00B60140" w:rsidRDefault="00B60140" w:rsidP="0066575F">
      <w:pPr>
        <w:spacing w:line="360" w:lineRule="auto"/>
        <w:ind w:firstLine="400"/>
      </w:pPr>
    </w:p>
    <w:p w14:paraId="54FE48BD" w14:textId="3A396D3A" w:rsidR="00B60140" w:rsidRDefault="00B60140" w:rsidP="0066575F">
      <w:pPr>
        <w:spacing w:line="360" w:lineRule="auto"/>
        <w:ind w:firstLine="400"/>
      </w:pPr>
    </w:p>
    <w:p w14:paraId="4820197E" w14:textId="127EE54C" w:rsidR="00B60140" w:rsidRDefault="00B60140" w:rsidP="0066575F">
      <w:pPr>
        <w:spacing w:line="360" w:lineRule="auto"/>
        <w:ind w:firstLine="400"/>
      </w:pPr>
    </w:p>
    <w:p w14:paraId="292F4504" w14:textId="15776AF8" w:rsidR="00B60140" w:rsidRDefault="00B60140" w:rsidP="0066575F">
      <w:pPr>
        <w:spacing w:line="360" w:lineRule="auto"/>
        <w:ind w:firstLine="400"/>
      </w:pPr>
    </w:p>
    <w:p w14:paraId="214F6EA2" w14:textId="77777777" w:rsidR="00B60140" w:rsidRDefault="00B60140" w:rsidP="0066575F">
      <w:pPr>
        <w:spacing w:line="360" w:lineRule="auto"/>
        <w:ind w:firstLine="400"/>
      </w:pPr>
    </w:p>
    <w:p w14:paraId="1901828B" w14:textId="43E94939" w:rsidR="007E3AE7" w:rsidRDefault="007E3AE7" w:rsidP="00B60140">
      <w:pPr>
        <w:spacing w:line="360" w:lineRule="auto"/>
      </w:pPr>
    </w:p>
    <w:p w14:paraId="69F9C09F" w14:textId="2DBFFD45" w:rsidR="007E3AE7" w:rsidRPr="00B60140" w:rsidRDefault="00B60140">
      <w:pPr>
        <w:spacing w:line="360" w:lineRule="auto"/>
        <w:ind w:firstLine="400"/>
        <w:rPr>
          <w:sz w:val="40"/>
          <w:szCs w:val="40"/>
        </w:rPr>
      </w:pPr>
      <w:r w:rsidRPr="00B60140">
        <w:rPr>
          <w:sz w:val="40"/>
          <w:szCs w:val="40"/>
        </w:rPr>
        <w:t>A</w:t>
      </w:r>
      <w:r w:rsidR="00475F0B" w:rsidRPr="00B60140">
        <w:rPr>
          <w:sz w:val="40"/>
          <w:szCs w:val="40"/>
        </w:rPr>
        <w:t>cknowledgements</w:t>
      </w:r>
    </w:p>
    <w:p w14:paraId="2D5F8175" w14:textId="77777777" w:rsidR="007E3AE7" w:rsidRPr="00B60140" w:rsidRDefault="00475F0B">
      <w:pPr>
        <w:spacing w:line="360" w:lineRule="auto"/>
        <w:ind w:firstLine="400"/>
        <w:rPr>
          <w:sz w:val="32"/>
          <w:szCs w:val="32"/>
        </w:rPr>
      </w:pPr>
      <w:r w:rsidRPr="00B60140">
        <w:rPr>
          <w:sz w:val="32"/>
          <w:szCs w:val="32"/>
        </w:rPr>
        <w:t>Authors</w:t>
      </w:r>
    </w:p>
    <w:p w14:paraId="5875E9D0" w14:textId="671D9F5E" w:rsidR="007E3AE7" w:rsidRDefault="00475F0B" w:rsidP="0061766B">
      <w:pPr>
        <w:spacing w:line="360" w:lineRule="auto"/>
        <w:ind w:firstLine="400"/>
      </w:pPr>
      <w:r>
        <w:t>The following individuals served as</w:t>
      </w:r>
      <w:r w:rsidR="0061766B">
        <w:t xml:space="preserve"> </w:t>
      </w:r>
      <w:r>
        <w:t>the primary writing team for</w:t>
      </w:r>
      <w:r w:rsidR="0061766B">
        <w:t xml:space="preserve"> </w:t>
      </w:r>
      <w:r>
        <w:t>the 2014 and 2020 editions of</w:t>
      </w:r>
      <w:r w:rsidR="0061766B">
        <w:t xml:space="preserve"> </w:t>
      </w:r>
      <w:r>
        <w:t>this document:</w:t>
      </w:r>
    </w:p>
    <w:p w14:paraId="5D14B035" w14:textId="3DBA4262" w:rsidR="007E3AE7" w:rsidRDefault="00475F0B" w:rsidP="0061766B">
      <w:pPr>
        <w:pStyle w:val="ae"/>
        <w:numPr>
          <w:ilvl w:val="0"/>
          <w:numId w:val="11"/>
        </w:numPr>
        <w:spacing w:line="360" w:lineRule="auto"/>
      </w:pPr>
      <w:r>
        <w:t>Eric Wolff FRS, (UK lead), University of</w:t>
      </w:r>
      <w:r w:rsidR="0061766B">
        <w:t xml:space="preserve"> </w:t>
      </w:r>
      <w:r>
        <w:t>Cambridge</w:t>
      </w:r>
    </w:p>
    <w:p w14:paraId="74424270" w14:textId="3050FC1C" w:rsidR="007E3AE7" w:rsidRDefault="00475F0B" w:rsidP="0061766B">
      <w:pPr>
        <w:pStyle w:val="ae"/>
        <w:numPr>
          <w:ilvl w:val="0"/>
          <w:numId w:val="11"/>
        </w:numPr>
        <w:spacing w:line="360" w:lineRule="auto"/>
      </w:pPr>
      <w:r>
        <w:t>Inez Fung (NAS, US lead), University of</w:t>
      </w:r>
      <w:r w:rsidR="0061766B">
        <w:t xml:space="preserve"> </w:t>
      </w:r>
      <w:r>
        <w:t>Ca</w:t>
      </w:r>
      <w:r>
        <w:t>lifornia, B</w:t>
      </w:r>
      <w:r>
        <w:t>erkeley</w:t>
      </w:r>
    </w:p>
    <w:p w14:paraId="5200301C" w14:textId="0CE85AD9" w:rsidR="007E3AE7" w:rsidRDefault="00475F0B" w:rsidP="0061766B">
      <w:pPr>
        <w:pStyle w:val="ae"/>
        <w:numPr>
          <w:ilvl w:val="0"/>
          <w:numId w:val="11"/>
        </w:numPr>
        <w:spacing w:line="360" w:lineRule="auto"/>
      </w:pPr>
      <w:r>
        <w:t>Brian Hoskins FRS, Grantham Institute for</w:t>
      </w:r>
      <w:r w:rsidR="0061766B">
        <w:t xml:space="preserve"> </w:t>
      </w:r>
      <w:r>
        <w:t>Climate Change</w:t>
      </w:r>
    </w:p>
    <w:p w14:paraId="6C42744A" w14:textId="7C4A96C5" w:rsidR="007E3AE7" w:rsidRDefault="0061766B">
      <w:pPr>
        <w:spacing w:line="360" w:lineRule="auto"/>
        <w:ind w:firstLine="400"/>
      </w:pPr>
      <w:r>
        <w:t xml:space="preserve">- </w:t>
      </w:r>
      <w:r w:rsidR="00475F0B">
        <w:t>John F.B. Mitchell FRS, UKMet Office</w:t>
      </w:r>
    </w:p>
    <w:p w14:paraId="4C743E15" w14:textId="6B37B108" w:rsidR="007E3AE7" w:rsidRDefault="0061766B">
      <w:pPr>
        <w:spacing w:line="360" w:lineRule="auto"/>
        <w:ind w:firstLine="400"/>
      </w:pPr>
      <w:r>
        <w:t xml:space="preserve">- </w:t>
      </w:r>
      <w:r w:rsidR="00475F0B">
        <w:t>Tim Palmer FRS, University of Oxford</w:t>
      </w:r>
    </w:p>
    <w:p w14:paraId="544C1073" w14:textId="77777777" w:rsidR="0061766B" w:rsidRDefault="0061766B" w:rsidP="0061766B">
      <w:pPr>
        <w:spacing w:line="360" w:lineRule="auto"/>
        <w:ind w:firstLine="400"/>
      </w:pPr>
      <w:r>
        <w:t xml:space="preserve">- </w:t>
      </w:r>
      <w:r w:rsidR="00475F0B">
        <w:t>Benjamin Santer (NAS), Lawrence Livermore</w:t>
      </w:r>
      <w:r>
        <w:t xml:space="preserve"> </w:t>
      </w:r>
      <w:r w:rsidR="00475F0B">
        <w:t xml:space="preserve">National Laboratory </w:t>
      </w:r>
    </w:p>
    <w:p w14:paraId="4FF08508" w14:textId="0FBAC0C7" w:rsidR="007E3AE7" w:rsidRDefault="0061766B" w:rsidP="0061766B">
      <w:pPr>
        <w:spacing w:line="360" w:lineRule="auto"/>
        <w:ind w:firstLine="400"/>
      </w:pPr>
      <w:r>
        <w:t xml:space="preserve">- </w:t>
      </w:r>
      <w:r w:rsidR="00475F0B">
        <w:t>John Shepherd FRS, University of</w:t>
      </w:r>
      <w:r>
        <w:t xml:space="preserve"> </w:t>
      </w:r>
      <w:r w:rsidR="00475F0B">
        <w:t>Southampton</w:t>
      </w:r>
    </w:p>
    <w:p w14:paraId="592C5CB2" w14:textId="756E0338" w:rsidR="007E3AE7" w:rsidRDefault="0061766B">
      <w:pPr>
        <w:spacing w:line="360" w:lineRule="auto"/>
        <w:ind w:firstLine="400"/>
      </w:pPr>
      <w:r>
        <w:t xml:space="preserve">- </w:t>
      </w:r>
      <w:r w:rsidR="00475F0B">
        <w:t>Keith Shine FRS, University of Reading.</w:t>
      </w:r>
    </w:p>
    <w:p w14:paraId="3F87605F" w14:textId="3E23088A" w:rsidR="007E3AE7" w:rsidRDefault="0061766B" w:rsidP="0061766B">
      <w:pPr>
        <w:spacing w:line="360" w:lineRule="auto"/>
        <w:ind w:firstLine="400"/>
      </w:pPr>
      <w:r>
        <w:t xml:space="preserve">- </w:t>
      </w:r>
      <w:r w:rsidR="00475F0B">
        <w:t>Susan Solomon (NAS), Massachusetts</w:t>
      </w:r>
      <w:r>
        <w:t xml:space="preserve"> </w:t>
      </w:r>
      <w:r w:rsidR="00475F0B">
        <w:t>Institute of Technology</w:t>
      </w:r>
    </w:p>
    <w:p w14:paraId="69D8E977" w14:textId="5D68DB46" w:rsidR="007E3AE7" w:rsidRDefault="0061766B" w:rsidP="0061766B">
      <w:pPr>
        <w:spacing w:line="360" w:lineRule="auto"/>
        <w:ind w:firstLine="400"/>
      </w:pPr>
      <w:r>
        <w:t xml:space="preserve">- </w:t>
      </w:r>
      <w:r w:rsidR="00475F0B">
        <w:t>Kevin Trenberth, National Center for</w:t>
      </w:r>
      <w:r>
        <w:t xml:space="preserve"> </w:t>
      </w:r>
      <w:r w:rsidR="00475F0B">
        <w:t>Atmospheric Research</w:t>
      </w:r>
    </w:p>
    <w:p w14:paraId="41815A24" w14:textId="6F1F73DF" w:rsidR="007E3AE7" w:rsidRDefault="0061766B">
      <w:pPr>
        <w:spacing w:line="360" w:lineRule="auto"/>
        <w:ind w:firstLine="400"/>
      </w:pPr>
      <w:r>
        <w:t xml:space="preserve">- </w:t>
      </w:r>
      <w:r w:rsidR="00475F0B">
        <w:t>John Walsh, University of Alaska, Fairbanks</w:t>
      </w:r>
    </w:p>
    <w:p w14:paraId="1A6BDDBD" w14:textId="1261F110" w:rsidR="007E3AE7" w:rsidRDefault="0061766B">
      <w:pPr>
        <w:spacing w:line="360" w:lineRule="auto"/>
        <w:ind w:firstLine="400"/>
      </w:pPr>
      <w:r>
        <w:t xml:space="preserve">- </w:t>
      </w:r>
      <w:r w:rsidR="00475F0B">
        <w:t>Don Wuebbles, University of Illinois</w:t>
      </w:r>
    </w:p>
    <w:p w14:paraId="77E15447" w14:textId="269995E4" w:rsidR="007E3AE7" w:rsidRDefault="00475F0B" w:rsidP="0061766B">
      <w:pPr>
        <w:spacing w:line="360" w:lineRule="auto"/>
        <w:ind w:firstLine="400"/>
      </w:pPr>
      <w:r>
        <w:t>Staff support for</w:t>
      </w:r>
      <w:r w:rsidR="0061766B">
        <w:t xml:space="preserve"> </w:t>
      </w:r>
      <w:r>
        <w:t>the 2020 revision was provided by Richard Walker, Amanda Purcell, Nancy Huddleston,</w:t>
      </w:r>
      <w:r w:rsidR="0061766B">
        <w:t xml:space="preserve"> </w:t>
      </w:r>
      <w:r>
        <w:t xml:space="preserve">and Michael Hudson. We offer special </w:t>
      </w:r>
      <w:r>
        <w:lastRenderedPageBreak/>
        <w:t>thanks to Rebe</w:t>
      </w:r>
      <w:r>
        <w:t>cca Lindsey and NOAA Climate.gov</w:t>
      </w:r>
      <w:r w:rsidR="0061766B">
        <w:t xml:space="preserve"> </w:t>
      </w:r>
      <w:r>
        <w:t>for providing</w:t>
      </w:r>
      <w:r w:rsidR="0061766B">
        <w:t xml:space="preserve"> </w:t>
      </w:r>
      <w:r>
        <w:t>data and figure updates.</w:t>
      </w:r>
    </w:p>
    <w:p w14:paraId="1A6B2D18" w14:textId="77777777" w:rsidR="007E3AE7" w:rsidRPr="0061766B" w:rsidRDefault="00475F0B">
      <w:pPr>
        <w:spacing w:line="360" w:lineRule="auto"/>
        <w:ind w:firstLine="400"/>
        <w:rPr>
          <w:sz w:val="32"/>
          <w:szCs w:val="32"/>
        </w:rPr>
      </w:pPr>
      <w:r w:rsidRPr="0061766B">
        <w:rPr>
          <w:sz w:val="32"/>
          <w:szCs w:val="32"/>
        </w:rPr>
        <w:t>Reviewers</w:t>
      </w:r>
    </w:p>
    <w:p w14:paraId="4D763786" w14:textId="52763996" w:rsidR="007E3AE7" w:rsidRDefault="00475F0B" w:rsidP="0061766B">
      <w:pPr>
        <w:spacing w:line="360" w:lineRule="auto"/>
        <w:ind w:firstLine="400"/>
      </w:pPr>
      <w:r>
        <w:t>The following individuals served as reviewers of</w:t>
      </w:r>
      <w:r w:rsidR="0061766B">
        <w:t xml:space="preserve"> </w:t>
      </w:r>
      <w:r>
        <w:t>the 2014 document in accordance with procedures</w:t>
      </w:r>
      <w:r w:rsidR="0061766B">
        <w:t xml:space="preserve"> </w:t>
      </w:r>
      <w:r>
        <w:t>approved by</w:t>
      </w:r>
      <w:r w:rsidR="0061766B">
        <w:t xml:space="preserve"> </w:t>
      </w:r>
      <w:r>
        <w:t>the Royal Society and</w:t>
      </w:r>
      <w:r w:rsidR="0061766B">
        <w:t xml:space="preserve"> </w:t>
      </w:r>
      <w:r>
        <w:t>the National Academy of Sciences:</w:t>
      </w:r>
    </w:p>
    <w:p w14:paraId="7C4D142C" w14:textId="06838CFD" w:rsidR="007E3AE7" w:rsidRDefault="00475F0B" w:rsidP="0061766B">
      <w:pPr>
        <w:pStyle w:val="ae"/>
        <w:numPr>
          <w:ilvl w:val="0"/>
          <w:numId w:val="11"/>
        </w:numPr>
        <w:spacing w:line="360" w:lineRule="auto"/>
      </w:pPr>
      <w:r>
        <w:t>Richard Alle</w:t>
      </w:r>
      <w:r>
        <w:t>y (NAS), Department of</w:t>
      </w:r>
      <w:r w:rsidR="0061766B">
        <w:t xml:space="preserve"> </w:t>
      </w:r>
      <w:r>
        <w:t>Geosciences, Pennsylvania State University</w:t>
      </w:r>
    </w:p>
    <w:p w14:paraId="340BDD16" w14:textId="45D0E2C1" w:rsidR="007E3AE7" w:rsidRDefault="0061766B">
      <w:pPr>
        <w:spacing w:line="360" w:lineRule="auto"/>
        <w:ind w:firstLine="400"/>
      </w:pPr>
      <w:r>
        <w:t xml:space="preserve">- </w:t>
      </w:r>
      <w:r w:rsidR="00475F0B">
        <w:t>Alec Broers FRS, Former President of</w:t>
      </w:r>
      <w:r>
        <w:t xml:space="preserve"> </w:t>
      </w:r>
      <w:r w:rsidR="00475F0B">
        <w:t>the Royal Academy of</w:t>
      </w:r>
      <w:r>
        <w:t xml:space="preserve"> </w:t>
      </w:r>
      <w:r w:rsidR="00475F0B">
        <w:t>Engineering</w:t>
      </w:r>
    </w:p>
    <w:p w14:paraId="57D3B51E" w14:textId="6A80DFA2" w:rsidR="007E3AE7" w:rsidRDefault="0061766B" w:rsidP="0061766B">
      <w:pPr>
        <w:spacing w:line="360" w:lineRule="auto"/>
        <w:ind w:firstLine="400"/>
      </w:pPr>
      <w:r>
        <w:t xml:space="preserve">- </w:t>
      </w:r>
      <w:r w:rsidR="00475F0B">
        <w:t>Harry Elderfield FRS, Department of Earth</w:t>
      </w:r>
      <w:r>
        <w:t xml:space="preserve"> </w:t>
      </w:r>
      <w:r w:rsidR="00475F0B">
        <w:t>Sciences, University of Cambridge</w:t>
      </w:r>
    </w:p>
    <w:p w14:paraId="5470CA84" w14:textId="605A23D5" w:rsidR="007E3AE7" w:rsidRDefault="0061766B" w:rsidP="0061766B">
      <w:pPr>
        <w:spacing w:line="360" w:lineRule="auto"/>
        <w:ind w:firstLine="400"/>
      </w:pPr>
      <w:r>
        <w:t xml:space="preserve">- </w:t>
      </w:r>
      <w:r w:rsidR="00475F0B">
        <w:t xml:space="preserve">Joanna Haigh FRS, Professor of </w:t>
      </w:r>
      <w:r w:rsidR="00475F0B">
        <w:t>Atmospheric</w:t>
      </w:r>
      <w:r>
        <w:t xml:space="preserve"> </w:t>
      </w:r>
      <w:r w:rsidR="00475F0B">
        <w:t>Physics, Imperial College London</w:t>
      </w:r>
    </w:p>
    <w:p w14:paraId="1631CDB2" w14:textId="50A843D0" w:rsidR="007E3AE7" w:rsidRDefault="0061766B" w:rsidP="0061766B">
      <w:pPr>
        <w:spacing w:line="360" w:lineRule="auto"/>
        <w:ind w:firstLine="400"/>
      </w:pPr>
      <w:r>
        <w:t xml:space="preserve">- </w:t>
      </w:r>
      <w:r w:rsidR="00475F0B">
        <w:t>Isaac Held (NAS), NOAA Geophysical Fluid</w:t>
      </w:r>
      <w:r>
        <w:t xml:space="preserve"> </w:t>
      </w:r>
      <w:r w:rsidR="00475F0B">
        <w:t>Dynamics Laboratory</w:t>
      </w:r>
    </w:p>
    <w:p w14:paraId="62800F72" w14:textId="77777777" w:rsidR="0061766B" w:rsidRDefault="0061766B" w:rsidP="0061766B">
      <w:pPr>
        <w:spacing w:line="360" w:lineRule="auto"/>
        <w:ind w:firstLine="400"/>
      </w:pPr>
      <w:r>
        <w:t xml:space="preserve">- </w:t>
      </w:r>
      <w:r w:rsidR="00475F0B">
        <w:t>John Kutzbach (NAS), Center for Climatic</w:t>
      </w:r>
      <w:r>
        <w:t xml:space="preserve"> </w:t>
      </w:r>
      <w:r w:rsidR="00475F0B">
        <w:t>Research, University of Wisconsin</w:t>
      </w:r>
    </w:p>
    <w:p w14:paraId="335FD39E" w14:textId="7B464566" w:rsidR="007E3AE7" w:rsidRDefault="00475F0B" w:rsidP="0061766B">
      <w:pPr>
        <w:spacing w:line="360" w:lineRule="auto"/>
        <w:ind w:firstLine="400"/>
      </w:pPr>
      <w:r>
        <w:t xml:space="preserve"> </w:t>
      </w:r>
      <w:r w:rsidR="0061766B">
        <w:t xml:space="preserve">- </w:t>
      </w:r>
      <w:r>
        <w:t>Jerry Meehl, Senior Scientist, National Center</w:t>
      </w:r>
      <w:r w:rsidR="0061766B">
        <w:t xml:space="preserve"> </w:t>
      </w:r>
      <w:r>
        <w:t>for Atmospheric Research</w:t>
      </w:r>
    </w:p>
    <w:p w14:paraId="7E462325" w14:textId="52809352" w:rsidR="007E3AE7" w:rsidRDefault="0061766B">
      <w:pPr>
        <w:spacing w:line="360" w:lineRule="auto"/>
        <w:ind w:firstLine="400"/>
      </w:pPr>
      <w:r>
        <w:t xml:space="preserve">- </w:t>
      </w:r>
      <w:r w:rsidR="00475F0B">
        <w:t>John Pendry FRS, Imperial College London</w:t>
      </w:r>
    </w:p>
    <w:p w14:paraId="3ADFAC1A" w14:textId="15C3A995" w:rsidR="007E3AE7" w:rsidRDefault="0061766B" w:rsidP="0061766B">
      <w:pPr>
        <w:spacing w:line="360" w:lineRule="auto"/>
        <w:ind w:firstLine="400"/>
      </w:pPr>
      <w:r>
        <w:t xml:space="preserve">- </w:t>
      </w:r>
      <w:r w:rsidR="00475F0B">
        <w:t>John Pyle FRS, Department of Chemistry,</w:t>
      </w:r>
      <w:r>
        <w:t xml:space="preserve"> </w:t>
      </w:r>
      <w:r w:rsidR="00475F0B">
        <w:t>University of Cambridge</w:t>
      </w:r>
    </w:p>
    <w:p w14:paraId="31DA2C86" w14:textId="53BC7CD9" w:rsidR="007E3AE7" w:rsidRDefault="0061766B">
      <w:pPr>
        <w:spacing w:line="360" w:lineRule="auto"/>
        <w:ind w:firstLine="400"/>
      </w:pPr>
      <w:r>
        <w:t xml:space="preserve">- </w:t>
      </w:r>
      <w:r w:rsidR="00475F0B">
        <w:t>Gavin Schmidt, NASA Goddard Space Flight Center</w:t>
      </w:r>
    </w:p>
    <w:p w14:paraId="5AD6ED1C" w14:textId="77777777" w:rsidR="0061766B" w:rsidRDefault="0061766B" w:rsidP="0061766B">
      <w:pPr>
        <w:spacing w:line="360" w:lineRule="auto"/>
        <w:ind w:firstLine="400"/>
      </w:pPr>
      <w:r>
        <w:lastRenderedPageBreak/>
        <w:t xml:space="preserve">- </w:t>
      </w:r>
      <w:r w:rsidR="00475F0B">
        <w:t>Emily Shuckburgh, British Antarctic Survey</w:t>
      </w:r>
    </w:p>
    <w:p w14:paraId="643981BA" w14:textId="4E602BFD" w:rsidR="007E3AE7" w:rsidRDefault="0061766B" w:rsidP="0061766B">
      <w:pPr>
        <w:spacing w:line="360" w:lineRule="auto"/>
        <w:ind w:firstLine="400"/>
      </w:pPr>
      <w:r>
        <w:t xml:space="preserve">- </w:t>
      </w:r>
      <w:r w:rsidR="00475F0B">
        <w:t>Gabrielle Walker, Journalist</w:t>
      </w:r>
    </w:p>
    <w:p w14:paraId="0D32B416" w14:textId="445BEFA1" w:rsidR="007E3AE7" w:rsidRDefault="0061766B">
      <w:pPr>
        <w:spacing w:line="360" w:lineRule="auto"/>
        <w:ind w:firstLine="400"/>
      </w:pPr>
      <w:r>
        <w:t xml:space="preserve">- </w:t>
      </w:r>
      <w:r w:rsidR="00475F0B">
        <w:t>Andrew Watson FRS, Univer</w:t>
      </w:r>
      <w:r w:rsidR="00475F0B">
        <w:t>sity of East Anglia</w:t>
      </w:r>
    </w:p>
    <w:p w14:paraId="6D33589A" w14:textId="77777777" w:rsidR="007E3AE7" w:rsidRPr="0061766B" w:rsidRDefault="00475F0B">
      <w:pPr>
        <w:spacing w:line="360" w:lineRule="auto"/>
        <w:ind w:firstLine="400"/>
        <w:rPr>
          <w:sz w:val="32"/>
          <w:szCs w:val="32"/>
        </w:rPr>
      </w:pPr>
      <w:r w:rsidRPr="0061766B">
        <w:rPr>
          <w:sz w:val="32"/>
          <w:szCs w:val="32"/>
        </w:rPr>
        <w:t>Support</w:t>
      </w:r>
    </w:p>
    <w:p w14:paraId="5B955F69" w14:textId="420401BA" w:rsidR="007E3AE7" w:rsidRDefault="00475F0B" w:rsidP="0061766B">
      <w:pPr>
        <w:spacing w:line="360" w:lineRule="auto"/>
        <w:ind w:firstLine="400"/>
      </w:pPr>
      <w:r>
        <w:t>The Support for</w:t>
      </w:r>
      <w:r w:rsidR="0061766B">
        <w:t xml:space="preserve"> </w:t>
      </w:r>
      <w:r>
        <w:t>the 2014 Edition was provided by</w:t>
      </w:r>
      <w:r w:rsidR="0061766B">
        <w:t xml:space="preserve"> </w:t>
      </w:r>
      <w:r>
        <w:t>NAS Endowment Funds. We offer sincere thanks to</w:t>
      </w:r>
      <w:r w:rsidR="0061766B">
        <w:t xml:space="preserve"> </w:t>
      </w:r>
      <w:r>
        <w:t>the Ralph J. and Carol M. Cicerone Endowment forNAS Missions for supporting the production of this</w:t>
      </w:r>
      <w:r w:rsidR="0061766B">
        <w:t xml:space="preserve"> </w:t>
      </w:r>
      <w:r>
        <w:t>2020 Edition.</w:t>
      </w:r>
    </w:p>
    <w:sectPr w:rsidR="007E3AE7"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AEF9A" w14:textId="77777777" w:rsidR="00475F0B" w:rsidRDefault="00475F0B" w:rsidP="00557804">
      <w:pPr>
        <w:spacing w:after="0" w:line="240" w:lineRule="auto"/>
      </w:pPr>
      <w:r>
        <w:separator/>
      </w:r>
    </w:p>
  </w:endnote>
  <w:endnote w:type="continuationSeparator" w:id="0">
    <w:p w14:paraId="67C0CF9E" w14:textId="77777777" w:rsidR="00475F0B" w:rsidRDefault="00475F0B" w:rsidP="00557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56553" w14:textId="77777777" w:rsidR="00475F0B" w:rsidRDefault="00475F0B" w:rsidP="00557804">
      <w:pPr>
        <w:spacing w:after="0" w:line="240" w:lineRule="auto"/>
      </w:pPr>
      <w:r>
        <w:separator/>
      </w:r>
    </w:p>
  </w:footnote>
  <w:footnote w:type="continuationSeparator" w:id="0">
    <w:p w14:paraId="3D032F7F" w14:textId="77777777" w:rsidR="00475F0B" w:rsidRDefault="00475F0B" w:rsidP="005578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4226117"/>
      <w:docPartObj>
        <w:docPartGallery w:val="Page Numbers (Top of Page)"/>
        <w:docPartUnique/>
      </w:docPartObj>
    </w:sdtPr>
    <w:sdtContent>
      <w:p w14:paraId="4F7265EC" w14:textId="57803B0D" w:rsidR="00122A32" w:rsidRDefault="00122A32">
        <w:pPr>
          <w:pStyle w:val="a5"/>
          <w:jc w:val="right"/>
        </w:pPr>
        <w:r>
          <w:fldChar w:fldCharType="begin"/>
        </w:r>
        <w:r>
          <w:instrText>PAGE   \* MERGEFORMAT</w:instrText>
        </w:r>
        <w:r>
          <w:fldChar w:fldCharType="separate"/>
        </w:r>
        <w:r>
          <w:rPr>
            <w:lang w:val="ru-RU"/>
          </w:rPr>
          <w:t>2</w:t>
        </w:r>
        <w:r>
          <w:fldChar w:fldCharType="end"/>
        </w:r>
      </w:p>
    </w:sdtContent>
  </w:sdt>
  <w:p w14:paraId="60FDBEF5" w14:textId="77777777" w:rsidR="00122A32" w:rsidRDefault="00122A3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E6A1D1E"/>
    <w:multiLevelType w:val="hybridMultilevel"/>
    <w:tmpl w:val="5E4E2EA2"/>
    <w:lvl w:ilvl="0" w:tplc="FDCAB362">
      <w:start w:val="1"/>
      <w:numFmt w:val="decimal"/>
      <w:lvlText w:val="%1."/>
      <w:lvlJc w:val="left"/>
      <w:pPr>
        <w:ind w:left="760" w:hanging="360"/>
      </w:pPr>
      <w:rPr>
        <w:rFonts w:hint="default"/>
      </w:rPr>
    </w:lvl>
    <w:lvl w:ilvl="1" w:tplc="20000019" w:tentative="1">
      <w:start w:val="1"/>
      <w:numFmt w:val="lowerLetter"/>
      <w:lvlText w:val="%2."/>
      <w:lvlJc w:val="left"/>
      <w:pPr>
        <w:ind w:left="1480" w:hanging="360"/>
      </w:pPr>
    </w:lvl>
    <w:lvl w:ilvl="2" w:tplc="2000001B" w:tentative="1">
      <w:start w:val="1"/>
      <w:numFmt w:val="lowerRoman"/>
      <w:lvlText w:val="%3."/>
      <w:lvlJc w:val="right"/>
      <w:pPr>
        <w:ind w:left="2200" w:hanging="180"/>
      </w:pPr>
    </w:lvl>
    <w:lvl w:ilvl="3" w:tplc="2000000F" w:tentative="1">
      <w:start w:val="1"/>
      <w:numFmt w:val="decimal"/>
      <w:lvlText w:val="%4."/>
      <w:lvlJc w:val="left"/>
      <w:pPr>
        <w:ind w:left="2920" w:hanging="360"/>
      </w:pPr>
    </w:lvl>
    <w:lvl w:ilvl="4" w:tplc="20000019" w:tentative="1">
      <w:start w:val="1"/>
      <w:numFmt w:val="lowerLetter"/>
      <w:lvlText w:val="%5."/>
      <w:lvlJc w:val="left"/>
      <w:pPr>
        <w:ind w:left="3640" w:hanging="360"/>
      </w:pPr>
    </w:lvl>
    <w:lvl w:ilvl="5" w:tplc="2000001B" w:tentative="1">
      <w:start w:val="1"/>
      <w:numFmt w:val="lowerRoman"/>
      <w:lvlText w:val="%6."/>
      <w:lvlJc w:val="right"/>
      <w:pPr>
        <w:ind w:left="4360" w:hanging="180"/>
      </w:pPr>
    </w:lvl>
    <w:lvl w:ilvl="6" w:tplc="2000000F" w:tentative="1">
      <w:start w:val="1"/>
      <w:numFmt w:val="decimal"/>
      <w:lvlText w:val="%7."/>
      <w:lvlJc w:val="left"/>
      <w:pPr>
        <w:ind w:left="5080" w:hanging="360"/>
      </w:pPr>
    </w:lvl>
    <w:lvl w:ilvl="7" w:tplc="20000019" w:tentative="1">
      <w:start w:val="1"/>
      <w:numFmt w:val="lowerLetter"/>
      <w:lvlText w:val="%8."/>
      <w:lvlJc w:val="left"/>
      <w:pPr>
        <w:ind w:left="5800" w:hanging="360"/>
      </w:pPr>
    </w:lvl>
    <w:lvl w:ilvl="8" w:tplc="2000001B" w:tentative="1">
      <w:start w:val="1"/>
      <w:numFmt w:val="lowerRoman"/>
      <w:lvlText w:val="%9."/>
      <w:lvlJc w:val="right"/>
      <w:pPr>
        <w:ind w:left="6520" w:hanging="180"/>
      </w:pPr>
    </w:lvl>
  </w:abstractNum>
  <w:abstractNum w:abstractNumId="10" w15:restartNumberingAfterBreak="0">
    <w:nsid w:val="174979D2"/>
    <w:multiLevelType w:val="hybridMultilevel"/>
    <w:tmpl w:val="6D5CBAE4"/>
    <w:lvl w:ilvl="0" w:tplc="20000001">
      <w:start w:val="1"/>
      <w:numFmt w:val="bullet"/>
      <w:lvlText w:val=""/>
      <w:lvlJc w:val="left"/>
      <w:pPr>
        <w:ind w:left="1120" w:hanging="360"/>
      </w:pPr>
      <w:rPr>
        <w:rFonts w:ascii="Symbol" w:hAnsi="Symbol" w:hint="default"/>
      </w:rPr>
    </w:lvl>
    <w:lvl w:ilvl="1" w:tplc="20000003" w:tentative="1">
      <w:start w:val="1"/>
      <w:numFmt w:val="bullet"/>
      <w:lvlText w:val="o"/>
      <w:lvlJc w:val="left"/>
      <w:pPr>
        <w:ind w:left="1840" w:hanging="360"/>
      </w:pPr>
      <w:rPr>
        <w:rFonts w:ascii="Courier New" w:hAnsi="Courier New" w:cs="Courier New" w:hint="default"/>
      </w:rPr>
    </w:lvl>
    <w:lvl w:ilvl="2" w:tplc="20000005" w:tentative="1">
      <w:start w:val="1"/>
      <w:numFmt w:val="bullet"/>
      <w:lvlText w:val=""/>
      <w:lvlJc w:val="left"/>
      <w:pPr>
        <w:ind w:left="2560" w:hanging="360"/>
      </w:pPr>
      <w:rPr>
        <w:rFonts w:ascii="Wingdings" w:hAnsi="Wingdings" w:hint="default"/>
      </w:rPr>
    </w:lvl>
    <w:lvl w:ilvl="3" w:tplc="20000001" w:tentative="1">
      <w:start w:val="1"/>
      <w:numFmt w:val="bullet"/>
      <w:lvlText w:val=""/>
      <w:lvlJc w:val="left"/>
      <w:pPr>
        <w:ind w:left="3280" w:hanging="360"/>
      </w:pPr>
      <w:rPr>
        <w:rFonts w:ascii="Symbol" w:hAnsi="Symbol" w:hint="default"/>
      </w:rPr>
    </w:lvl>
    <w:lvl w:ilvl="4" w:tplc="20000003" w:tentative="1">
      <w:start w:val="1"/>
      <w:numFmt w:val="bullet"/>
      <w:lvlText w:val="o"/>
      <w:lvlJc w:val="left"/>
      <w:pPr>
        <w:ind w:left="4000" w:hanging="360"/>
      </w:pPr>
      <w:rPr>
        <w:rFonts w:ascii="Courier New" w:hAnsi="Courier New" w:cs="Courier New" w:hint="default"/>
      </w:rPr>
    </w:lvl>
    <w:lvl w:ilvl="5" w:tplc="20000005" w:tentative="1">
      <w:start w:val="1"/>
      <w:numFmt w:val="bullet"/>
      <w:lvlText w:val=""/>
      <w:lvlJc w:val="left"/>
      <w:pPr>
        <w:ind w:left="4720" w:hanging="360"/>
      </w:pPr>
      <w:rPr>
        <w:rFonts w:ascii="Wingdings" w:hAnsi="Wingdings" w:hint="default"/>
      </w:rPr>
    </w:lvl>
    <w:lvl w:ilvl="6" w:tplc="20000001" w:tentative="1">
      <w:start w:val="1"/>
      <w:numFmt w:val="bullet"/>
      <w:lvlText w:val=""/>
      <w:lvlJc w:val="left"/>
      <w:pPr>
        <w:ind w:left="5440" w:hanging="360"/>
      </w:pPr>
      <w:rPr>
        <w:rFonts w:ascii="Symbol" w:hAnsi="Symbol" w:hint="default"/>
      </w:rPr>
    </w:lvl>
    <w:lvl w:ilvl="7" w:tplc="20000003" w:tentative="1">
      <w:start w:val="1"/>
      <w:numFmt w:val="bullet"/>
      <w:lvlText w:val="o"/>
      <w:lvlJc w:val="left"/>
      <w:pPr>
        <w:ind w:left="6160" w:hanging="360"/>
      </w:pPr>
      <w:rPr>
        <w:rFonts w:ascii="Courier New" w:hAnsi="Courier New" w:cs="Courier New" w:hint="default"/>
      </w:rPr>
    </w:lvl>
    <w:lvl w:ilvl="8" w:tplc="20000005" w:tentative="1">
      <w:start w:val="1"/>
      <w:numFmt w:val="bullet"/>
      <w:lvlText w:val=""/>
      <w:lvlJc w:val="left"/>
      <w:pPr>
        <w:ind w:left="6880" w:hanging="360"/>
      </w:pPr>
      <w:rPr>
        <w:rFonts w:ascii="Wingdings" w:hAnsi="Wingdings" w:hint="default"/>
      </w:rPr>
    </w:lvl>
  </w:abstractNum>
  <w:abstractNum w:abstractNumId="11" w15:restartNumberingAfterBreak="0">
    <w:nsid w:val="2AF47ACD"/>
    <w:multiLevelType w:val="hybridMultilevel"/>
    <w:tmpl w:val="2D52ECC2"/>
    <w:lvl w:ilvl="0" w:tplc="13FE50E0">
      <w:numFmt w:val="bullet"/>
      <w:lvlText w:val="-"/>
      <w:lvlJc w:val="left"/>
      <w:pPr>
        <w:ind w:left="760" w:hanging="360"/>
      </w:pPr>
      <w:rPr>
        <w:rFonts w:ascii="Times New Roman" w:eastAsia="Times New Roman" w:hAnsi="Times New Roman" w:cs="Times New Roman" w:hint="default"/>
      </w:rPr>
    </w:lvl>
    <w:lvl w:ilvl="1" w:tplc="20000003" w:tentative="1">
      <w:start w:val="1"/>
      <w:numFmt w:val="bullet"/>
      <w:lvlText w:val="o"/>
      <w:lvlJc w:val="left"/>
      <w:pPr>
        <w:ind w:left="1480" w:hanging="360"/>
      </w:pPr>
      <w:rPr>
        <w:rFonts w:ascii="Courier New" w:hAnsi="Courier New" w:cs="Courier New" w:hint="default"/>
      </w:rPr>
    </w:lvl>
    <w:lvl w:ilvl="2" w:tplc="20000005" w:tentative="1">
      <w:start w:val="1"/>
      <w:numFmt w:val="bullet"/>
      <w:lvlText w:val=""/>
      <w:lvlJc w:val="left"/>
      <w:pPr>
        <w:ind w:left="2200" w:hanging="360"/>
      </w:pPr>
      <w:rPr>
        <w:rFonts w:ascii="Wingdings" w:hAnsi="Wingdings" w:hint="default"/>
      </w:rPr>
    </w:lvl>
    <w:lvl w:ilvl="3" w:tplc="20000001" w:tentative="1">
      <w:start w:val="1"/>
      <w:numFmt w:val="bullet"/>
      <w:lvlText w:val=""/>
      <w:lvlJc w:val="left"/>
      <w:pPr>
        <w:ind w:left="2920" w:hanging="360"/>
      </w:pPr>
      <w:rPr>
        <w:rFonts w:ascii="Symbol" w:hAnsi="Symbol" w:hint="default"/>
      </w:rPr>
    </w:lvl>
    <w:lvl w:ilvl="4" w:tplc="20000003" w:tentative="1">
      <w:start w:val="1"/>
      <w:numFmt w:val="bullet"/>
      <w:lvlText w:val="o"/>
      <w:lvlJc w:val="left"/>
      <w:pPr>
        <w:ind w:left="3640" w:hanging="360"/>
      </w:pPr>
      <w:rPr>
        <w:rFonts w:ascii="Courier New" w:hAnsi="Courier New" w:cs="Courier New" w:hint="default"/>
      </w:rPr>
    </w:lvl>
    <w:lvl w:ilvl="5" w:tplc="20000005" w:tentative="1">
      <w:start w:val="1"/>
      <w:numFmt w:val="bullet"/>
      <w:lvlText w:val=""/>
      <w:lvlJc w:val="left"/>
      <w:pPr>
        <w:ind w:left="4360" w:hanging="360"/>
      </w:pPr>
      <w:rPr>
        <w:rFonts w:ascii="Wingdings" w:hAnsi="Wingdings" w:hint="default"/>
      </w:rPr>
    </w:lvl>
    <w:lvl w:ilvl="6" w:tplc="20000001" w:tentative="1">
      <w:start w:val="1"/>
      <w:numFmt w:val="bullet"/>
      <w:lvlText w:val=""/>
      <w:lvlJc w:val="left"/>
      <w:pPr>
        <w:ind w:left="5080" w:hanging="360"/>
      </w:pPr>
      <w:rPr>
        <w:rFonts w:ascii="Symbol" w:hAnsi="Symbol" w:hint="default"/>
      </w:rPr>
    </w:lvl>
    <w:lvl w:ilvl="7" w:tplc="20000003" w:tentative="1">
      <w:start w:val="1"/>
      <w:numFmt w:val="bullet"/>
      <w:lvlText w:val="o"/>
      <w:lvlJc w:val="left"/>
      <w:pPr>
        <w:ind w:left="5800" w:hanging="360"/>
      </w:pPr>
      <w:rPr>
        <w:rFonts w:ascii="Courier New" w:hAnsi="Courier New" w:cs="Courier New" w:hint="default"/>
      </w:rPr>
    </w:lvl>
    <w:lvl w:ilvl="8" w:tplc="20000005" w:tentative="1">
      <w:start w:val="1"/>
      <w:numFmt w:val="bullet"/>
      <w:lvlText w:val=""/>
      <w:lvlJc w:val="left"/>
      <w:pPr>
        <w:ind w:left="6520" w:hanging="360"/>
      </w:pPr>
      <w:rPr>
        <w:rFonts w:ascii="Wingdings" w:hAnsi="Wingdings" w:hint="default"/>
      </w:rPr>
    </w:lvl>
  </w:abstractNum>
  <w:abstractNum w:abstractNumId="12" w15:restartNumberingAfterBreak="0">
    <w:nsid w:val="4A776EA5"/>
    <w:multiLevelType w:val="hybridMultilevel"/>
    <w:tmpl w:val="A4CA4450"/>
    <w:lvl w:ilvl="0" w:tplc="BDD4DFE2">
      <w:start w:val="1"/>
      <w:numFmt w:val="decimal"/>
      <w:lvlText w:val="%1."/>
      <w:lvlJc w:val="left"/>
      <w:pPr>
        <w:ind w:left="760" w:hanging="360"/>
      </w:pPr>
      <w:rPr>
        <w:rFonts w:hint="default"/>
      </w:rPr>
    </w:lvl>
    <w:lvl w:ilvl="1" w:tplc="20000019" w:tentative="1">
      <w:start w:val="1"/>
      <w:numFmt w:val="lowerLetter"/>
      <w:lvlText w:val="%2."/>
      <w:lvlJc w:val="left"/>
      <w:pPr>
        <w:ind w:left="1480" w:hanging="360"/>
      </w:pPr>
    </w:lvl>
    <w:lvl w:ilvl="2" w:tplc="2000001B" w:tentative="1">
      <w:start w:val="1"/>
      <w:numFmt w:val="lowerRoman"/>
      <w:lvlText w:val="%3."/>
      <w:lvlJc w:val="right"/>
      <w:pPr>
        <w:ind w:left="2200" w:hanging="180"/>
      </w:pPr>
    </w:lvl>
    <w:lvl w:ilvl="3" w:tplc="2000000F" w:tentative="1">
      <w:start w:val="1"/>
      <w:numFmt w:val="decimal"/>
      <w:lvlText w:val="%4."/>
      <w:lvlJc w:val="left"/>
      <w:pPr>
        <w:ind w:left="2920" w:hanging="360"/>
      </w:pPr>
    </w:lvl>
    <w:lvl w:ilvl="4" w:tplc="20000019" w:tentative="1">
      <w:start w:val="1"/>
      <w:numFmt w:val="lowerLetter"/>
      <w:lvlText w:val="%5."/>
      <w:lvlJc w:val="left"/>
      <w:pPr>
        <w:ind w:left="3640" w:hanging="360"/>
      </w:pPr>
    </w:lvl>
    <w:lvl w:ilvl="5" w:tplc="2000001B" w:tentative="1">
      <w:start w:val="1"/>
      <w:numFmt w:val="lowerRoman"/>
      <w:lvlText w:val="%6."/>
      <w:lvlJc w:val="right"/>
      <w:pPr>
        <w:ind w:left="4360" w:hanging="180"/>
      </w:pPr>
    </w:lvl>
    <w:lvl w:ilvl="6" w:tplc="2000000F" w:tentative="1">
      <w:start w:val="1"/>
      <w:numFmt w:val="decimal"/>
      <w:lvlText w:val="%7."/>
      <w:lvlJc w:val="left"/>
      <w:pPr>
        <w:ind w:left="5080" w:hanging="360"/>
      </w:pPr>
    </w:lvl>
    <w:lvl w:ilvl="7" w:tplc="20000019" w:tentative="1">
      <w:start w:val="1"/>
      <w:numFmt w:val="lowerLetter"/>
      <w:lvlText w:val="%8."/>
      <w:lvlJc w:val="left"/>
      <w:pPr>
        <w:ind w:left="5800" w:hanging="360"/>
      </w:pPr>
    </w:lvl>
    <w:lvl w:ilvl="8" w:tplc="2000001B" w:tentative="1">
      <w:start w:val="1"/>
      <w:numFmt w:val="lowerRoman"/>
      <w:lvlText w:val="%9."/>
      <w:lvlJc w:val="right"/>
      <w:pPr>
        <w:ind w:left="6520" w:hanging="180"/>
      </w:pPr>
    </w:lvl>
  </w:abstractNum>
  <w:abstractNum w:abstractNumId="13" w15:restartNumberingAfterBreak="0">
    <w:nsid w:val="59C700C1"/>
    <w:multiLevelType w:val="hybridMultilevel"/>
    <w:tmpl w:val="35BCF834"/>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7E7E7C22"/>
    <w:multiLevelType w:val="hybridMultilevel"/>
    <w:tmpl w:val="37087BA0"/>
    <w:lvl w:ilvl="0" w:tplc="2DFEE1DC">
      <w:start w:val="10"/>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1"/>
  </w:num>
  <w:num w:numId="12">
    <w:abstractNumId w:val="9"/>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4640"/>
    <w:rsid w:val="0002553A"/>
    <w:rsid w:val="0003193A"/>
    <w:rsid w:val="00034616"/>
    <w:rsid w:val="00042021"/>
    <w:rsid w:val="0006063C"/>
    <w:rsid w:val="00073275"/>
    <w:rsid w:val="000F26E3"/>
    <w:rsid w:val="000F67AE"/>
    <w:rsid w:val="00122A32"/>
    <w:rsid w:val="0015074B"/>
    <w:rsid w:val="001A1067"/>
    <w:rsid w:val="002110C5"/>
    <w:rsid w:val="0029639D"/>
    <w:rsid w:val="002A6925"/>
    <w:rsid w:val="002B422F"/>
    <w:rsid w:val="002B423F"/>
    <w:rsid w:val="002E46D6"/>
    <w:rsid w:val="00326F90"/>
    <w:rsid w:val="0035490B"/>
    <w:rsid w:val="00361592"/>
    <w:rsid w:val="00362731"/>
    <w:rsid w:val="003A7705"/>
    <w:rsid w:val="003C1B31"/>
    <w:rsid w:val="003C3C58"/>
    <w:rsid w:val="003C4974"/>
    <w:rsid w:val="003C6ED7"/>
    <w:rsid w:val="00444F22"/>
    <w:rsid w:val="00475F0B"/>
    <w:rsid w:val="00477852"/>
    <w:rsid w:val="00487B03"/>
    <w:rsid w:val="004F10C8"/>
    <w:rsid w:val="00523CE3"/>
    <w:rsid w:val="0055466C"/>
    <w:rsid w:val="00557804"/>
    <w:rsid w:val="00582669"/>
    <w:rsid w:val="005968DE"/>
    <w:rsid w:val="005D5856"/>
    <w:rsid w:val="005E39E3"/>
    <w:rsid w:val="005F0CE5"/>
    <w:rsid w:val="0061766B"/>
    <w:rsid w:val="00643502"/>
    <w:rsid w:val="00664A87"/>
    <w:rsid w:val="0066575F"/>
    <w:rsid w:val="006C6930"/>
    <w:rsid w:val="006E6C2E"/>
    <w:rsid w:val="006E71D6"/>
    <w:rsid w:val="00720FEC"/>
    <w:rsid w:val="007E3AE7"/>
    <w:rsid w:val="007E7CAA"/>
    <w:rsid w:val="0086413F"/>
    <w:rsid w:val="008775AC"/>
    <w:rsid w:val="009863F9"/>
    <w:rsid w:val="009A3E0B"/>
    <w:rsid w:val="00A65727"/>
    <w:rsid w:val="00A65C89"/>
    <w:rsid w:val="00AA1D8D"/>
    <w:rsid w:val="00AC4069"/>
    <w:rsid w:val="00B47730"/>
    <w:rsid w:val="00B60140"/>
    <w:rsid w:val="00B802B6"/>
    <w:rsid w:val="00B86751"/>
    <w:rsid w:val="00BA0A7C"/>
    <w:rsid w:val="00BC057D"/>
    <w:rsid w:val="00C13CB1"/>
    <w:rsid w:val="00C27E55"/>
    <w:rsid w:val="00C501BB"/>
    <w:rsid w:val="00C7510A"/>
    <w:rsid w:val="00C92E29"/>
    <w:rsid w:val="00CB0664"/>
    <w:rsid w:val="00D25D65"/>
    <w:rsid w:val="00D63BA4"/>
    <w:rsid w:val="00DB21EE"/>
    <w:rsid w:val="00DC6A2E"/>
    <w:rsid w:val="00DD164B"/>
    <w:rsid w:val="00E21756"/>
    <w:rsid w:val="00E55B99"/>
    <w:rsid w:val="00E9089F"/>
    <w:rsid w:val="00EB721B"/>
    <w:rsid w:val="00ED5A08"/>
    <w:rsid w:val="00F72BA8"/>
    <w:rsid w:val="00F755C2"/>
    <w:rsid w:val="00F77171"/>
    <w:rsid w:val="00FC693F"/>
    <w:rsid w:val="00FE60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EB95DE"/>
  <w14:defaultImageDpi w14:val="300"/>
  <w15:docId w15:val="{62219F05-8D63-414A-99A1-172C90C41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1132</TotalTime>
  <Pages>53</Pages>
  <Words>11600</Words>
  <Characters>66126</Characters>
  <Application>Microsoft Office Word</Application>
  <DocSecurity>0</DocSecurity>
  <Lines>551</Lines>
  <Paragraphs>155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77571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Костя</cp:lastModifiedBy>
  <cp:revision>49</cp:revision>
  <dcterms:created xsi:type="dcterms:W3CDTF">2013-12-23T23:15:00Z</dcterms:created>
  <dcterms:modified xsi:type="dcterms:W3CDTF">2026-04-25T12:39:00Z</dcterms:modified>
  <cp:category/>
</cp:coreProperties>
</file>