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46A6E" w14:textId="77777777" w:rsidR="00345331" w:rsidRDefault="00881E8B">
      <w:pPr>
        <w:pStyle w:val="aa"/>
      </w:pPr>
      <w:r>
        <w:t>Портфоліо</w:t>
      </w:r>
    </w:p>
    <w:p w14:paraId="40E3D6AD" w14:textId="77777777" w:rsidR="00345331" w:rsidRDefault="00881E8B">
      <w:pPr>
        <w:pStyle w:val="ac"/>
      </w:pPr>
      <w:r>
        <w:t>Створення презентацій</w:t>
      </w:r>
    </w:p>
    <w:p w14:paraId="7FAF8715" w14:textId="5A66FAD3" w:rsidR="00345331" w:rsidRPr="00A8557F" w:rsidRDefault="00A8557F">
      <w:pPr>
        <w:pStyle w:val="ac"/>
        <w:rPr>
          <w:lang w:val="uk-UA"/>
        </w:rPr>
      </w:pPr>
      <w:r>
        <w:rPr>
          <w:lang w:val="uk-UA"/>
        </w:rPr>
        <w:t>Денис Дудник</w:t>
      </w:r>
    </w:p>
    <w:p w14:paraId="0BDE2179" w14:textId="77777777" w:rsidR="00345331" w:rsidRDefault="00881E8B">
      <w:r>
        <w:br w:type="page"/>
      </w:r>
    </w:p>
    <w:p w14:paraId="63B6E790" w14:textId="77777777" w:rsidR="00345331" w:rsidRDefault="00881E8B">
      <w:pPr>
        <w:pStyle w:val="1"/>
      </w:pPr>
      <w:r>
        <w:lastRenderedPageBreak/>
        <w:t>Про мене</w:t>
      </w:r>
    </w:p>
    <w:p w14:paraId="7ADE5986" w14:textId="77777777" w:rsidR="00345331" w:rsidRDefault="00881E8B">
      <w:r>
        <w:t>Я студент, спеціалізуюся на створенні сучасних, структурованих та стильних презентацій для навчання, бізнесу та виступів. Виконую роботи швидко, з урахуванням побажань замовника.</w:t>
      </w:r>
    </w:p>
    <w:p w14:paraId="3F1D5E32" w14:textId="77777777" w:rsidR="00345331" w:rsidRDefault="00881E8B">
      <w:pPr>
        <w:pStyle w:val="1"/>
      </w:pPr>
      <w:r>
        <w:t>Навички</w:t>
      </w:r>
    </w:p>
    <w:p w14:paraId="64B36905" w14:textId="77777777" w:rsidR="00345331" w:rsidRDefault="00881E8B">
      <w:r>
        <w:t>• Дизайн презентацій у PowerPoint та Canva</w:t>
      </w:r>
    </w:p>
    <w:p w14:paraId="51D0E23F" w14:textId="77777777" w:rsidR="00345331" w:rsidRDefault="00881E8B">
      <w:r>
        <w:t>• Візуалізація даних (схеми, графіки, діаграми)</w:t>
      </w:r>
    </w:p>
    <w:p w14:paraId="55846746" w14:textId="77777777" w:rsidR="00345331" w:rsidRDefault="00881E8B">
      <w:r>
        <w:t>• Оформлення навчальних проєктів та рефератів</w:t>
      </w:r>
    </w:p>
    <w:p w14:paraId="537AC0D8" w14:textId="77777777" w:rsidR="00345331" w:rsidRDefault="00881E8B">
      <w:r>
        <w:t>• Створення бізнес-презентацій та пітч-деків</w:t>
      </w:r>
    </w:p>
    <w:p w14:paraId="27450533" w14:textId="77777777" w:rsidR="00345331" w:rsidRDefault="00881E8B">
      <w:r>
        <w:t>• Мінімалістичний та сучасний стиль</w:t>
      </w:r>
    </w:p>
    <w:p w14:paraId="1DE52A21" w14:textId="77777777" w:rsidR="00345331" w:rsidRDefault="00881E8B">
      <w:pPr>
        <w:pStyle w:val="1"/>
      </w:pPr>
      <w:r>
        <w:t>Приклади робіт</w:t>
      </w:r>
    </w:p>
    <w:p w14:paraId="7B8DFB18" w14:textId="77777777" w:rsidR="00345331" w:rsidRDefault="00881E8B">
      <w:r>
        <w:t>• Бізнес-презентація (12 слайдів, сучасний дизайн, інфографіка)</w:t>
      </w:r>
    </w:p>
    <w:p w14:paraId="10E6B006" w14:textId="77777777" w:rsidR="00345331" w:rsidRDefault="00881E8B">
      <w:r>
        <w:t>• Навчальна презентація (15 слайдів, яскравий стиль для школярів/студентів)</w:t>
      </w:r>
    </w:p>
    <w:p w14:paraId="7CFB83A8" w14:textId="7E299AD9" w:rsidR="00345331" w:rsidRDefault="006C7096">
      <w:r>
        <w:rPr>
          <w:noProof/>
          <w:lang w:val="uk-UA"/>
        </w:rPr>
        <w:drawing>
          <wp:anchor distT="0" distB="0" distL="114300" distR="114300" simplePos="0" relativeHeight="251660288" behindDoc="0" locked="0" layoutInCell="1" allowOverlap="1" wp14:anchorId="1EB1C61A" wp14:editId="65D71B47">
            <wp:simplePos x="0" y="0"/>
            <wp:positionH relativeFrom="column">
              <wp:posOffset>-182880</wp:posOffset>
            </wp:positionH>
            <wp:positionV relativeFrom="paragraph">
              <wp:posOffset>1884680</wp:posOffset>
            </wp:positionV>
            <wp:extent cx="5486400" cy="1824355"/>
            <wp:effectExtent l="0" t="0" r="0" b="4445"/>
            <wp:wrapTopAndBottom/>
            <wp:docPr id="55815554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155540" name="Рисунок 55815554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24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A787CB6" wp14:editId="6BD8B2D9">
            <wp:simplePos x="0" y="0"/>
            <wp:positionH relativeFrom="column">
              <wp:posOffset>-194310</wp:posOffset>
            </wp:positionH>
            <wp:positionV relativeFrom="paragraph">
              <wp:posOffset>321310</wp:posOffset>
            </wp:positionV>
            <wp:extent cx="5486400" cy="1824355"/>
            <wp:effectExtent l="0" t="0" r="0" b="4445"/>
            <wp:wrapTopAndBottom/>
            <wp:docPr id="19511716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171656" name="Рисунок 195117165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24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81E8B">
        <w:t>• Пітч-дек стартапу (10 слайдів, мінімалізм, акцент на цифрах та фактах)</w:t>
      </w:r>
    </w:p>
    <w:p w14:paraId="57F6CE0C" w14:textId="189A9A99" w:rsidR="00345331" w:rsidRPr="00604F64" w:rsidRDefault="00345331">
      <w:pPr>
        <w:rPr>
          <w:lang w:val="uk-UA"/>
        </w:rPr>
      </w:pPr>
    </w:p>
    <w:p w14:paraId="324B9287" w14:textId="53AF1BA8" w:rsidR="00345331" w:rsidRDefault="00881E8B">
      <w:pPr>
        <w:pStyle w:val="1"/>
      </w:pPr>
      <w:r>
        <w:lastRenderedPageBreak/>
        <w:t>Контакти</w:t>
      </w:r>
    </w:p>
    <w:p w14:paraId="18411BAA" w14:textId="6AD80E0C" w:rsidR="00345331" w:rsidRPr="00313AC7" w:rsidRDefault="00881E8B">
      <w:pPr>
        <w:rPr>
          <w:lang w:val="uk-UA"/>
        </w:rPr>
      </w:pPr>
      <w:r>
        <w:t>📩</w:t>
      </w:r>
      <w:r>
        <w:t xml:space="preserve"> Email: </w:t>
      </w:r>
      <w:r w:rsidR="00A8557F">
        <w:rPr>
          <w:lang w:val="en-GB"/>
        </w:rPr>
        <w:t>ids4810@gmail.com</w:t>
      </w:r>
    </w:p>
    <w:p w14:paraId="14CEFB56" w14:textId="265E9EBB" w:rsidR="00345331" w:rsidRDefault="00881E8B">
      <w:r>
        <w:t>📱</w:t>
      </w:r>
      <w:r>
        <w:t xml:space="preserve"> Telegram: @</w:t>
      </w:r>
      <w:r w:rsidR="002026E0" w:rsidRPr="002026E0">
        <w:t>manadgeeer</w:t>
      </w:r>
    </w:p>
    <w:p w14:paraId="638CDD05" w14:textId="2B3FB07B" w:rsidR="00345331" w:rsidRDefault="00881E8B">
      <w:r>
        <w:t>🌐</w:t>
      </w:r>
      <w:r>
        <w:t xml:space="preserve"> </w:t>
      </w:r>
      <w:proofErr w:type="spellStart"/>
      <w:r>
        <w:t>Freelancehunt</w:t>
      </w:r>
      <w:proofErr w:type="spellEnd"/>
      <w:r>
        <w:t xml:space="preserve">: </w:t>
      </w:r>
      <w:r w:rsidR="00BA431D">
        <w:rPr>
          <w:rStyle w:val="af8"/>
          <w:rFonts w:ascii="PT Sans" w:eastAsia="Times New Roman" w:hAnsi="PT Sans"/>
          <w:color w:val="356635"/>
          <w:sz w:val="23"/>
          <w:szCs w:val="23"/>
          <w:shd w:val="clear" w:color="auto" w:fill="CDE0C4"/>
        </w:rPr>
        <w:t>https://freelancehunt.com/freelancer/den_22_9_.html</w:t>
      </w:r>
      <w:r w:rsidR="00BA431D">
        <w:rPr>
          <w:rFonts w:ascii="PT Sans" w:eastAsia="Times New Roman" w:hAnsi="PT Sans"/>
          <w:color w:val="356635"/>
          <w:sz w:val="23"/>
          <w:szCs w:val="23"/>
          <w:shd w:val="clear" w:color="auto" w:fill="CDE0C4"/>
        </w:rPr>
        <w:t> </w:t>
      </w:r>
    </w:p>
    <w:sectPr w:rsidR="0034533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PT Sans">
    <w:panose1 w:val="020B0503020203020204"/>
    <w:charset w:val="00"/>
    <w:family w:val="swiss"/>
    <w:pitch w:val="variable"/>
    <w:sig w:usb0="A00002EF" w:usb1="5000204B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57818678">
    <w:abstractNumId w:val="8"/>
  </w:num>
  <w:num w:numId="2" w16cid:durableId="57562104">
    <w:abstractNumId w:val="6"/>
  </w:num>
  <w:num w:numId="3" w16cid:durableId="1256940678">
    <w:abstractNumId w:val="5"/>
  </w:num>
  <w:num w:numId="4" w16cid:durableId="1581212771">
    <w:abstractNumId w:val="4"/>
  </w:num>
  <w:num w:numId="5" w16cid:durableId="577059714">
    <w:abstractNumId w:val="7"/>
  </w:num>
  <w:num w:numId="6" w16cid:durableId="428543334">
    <w:abstractNumId w:val="3"/>
  </w:num>
  <w:num w:numId="7" w16cid:durableId="1266155934">
    <w:abstractNumId w:val="2"/>
  </w:num>
  <w:num w:numId="8" w16cid:durableId="525751684">
    <w:abstractNumId w:val="1"/>
  </w:num>
  <w:num w:numId="9" w16cid:durableId="1186210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proofState w:spelling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026E0"/>
    <w:rsid w:val="0029639D"/>
    <w:rsid w:val="00313AC7"/>
    <w:rsid w:val="00326F90"/>
    <w:rsid w:val="00345331"/>
    <w:rsid w:val="00604F64"/>
    <w:rsid w:val="006C7096"/>
    <w:rsid w:val="007E3729"/>
    <w:rsid w:val="00881E8B"/>
    <w:rsid w:val="009957C6"/>
    <w:rsid w:val="00A8557F"/>
    <w:rsid w:val="00AA1D8D"/>
    <w:rsid w:val="00B47730"/>
    <w:rsid w:val="00BA431D"/>
    <w:rsid w:val="00C6719B"/>
    <w:rsid w:val="00CB0664"/>
    <w:rsid w:val="00EA676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A089EE"/>
  <w14:defaultImageDpi w14:val="300"/>
  <w15:docId w15:val="{AB65692E-EB43-604F-A7BD-AFE92B41F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а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525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ids4810@gmail.com</cp:lastModifiedBy>
  <cp:revision>2</cp:revision>
  <dcterms:created xsi:type="dcterms:W3CDTF">2025-09-10T20:23:00Z</dcterms:created>
  <dcterms:modified xsi:type="dcterms:W3CDTF">2025-09-10T20:23:00Z</dcterms:modified>
  <cp:category/>
</cp:coreProperties>
</file>