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BEB37" w14:textId="77777777" w:rsidR="001A04E7" w:rsidRPr="007C3FA7" w:rsidRDefault="007C3FA7">
      <w:pPr>
        <w:pStyle w:val="1"/>
        <w:jc w:val="center"/>
        <w:rPr>
          <w:lang w:val="ru-RU"/>
        </w:rPr>
      </w:pPr>
      <w:r w:rsidRPr="007C3FA7">
        <w:rPr>
          <w:lang w:val="ru-RU"/>
        </w:rPr>
        <w:t xml:space="preserve">Приклад </w:t>
      </w:r>
      <w:proofErr w:type="spellStart"/>
      <w:r w:rsidRPr="007C3FA7">
        <w:rPr>
          <w:lang w:val="ru-RU"/>
        </w:rPr>
        <w:t>виконаної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роботи</w:t>
      </w:r>
      <w:proofErr w:type="spellEnd"/>
    </w:p>
    <w:p w14:paraId="026B818A" w14:textId="77777777" w:rsidR="001A04E7" w:rsidRPr="007C3FA7" w:rsidRDefault="007C3FA7">
      <w:pPr>
        <w:rPr>
          <w:lang w:val="ru-RU"/>
        </w:rPr>
      </w:pPr>
      <w:r w:rsidRPr="007C3FA7">
        <w:rPr>
          <w:lang w:val="ru-RU"/>
        </w:rPr>
        <w:t xml:space="preserve">Даний документ є прикладом </w:t>
      </w:r>
      <w:proofErr w:type="spellStart"/>
      <w:r w:rsidRPr="007C3FA7">
        <w:rPr>
          <w:lang w:val="ru-RU"/>
        </w:rPr>
        <w:t>моєї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виконаної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роботи</w:t>
      </w:r>
      <w:proofErr w:type="spellEnd"/>
      <w:r w:rsidRPr="007C3FA7">
        <w:rPr>
          <w:lang w:val="ru-RU"/>
        </w:rPr>
        <w:t xml:space="preserve">, </w:t>
      </w:r>
      <w:proofErr w:type="spellStart"/>
      <w:r w:rsidRPr="007C3FA7">
        <w:rPr>
          <w:lang w:val="ru-RU"/>
        </w:rPr>
        <w:t>створеної</w:t>
      </w:r>
      <w:proofErr w:type="spellEnd"/>
      <w:r w:rsidRPr="007C3FA7">
        <w:rPr>
          <w:lang w:val="ru-RU"/>
        </w:rPr>
        <w:t xml:space="preserve"> з </w:t>
      </w:r>
      <w:proofErr w:type="spellStart"/>
      <w:r w:rsidRPr="007C3FA7">
        <w:rPr>
          <w:lang w:val="ru-RU"/>
        </w:rPr>
        <w:t>урахуванням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вимог</w:t>
      </w:r>
      <w:proofErr w:type="spellEnd"/>
      <w:r w:rsidRPr="007C3FA7">
        <w:rPr>
          <w:lang w:val="ru-RU"/>
        </w:rPr>
        <w:t xml:space="preserve"> до </w:t>
      </w:r>
      <w:proofErr w:type="spellStart"/>
      <w:r w:rsidRPr="007C3FA7">
        <w:rPr>
          <w:lang w:val="ru-RU"/>
        </w:rPr>
        <w:t>якості</w:t>
      </w:r>
      <w:proofErr w:type="spellEnd"/>
      <w:r w:rsidRPr="007C3FA7">
        <w:rPr>
          <w:lang w:val="ru-RU"/>
        </w:rPr>
        <w:t xml:space="preserve">, </w:t>
      </w:r>
      <w:proofErr w:type="spellStart"/>
      <w:r w:rsidRPr="007C3FA7">
        <w:rPr>
          <w:lang w:val="ru-RU"/>
        </w:rPr>
        <w:t>структури</w:t>
      </w:r>
      <w:proofErr w:type="spellEnd"/>
      <w:r w:rsidRPr="007C3FA7">
        <w:rPr>
          <w:lang w:val="ru-RU"/>
        </w:rPr>
        <w:t xml:space="preserve"> та </w:t>
      </w:r>
      <w:proofErr w:type="spellStart"/>
      <w:r w:rsidRPr="007C3FA7">
        <w:rPr>
          <w:lang w:val="ru-RU"/>
        </w:rPr>
        <w:t>візуального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оформлення</w:t>
      </w:r>
      <w:proofErr w:type="spellEnd"/>
      <w:r w:rsidRPr="007C3FA7">
        <w:rPr>
          <w:lang w:val="ru-RU"/>
        </w:rPr>
        <w:t xml:space="preserve">. Робота </w:t>
      </w:r>
      <w:proofErr w:type="spellStart"/>
      <w:r w:rsidRPr="007C3FA7">
        <w:rPr>
          <w:lang w:val="ru-RU"/>
        </w:rPr>
        <w:t>виконана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акуратно</w:t>
      </w:r>
      <w:proofErr w:type="spellEnd"/>
      <w:r w:rsidRPr="007C3FA7">
        <w:rPr>
          <w:lang w:val="ru-RU"/>
        </w:rPr>
        <w:t xml:space="preserve">, з </w:t>
      </w:r>
      <w:proofErr w:type="spellStart"/>
      <w:r w:rsidRPr="007C3FA7">
        <w:rPr>
          <w:lang w:val="ru-RU"/>
        </w:rPr>
        <w:t>увагою</w:t>
      </w:r>
      <w:proofErr w:type="spellEnd"/>
      <w:r w:rsidRPr="007C3FA7">
        <w:rPr>
          <w:lang w:val="ru-RU"/>
        </w:rPr>
        <w:t xml:space="preserve"> до деталей та </w:t>
      </w:r>
      <w:proofErr w:type="spellStart"/>
      <w:r w:rsidRPr="007C3FA7">
        <w:rPr>
          <w:lang w:val="ru-RU"/>
        </w:rPr>
        <w:t>відповідно</w:t>
      </w:r>
      <w:proofErr w:type="spellEnd"/>
      <w:r w:rsidRPr="007C3FA7">
        <w:rPr>
          <w:lang w:val="ru-RU"/>
        </w:rPr>
        <w:t xml:space="preserve"> до </w:t>
      </w:r>
      <w:proofErr w:type="spellStart"/>
      <w:r w:rsidRPr="007C3FA7">
        <w:rPr>
          <w:lang w:val="ru-RU"/>
        </w:rPr>
        <w:t>поставленого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завдання</w:t>
      </w:r>
      <w:proofErr w:type="spellEnd"/>
      <w:r w:rsidRPr="007C3FA7">
        <w:rPr>
          <w:lang w:val="ru-RU"/>
        </w:rPr>
        <w:t>.</w:t>
      </w:r>
    </w:p>
    <w:p w14:paraId="7155359D" w14:textId="77777777" w:rsidR="001A04E7" w:rsidRPr="007C3FA7" w:rsidRDefault="007C3FA7">
      <w:pPr>
        <w:pStyle w:val="21"/>
        <w:rPr>
          <w:lang w:val="ru-RU"/>
        </w:rPr>
      </w:pPr>
      <w:proofErr w:type="spellStart"/>
      <w:r w:rsidRPr="007C3FA7">
        <w:rPr>
          <w:lang w:val="ru-RU"/>
        </w:rPr>
        <w:t>Опис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роботи</w:t>
      </w:r>
      <w:proofErr w:type="spellEnd"/>
    </w:p>
    <w:p w14:paraId="6CF6C7DD" w14:textId="2E6A0D3D" w:rsidR="001A04E7" w:rsidRDefault="007C3FA7">
      <w:pPr>
        <w:rPr>
          <w:lang w:val="ru-RU"/>
        </w:rPr>
      </w:pPr>
      <w:r w:rsidRPr="007C3FA7">
        <w:rPr>
          <w:lang w:val="ru-RU"/>
        </w:rPr>
        <w:t xml:space="preserve">• </w:t>
      </w:r>
      <w:proofErr w:type="spellStart"/>
      <w:r w:rsidRPr="007C3FA7">
        <w:rPr>
          <w:lang w:val="ru-RU"/>
        </w:rPr>
        <w:t>Індивідуальний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підхід</w:t>
      </w:r>
      <w:proofErr w:type="spellEnd"/>
      <w:r w:rsidRPr="007C3FA7">
        <w:rPr>
          <w:lang w:val="ru-RU"/>
        </w:rPr>
        <w:t xml:space="preserve"> до </w:t>
      </w:r>
      <w:proofErr w:type="spellStart"/>
      <w:r w:rsidRPr="007C3FA7">
        <w:rPr>
          <w:lang w:val="ru-RU"/>
        </w:rPr>
        <w:t>замовлення</w:t>
      </w:r>
      <w:proofErr w:type="spellEnd"/>
      <w:r w:rsidRPr="007C3FA7">
        <w:rPr>
          <w:lang w:val="ru-RU"/>
        </w:rPr>
        <w:br/>
        <w:t xml:space="preserve">• </w:t>
      </w:r>
      <w:proofErr w:type="spellStart"/>
      <w:r w:rsidRPr="007C3FA7">
        <w:rPr>
          <w:lang w:val="ru-RU"/>
        </w:rPr>
        <w:t>Чітка</w:t>
      </w:r>
      <w:proofErr w:type="spellEnd"/>
      <w:r w:rsidRPr="007C3FA7">
        <w:rPr>
          <w:lang w:val="ru-RU"/>
        </w:rPr>
        <w:t xml:space="preserve"> та </w:t>
      </w:r>
      <w:proofErr w:type="spellStart"/>
      <w:r w:rsidRPr="007C3FA7">
        <w:rPr>
          <w:lang w:val="ru-RU"/>
        </w:rPr>
        <w:t>зрозуміла</w:t>
      </w:r>
      <w:proofErr w:type="spellEnd"/>
      <w:r w:rsidRPr="007C3FA7">
        <w:rPr>
          <w:lang w:val="ru-RU"/>
        </w:rPr>
        <w:t xml:space="preserve"> структура</w:t>
      </w:r>
      <w:r w:rsidRPr="007C3FA7">
        <w:rPr>
          <w:lang w:val="ru-RU"/>
        </w:rPr>
        <w:br/>
        <w:t xml:space="preserve">• </w:t>
      </w:r>
      <w:proofErr w:type="spellStart"/>
      <w:r w:rsidRPr="007C3FA7">
        <w:rPr>
          <w:lang w:val="ru-RU"/>
        </w:rPr>
        <w:t>Професійне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оформлення</w:t>
      </w:r>
      <w:proofErr w:type="spellEnd"/>
      <w:r w:rsidRPr="007C3FA7">
        <w:rPr>
          <w:lang w:val="ru-RU"/>
        </w:rPr>
        <w:br/>
        <w:t xml:space="preserve">• </w:t>
      </w:r>
      <w:proofErr w:type="spellStart"/>
      <w:r w:rsidRPr="007C3FA7">
        <w:rPr>
          <w:lang w:val="ru-RU"/>
        </w:rPr>
        <w:t>Дотримання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термінів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виконання</w:t>
      </w:r>
      <w:proofErr w:type="spellEnd"/>
    </w:p>
    <w:p w14:paraId="258FCD31" w14:textId="77777777" w:rsidR="00F44BC7" w:rsidRDefault="00F44BC7" w:rsidP="00F44BC7">
      <w:pPr>
        <w:pStyle w:val="21"/>
      </w:pPr>
      <w:proofErr w:type="spellStart"/>
      <w:r>
        <w:t>Ключові</w:t>
      </w:r>
      <w:proofErr w:type="spellEnd"/>
      <w:r>
        <w:t xml:space="preserve"> </w:t>
      </w:r>
      <w:proofErr w:type="spellStart"/>
      <w:r>
        <w:t>навички</w:t>
      </w:r>
      <w:proofErr w:type="spellEnd"/>
    </w:p>
    <w:p w14:paraId="18BF9450" w14:textId="77777777" w:rsidR="00F44BC7" w:rsidRDefault="00F44BC7" w:rsidP="00F44BC7">
      <w:pPr>
        <w:pStyle w:val="a0"/>
      </w:pPr>
      <w:proofErr w:type="spellStart"/>
      <w:r>
        <w:t>Креативне</w:t>
      </w:r>
      <w:proofErr w:type="spellEnd"/>
      <w:r>
        <w:t xml:space="preserve"> </w:t>
      </w:r>
      <w:proofErr w:type="spellStart"/>
      <w:r>
        <w:t>мислення</w:t>
      </w:r>
      <w:proofErr w:type="spellEnd"/>
    </w:p>
    <w:p w14:paraId="08A98DCB" w14:textId="77777777" w:rsidR="00F44BC7" w:rsidRDefault="00F44BC7" w:rsidP="00F44BC7">
      <w:pPr>
        <w:pStyle w:val="a0"/>
      </w:pPr>
      <w:proofErr w:type="spellStart"/>
      <w:r>
        <w:t>Робота</w:t>
      </w:r>
      <w:proofErr w:type="spellEnd"/>
      <w:r>
        <w:t xml:space="preserve"> з </w:t>
      </w:r>
      <w:proofErr w:type="spellStart"/>
      <w:r>
        <w:t>текстами</w:t>
      </w:r>
      <w:proofErr w:type="spellEnd"/>
    </w:p>
    <w:p w14:paraId="6BB15838" w14:textId="77777777" w:rsidR="00F44BC7" w:rsidRDefault="00F44BC7" w:rsidP="00F44BC7">
      <w:pPr>
        <w:pStyle w:val="a0"/>
      </w:pPr>
      <w:proofErr w:type="spellStart"/>
      <w:r>
        <w:t>Оформлення</w:t>
      </w:r>
      <w:proofErr w:type="spellEnd"/>
      <w:r>
        <w:t xml:space="preserve"> </w:t>
      </w:r>
      <w:proofErr w:type="spellStart"/>
      <w:r>
        <w:t>документів</w:t>
      </w:r>
      <w:proofErr w:type="spellEnd"/>
    </w:p>
    <w:p w14:paraId="0D925462" w14:textId="77777777" w:rsidR="00F44BC7" w:rsidRDefault="00F44BC7" w:rsidP="00F44BC7">
      <w:pPr>
        <w:pStyle w:val="a0"/>
      </w:pPr>
      <w:proofErr w:type="spellStart"/>
      <w:r>
        <w:t>Відповідальність</w:t>
      </w:r>
      <w:proofErr w:type="spellEnd"/>
    </w:p>
    <w:p w14:paraId="41BBE6C7" w14:textId="77777777" w:rsidR="00F44BC7" w:rsidRDefault="00F44BC7" w:rsidP="00F44BC7">
      <w:pPr>
        <w:pStyle w:val="a0"/>
      </w:pPr>
      <w:proofErr w:type="spellStart"/>
      <w:r>
        <w:t>Дотримання</w:t>
      </w:r>
      <w:proofErr w:type="spellEnd"/>
      <w:r>
        <w:t xml:space="preserve"> </w:t>
      </w:r>
      <w:proofErr w:type="spellStart"/>
      <w:r>
        <w:t>дедлайнів</w:t>
      </w:r>
      <w:proofErr w:type="spellEnd"/>
    </w:p>
    <w:p w14:paraId="358AB6B3" w14:textId="77777777" w:rsidR="00F44BC7" w:rsidRPr="007C3FA7" w:rsidRDefault="00F44BC7">
      <w:pPr>
        <w:rPr>
          <w:lang w:val="ru-RU"/>
        </w:rPr>
      </w:pPr>
      <w:bookmarkStart w:id="0" w:name="_GoBack"/>
      <w:bookmarkEnd w:id="0"/>
    </w:p>
    <w:p w14:paraId="525E558E" w14:textId="77777777" w:rsidR="001A04E7" w:rsidRPr="007C3FA7" w:rsidRDefault="007C3FA7">
      <w:pPr>
        <w:pStyle w:val="21"/>
        <w:rPr>
          <w:lang w:val="ru-RU"/>
        </w:rPr>
      </w:pPr>
      <w:proofErr w:type="spellStart"/>
      <w:r w:rsidRPr="007C3FA7">
        <w:rPr>
          <w:lang w:val="ru-RU"/>
        </w:rPr>
        <w:t>Вартість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роботи</w:t>
      </w:r>
      <w:proofErr w:type="spellEnd"/>
    </w:p>
    <w:p w14:paraId="08051490" w14:textId="635DFBE3" w:rsidR="001A04E7" w:rsidRPr="007C3FA7" w:rsidRDefault="007C3FA7">
      <w:pPr>
        <w:rPr>
          <w:lang w:val="ru-RU"/>
        </w:rPr>
      </w:pPr>
      <w:proofErr w:type="spellStart"/>
      <w:r w:rsidRPr="007C3FA7">
        <w:rPr>
          <w:lang w:val="ru-RU"/>
        </w:rPr>
        <w:t>Вартість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виконання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даної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роботи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складає</w:t>
      </w:r>
      <w:proofErr w:type="spellEnd"/>
      <w:r w:rsidRPr="007C3FA7">
        <w:rPr>
          <w:lang w:val="ru-RU"/>
        </w:rPr>
        <w:t>:</w:t>
      </w:r>
      <w:r w:rsidRPr="007C3FA7">
        <w:rPr>
          <w:lang w:val="ru-RU"/>
        </w:rPr>
        <w:br/>
      </w:r>
      <w:r w:rsidRPr="007C3FA7">
        <w:rPr>
          <w:lang w:val="ru-RU"/>
        </w:rPr>
        <w:br/>
      </w:r>
      <w:r>
        <w:t>💰</w:t>
      </w:r>
      <w:r w:rsidRPr="007C3FA7">
        <w:rPr>
          <w:lang w:val="ru-RU"/>
        </w:rPr>
        <w:t xml:space="preserve"> </w:t>
      </w:r>
      <w:r>
        <w:rPr>
          <w:lang w:val="ru-RU"/>
        </w:rPr>
        <w:t xml:space="preserve">1 </w:t>
      </w:r>
      <w:proofErr w:type="spellStart"/>
      <w:r>
        <w:rPr>
          <w:lang w:val="ru-RU"/>
        </w:rPr>
        <w:t>повна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надрукована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сторінка</w:t>
      </w:r>
      <w:proofErr w:type="spellEnd"/>
      <w:r>
        <w:rPr>
          <w:lang w:val="ru-RU"/>
        </w:rPr>
        <w:t xml:space="preserve">  </w:t>
      </w:r>
      <w:proofErr w:type="spellStart"/>
      <w:r>
        <w:rPr>
          <w:lang w:val="ru-RU"/>
        </w:rPr>
        <w:t>складає</w:t>
      </w:r>
      <w:proofErr w:type="spellEnd"/>
      <w:proofErr w:type="gramEnd"/>
      <w:r>
        <w:rPr>
          <w:lang w:val="ru-RU"/>
        </w:rPr>
        <w:t xml:space="preserve"> </w:t>
      </w:r>
      <w:proofErr w:type="spellStart"/>
      <w:r w:rsidR="00F44BC7">
        <w:rPr>
          <w:lang w:val="ru-RU"/>
        </w:rPr>
        <w:t>приблизно</w:t>
      </w:r>
      <w:proofErr w:type="spellEnd"/>
      <w:r>
        <w:rPr>
          <w:lang w:val="ru-RU"/>
        </w:rPr>
        <w:t xml:space="preserve"> 20 </w:t>
      </w:r>
      <w:proofErr w:type="spellStart"/>
      <w:r>
        <w:rPr>
          <w:lang w:val="ru-RU"/>
        </w:rPr>
        <w:t>гривень</w:t>
      </w:r>
      <w:proofErr w:type="spellEnd"/>
      <w:r>
        <w:rPr>
          <w:lang w:val="ru-RU"/>
        </w:rPr>
        <w:t xml:space="preserve">, а </w:t>
      </w:r>
      <w:proofErr w:type="spellStart"/>
      <w:r>
        <w:rPr>
          <w:lang w:val="ru-RU"/>
        </w:rPr>
        <w:t>взагалі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ціна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договорна</w:t>
      </w:r>
      <w:proofErr w:type="spellEnd"/>
      <w:r>
        <w:rPr>
          <w:lang w:val="ru-RU"/>
        </w:rPr>
        <w:t>.</w:t>
      </w:r>
      <w:r w:rsidRPr="007C3FA7">
        <w:rPr>
          <w:lang w:val="ru-RU"/>
        </w:rPr>
        <w:br/>
      </w:r>
      <w:proofErr w:type="spellStart"/>
      <w:r w:rsidRPr="007C3FA7">
        <w:rPr>
          <w:lang w:val="ru-RU"/>
        </w:rPr>
        <w:t>Ціна</w:t>
      </w:r>
      <w:proofErr w:type="spellEnd"/>
      <w:r w:rsidRPr="007C3FA7">
        <w:rPr>
          <w:lang w:val="ru-RU"/>
        </w:rPr>
        <w:t xml:space="preserve"> сформована з </w:t>
      </w:r>
      <w:proofErr w:type="spellStart"/>
      <w:r w:rsidRPr="007C3FA7">
        <w:rPr>
          <w:lang w:val="ru-RU"/>
        </w:rPr>
        <w:t>урахуванням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обсягу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роботи</w:t>
      </w:r>
      <w:proofErr w:type="spellEnd"/>
      <w:r w:rsidRPr="007C3FA7">
        <w:rPr>
          <w:lang w:val="ru-RU"/>
        </w:rPr>
        <w:t xml:space="preserve">, </w:t>
      </w:r>
      <w:proofErr w:type="spellStart"/>
      <w:r w:rsidRPr="007C3FA7">
        <w:rPr>
          <w:lang w:val="ru-RU"/>
        </w:rPr>
        <w:t>складності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завдання</w:t>
      </w:r>
      <w:proofErr w:type="spellEnd"/>
      <w:r w:rsidRPr="007C3FA7">
        <w:rPr>
          <w:lang w:val="ru-RU"/>
        </w:rPr>
        <w:t xml:space="preserve"> та </w:t>
      </w:r>
      <w:proofErr w:type="spellStart"/>
      <w:r w:rsidRPr="007C3FA7">
        <w:rPr>
          <w:lang w:val="ru-RU"/>
        </w:rPr>
        <w:t>витраченого</w:t>
      </w:r>
      <w:proofErr w:type="spellEnd"/>
      <w:r w:rsidRPr="007C3FA7">
        <w:rPr>
          <w:lang w:val="ru-RU"/>
        </w:rPr>
        <w:t xml:space="preserve"> часу.</w:t>
      </w:r>
    </w:p>
    <w:p w14:paraId="2980B7B9" w14:textId="77777777" w:rsidR="007C3FA7" w:rsidRPr="007C3FA7" w:rsidRDefault="007C3FA7" w:rsidP="007C3FA7">
      <w:pPr>
        <w:pStyle w:val="21"/>
        <w:rPr>
          <w:lang w:val="ru-RU"/>
        </w:rPr>
      </w:pPr>
      <w:proofErr w:type="spellStart"/>
      <w:r w:rsidRPr="007C3FA7">
        <w:rPr>
          <w:lang w:val="ru-RU"/>
        </w:rPr>
        <w:t>Умови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виконання</w:t>
      </w:r>
      <w:proofErr w:type="spellEnd"/>
    </w:p>
    <w:p w14:paraId="45F281F9" w14:textId="72ED2B47" w:rsidR="001A04E7" w:rsidRPr="007C3FA7" w:rsidRDefault="007C3FA7">
      <w:pPr>
        <w:rPr>
          <w:lang w:val="ru-RU"/>
        </w:rPr>
      </w:pPr>
      <w:r w:rsidRPr="007C3FA7">
        <w:rPr>
          <w:lang w:val="ru-RU"/>
        </w:rPr>
        <w:t xml:space="preserve">• Робота </w:t>
      </w:r>
      <w:proofErr w:type="spellStart"/>
      <w:r w:rsidRPr="007C3FA7">
        <w:rPr>
          <w:lang w:val="ru-RU"/>
        </w:rPr>
        <w:t>виконана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самостійно</w:t>
      </w:r>
      <w:proofErr w:type="spellEnd"/>
      <w:r w:rsidRPr="007C3FA7">
        <w:rPr>
          <w:lang w:val="ru-RU"/>
        </w:rPr>
        <w:br/>
        <w:t xml:space="preserve">• </w:t>
      </w:r>
      <w:proofErr w:type="spellStart"/>
      <w:r w:rsidRPr="007C3FA7">
        <w:rPr>
          <w:lang w:val="ru-RU"/>
        </w:rPr>
        <w:t>Можливі</w:t>
      </w:r>
      <w:proofErr w:type="spellEnd"/>
      <w:r w:rsidRPr="007C3FA7">
        <w:rPr>
          <w:lang w:val="ru-RU"/>
        </w:rPr>
        <w:t xml:space="preserve"> правки за </w:t>
      </w:r>
      <w:proofErr w:type="spellStart"/>
      <w:r w:rsidRPr="007C3FA7">
        <w:rPr>
          <w:lang w:val="ru-RU"/>
        </w:rPr>
        <w:t>домовленістю</w:t>
      </w:r>
      <w:proofErr w:type="spellEnd"/>
      <w:r w:rsidRPr="007C3FA7">
        <w:rPr>
          <w:lang w:val="ru-RU"/>
        </w:rPr>
        <w:br/>
        <w:t xml:space="preserve">• Файл </w:t>
      </w:r>
      <w:proofErr w:type="spellStart"/>
      <w:r w:rsidRPr="007C3FA7">
        <w:rPr>
          <w:lang w:val="ru-RU"/>
        </w:rPr>
        <w:t>готовий</w:t>
      </w:r>
      <w:proofErr w:type="spellEnd"/>
      <w:r w:rsidRPr="007C3FA7">
        <w:rPr>
          <w:lang w:val="ru-RU"/>
        </w:rPr>
        <w:t xml:space="preserve"> до </w:t>
      </w:r>
      <w:proofErr w:type="spellStart"/>
      <w:r w:rsidRPr="007C3FA7">
        <w:rPr>
          <w:lang w:val="ru-RU"/>
        </w:rPr>
        <w:t>використання</w:t>
      </w:r>
      <w:proofErr w:type="spellEnd"/>
      <w:r w:rsidRPr="007C3FA7">
        <w:rPr>
          <w:lang w:val="ru-RU"/>
        </w:rPr>
        <w:t xml:space="preserve"> та </w:t>
      </w:r>
      <w:proofErr w:type="spellStart"/>
      <w:r w:rsidRPr="007C3FA7">
        <w:rPr>
          <w:lang w:val="ru-RU"/>
        </w:rPr>
        <w:t>друку</w:t>
      </w:r>
      <w:proofErr w:type="spellEnd"/>
      <w:r w:rsidRPr="007C3FA7">
        <w:rPr>
          <w:lang w:val="ru-RU"/>
        </w:rPr>
        <w:br/>
      </w:r>
      <w:r w:rsidRPr="007C3FA7">
        <w:rPr>
          <w:lang w:val="ru-RU"/>
        </w:rPr>
        <w:br/>
      </w:r>
      <w:proofErr w:type="spellStart"/>
      <w:r w:rsidRPr="007C3FA7">
        <w:rPr>
          <w:lang w:val="ru-RU"/>
        </w:rPr>
        <w:t>Дякую</w:t>
      </w:r>
      <w:proofErr w:type="spellEnd"/>
      <w:r w:rsidRPr="007C3FA7">
        <w:rPr>
          <w:lang w:val="ru-RU"/>
        </w:rPr>
        <w:t xml:space="preserve"> за </w:t>
      </w:r>
      <w:proofErr w:type="spellStart"/>
      <w:r w:rsidRPr="007C3FA7">
        <w:rPr>
          <w:lang w:val="ru-RU"/>
        </w:rPr>
        <w:t>увагу</w:t>
      </w:r>
      <w:proofErr w:type="spellEnd"/>
      <w:r w:rsidRPr="007C3FA7">
        <w:rPr>
          <w:lang w:val="ru-RU"/>
        </w:rPr>
        <w:t xml:space="preserve"> до </w:t>
      </w:r>
      <w:proofErr w:type="spellStart"/>
      <w:r w:rsidRPr="007C3FA7">
        <w:rPr>
          <w:lang w:val="ru-RU"/>
        </w:rPr>
        <w:t>моєї</w:t>
      </w:r>
      <w:proofErr w:type="spellEnd"/>
      <w:r w:rsidRPr="007C3FA7">
        <w:rPr>
          <w:lang w:val="ru-RU"/>
        </w:rPr>
        <w:t xml:space="preserve"> </w:t>
      </w:r>
      <w:proofErr w:type="spellStart"/>
      <w:r w:rsidRPr="007C3FA7">
        <w:rPr>
          <w:lang w:val="ru-RU"/>
        </w:rPr>
        <w:t>роботи</w:t>
      </w:r>
      <w:proofErr w:type="spellEnd"/>
      <w:r w:rsidRPr="007C3FA7">
        <w:rPr>
          <w:lang w:val="ru-RU"/>
        </w:rPr>
        <w:t>!</w:t>
      </w:r>
    </w:p>
    <w:sectPr w:rsidR="001A04E7" w:rsidRPr="007C3F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04E7"/>
    <w:rsid w:val="0029639D"/>
    <w:rsid w:val="00326F90"/>
    <w:rsid w:val="007C3FA7"/>
    <w:rsid w:val="00AA1D8D"/>
    <w:rsid w:val="00B47730"/>
    <w:rsid w:val="00CB0664"/>
    <w:rsid w:val="00F44B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87F46"/>
  <w14:defaultImageDpi w14:val="300"/>
  <w15:docId w15:val="{0A96E17B-733A-40ED-AB7F-C0689CB7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47C200-1AB8-481F-8EE0-4983BA0E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SPS HUVP27</cp:lastModifiedBy>
  <cp:revision>3</cp:revision>
  <dcterms:created xsi:type="dcterms:W3CDTF">2013-12-23T23:15:00Z</dcterms:created>
  <dcterms:modified xsi:type="dcterms:W3CDTF">2026-01-05T16:01:00Z</dcterms:modified>
  <cp:category/>
</cp:coreProperties>
</file>