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Як покращити сон — поради для здоров’я</w:t>
      </w:r>
    </w:p>
    <w:p>
      <w:pPr>
        <w:pStyle w:val="IntenseQuote"/>
      </w:pPr>
      <w:r>
        <w:t>Рерайтинг інформаційної статті</w:t>
      </w:r>
    </w:p>
    <w:p>
      <w:r>
        <w:rPr>
          <w:sz w:val="24"/>
        </w:rPr>
        <w:t>Якісний сон — важлива складова здорового життя. Від нього залежить не лише фізичне самопочуття, а й емоційна стабільність, продуктивність та здатність концентруватися. Якщо ви часто не висипаєтеся — спробуйте впровадити кілька простих звичок.</w:t>
      </w:r>
    </w:p>
    <w:p>
      <w:r>
        <w:rPr>
          <w:b/>
          <w:sz w:val="24"/>
        </w:rPr>
        <w:t>🕰 Визначений режим сну</w:t>
      </w:r>
    </w:p>
    <w:p>
      <w:r>
        <w:rPr>
          <w:sz w:val="24"/>
        </w:rPr>
        <w:t>Намагайтеся засинати та прокидатися в один і той самий час, навіть у вихідні. Це допоможе «переналаштувати» біологічний годинник.</w:t>
      </w:r>
    </w:p>
    <w:p>
      <w:r>
        <w:rPr>
          <w:b/>
          <w:sz w:val="24"/>
        </w:rPr>
        <w:t>☕ Уникайте стимуляторів перед сном</w:t>
      </w:r>
    </w:p>
    <w:p>
      <w:r>
        <w:rPr>
          <w:sz w:val="24"/>
        </w:rPr>
        <w:t>Кава, міцний чай, енергетики та навіть шоколад можуть збуджувати нервову систему. Вживайте їх не пізніше, ніж за 6 годин до сну.</w:t>
      </w:r>
    </w:p>
    <w:p>
      <w:r>
        <w:rPr>
          <w:b/>
          <w:sz w:val="24"/>
        </w:rPr>
        <w:t>📱 Обмежте використання гаджетів</w:t>
      </w:r>
    </w:p>
    <w:p>
      <w:r>
        <w:rPr>
          <w:sz w:val="24"/>
        </w:rPr>
        <w:t>Світло екранів смартфонів і ноутбуків гальмує вироблення мелатоніну — гормону сну. Вимикайте техніку хоча б за годину до сну.</w:t>
      </w:r>
    </w:p>
    <w:p>
      <w:r>
        <w:rPr>
          <w:b/>
          <w:sz w:val="24"/>
        </w:rPr>
        <w:t>🧘‍♀️ Розслаблення — ключ до засинання</w:t>
      </w:r>
    </w:p>
    <w:p>
      <w:r>
        <w:rPr>
          <w:sz w:val="24"/>
        </w:rPr>
        <w:t>Теплий душ, медитація, читання або спокійна музика допомагають налаштувати організм на відпочинок.</w:t>
      </w:r>
    </w:p>
    <w:p>
      <w:r>
        <w:rPr>
          <w:b/>
          <w:sz w:val="24"/>
        </w:rPr>
        <w:t>🛏 Комфортне середовище</w:t>
      </w:r>
    </w:p>
    <w:p>
      <w:r>
        <w:rPr>
          <w:sz w:val="24"/>
        </w:rPr>
        <w:t>Зробіть спальню максимально зручною: тиша, темрява, свіже повітря і зручний матрац — усе це створює сприятливі умови для сну.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