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Портфоліо Перекладача</w:t>
      </w:r>
    </w:p>
    <w:p>
      <w:pPr>
        <w:pStyle w:val="Heading1"/>
      </w:pPr>
      <w:r>
        <w:t>Оригінальний текст (англійська):</w:t>
      </w:r>
    </w:p>
    <w:p>
      <w:r>
        <w:t>Hair care is an essential part of personal grooming and hygiene. Healthy, well-maintained hair not only boosts your confidence but also enhances your overall appearance. A good hair care routine involves more than just shampoo and conditioner. It's about finding the right products for your specific hair type, whether it's dry, oily, curly, or straight.</w:t>
        <w:br/>
        <w:br/>
        <w:t>For dry hair, it's important to use moisturizing shampoos and conditioners to restore hydration and prevent breakage. On the other hand, if you have oily hair, a clarifying shampoo can help remove excess oil without drying out your scalp. Curly hair often requires extra attention to maintain its shape and reduce frizz, while straight hair may benefit from lightweight products to avoid weighing it down.</w:t>
        <w:br/>
        <w:br/>
        <w:t>In addition to using the right hair care products, it's crucial to adopt healthy habits, such as avoiding excessive heat styling, limiting chemical treatments, and trimming your hair regularly. These simple steps can go a long way in keeping your hair strong, healthy, and vibrant.</w:t>
      </w:r>
    </w:p>
    <w:p>
      <w:pPr>
        <w:pStyle w:val="Heading1"/>
      </w:pPr>
      <w:r>
        <w:t>Переклад на українську:</w:t>
      </w:r>
    </w:p>
    <w:p>
      <w:r>
        <w:t>Догляд за волоссям є невід'ємною частиною особистої гігієни та підтримки гарного вигляду. Здорове та добре доглянуте волосся не тільки підвищує впевненість у собі, але й покращує загальний вигляд. Хороша рутина догляду за волоссям передбачає не лише використання шампуню та кондиціонера. Це також вибір правильних продуктів для вашого конкретного типу волосся, будь то сухе, жирне, кучеряве чи пряме.</w:t>
        <w:br/>
        <w:br/>
        <w:t>Для сухого волосся важливо використовувати зволожуючі шампуні та кондиціонери, щоб відновити вологу та запобігти ламкості. З іншого боку, якщо у вас жирне волосся, очищувальний шампунь допоможе видалити зайву олію, не пересушуючи шкіру голови. Кучеряве волосся зазвичай потребує додаткової уваги для підтримки форми та зменшення пір'їстості, а пряме волосся може виграти від легких продуктів, щоб уникнути обтяження.</w:t>
        <w:br/>
        <w:br/>
        <w:t>Окрім використання правильних засобів для догляду за волоссям, важливо дотримуватися здорових звичок, таких як обмеження використання гарячих інструментів, мінімізація хімічних процедур та регулярне підрізання волосся. Ці прості кроки допоможуть зберегти волосся сильним, здоровим та яскравим.</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