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Стаття (SEO + інформаційний текст)</w:t>
      </w:r>
    </w:p>
    <w:p>
      <w:r>
        <w:t>Тема: 5 порад, як економити під час онлайн-покупок</w:t>
        <w:br/>
        <w:br/>
        <w:t>Онлайн-шопінг став невід’ємною частиною нашого життя, адже купувати товари з дому — це зручно та швидко. Але іноді ми витрачаємо більше, ніж планували. Щоб цього уникнути, пропонуємо 5 простих, але дієвих порад.</w:t>
        <w:br/>
        <w:br/>
        <w:t>1. Використовуйте промокоди та кешбек-сервіси. Багато інтернет-магазинів пропонують знижки для нових покупців або під час святкових акцій.</w:t>
        <w:br/>
        <w:t>2. Купуйте в період сезонних розпродажів. Наприклад, літній одяг у вересні коштуватиме вдвічі дешевше.</w:t>
        <w:br/>
        <w:t>3. Порівнюйте ціни в різних магазинах. Використовуйте онлайн-сервіси для моніторингу вартості товарів.</w:t>
        <w:br/>
        <w:t>4. Додавайте товари в кошик і чекайте акцій. Часто продавці надсилають знижки тим, хто не оформив покупку одразу.</w:t>
        <w:br/>
        <w:t>5. Підписуйтесь на розсилку магазинів. Так ви першими дізнаєтесь про розпродажі та отримаєте ексклюзивні пропозиції.</w:t>
        <w:br/>
        <w:br/>
        <w:t>Пам’ятайте: планування покупок та вміння чекати вигідної пропозиції — ключ до економії.</w:t>
        <w:br/>
        <w:br/>
        <w:t>Додатково: використовуйте мобільні додатки магазинів, адже там часто доступні спеціальні знижки лише для користувачів.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