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Приклад роботи адміністратора</w:t>
      </w:r>
    </w:p>
    <w:p>
      <w:r>
        <w:br/>
        <w:t>Посада: Адміністратор онлайн-платформи / салону краси / сервісу бронювання</w:t>
        <w:br/>
        <w:br/>
        <w:t>Обов’язки:</w:t>
        <w:br/>
        <w:t>- Ведення записів клієнтів через Instagram/WhatsApp/Google Calendar</w:t>
        <w:br/>
        <w:t>- Швидка відповідь на повідомлення (вітання, уточнення, нагадування про запис)</w:t>
        <w:br/>
        <w:t>- Робота з базою даних клієнтів (створення таблиць Google Sheets або Excel)</w:t>
        <w:br/>
        <w:t>- Нагадування клієнтам про майбутні візити за 24 години</w:t>
        <w:br/>
        <w:t>- Координація змін у розкладі майстра або скасувань</w:t>
        <w:br/>
        <w:t>- Створення шаблонів повідомлень (для вітання, запису, підтвердження)</w:t>
        <w:br/>
        <w:t>- Організація черги на вільні місця (лист очікування)</w:t>
        <w:br/>
        <w:br/>
        <w:t>Приклад повідомлення клієнту:</w:t>
        <w:br/>
        <w:t xml:space="preserve">"Доброго дня, Анно! Ви записані на ламінування вій у вівторок, 12 березня, о 10:00. </w:t>
        <w:br/>
        <w:t>Якщо буде зручно — напишіть «підтверджую». Дякую за ваш вибір!"</w:t>
        <w:br/>
        <w:br/>
        <w:t>Інструменти, з якими працюю:</w:t>
        <w:br/>
        <w:t>- Telegram, Instagram, WhatsApp</w:t>
        <w:br/>
        <w:t>- Google Sheets, Google Docs</w:t>
        <w:br/>
        <w:t>- Canva (для оформлення історій/нагадувань)</w:t>
        <w:br/>
        <w:t>- Google Calendar або будь-який онлайн-планувальник</w:t>
        <w:br/>
        <w:br/>
        <w:t>Додатково:</w:t>
        <w:br/>
        <w:t>Маю досвід спілкування з клієнтами українською, російською та базово польською мовами.</w:t>
        <w:br/>
        <w:t>Можу працювати 4–8 годин щодня віддалено з телефону або планшета.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