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A7C57" w14:textId="77777777" w:rsidR="00293FFB" w:rsidRPr="00897B36" w:rsidRDefault="00000000">
      <w:pPr>
        <w:pStyle w:val="21"/>
        <w:rPr>
          <w:lang w:val="ru-RU"/>
        </w:rPr>
      </w:pPr>
      <w:proofErr w:type="spellStart"/>
      <w:r w:rsidRPr="00897B36">
        <w:rPr>
          <w:lang w:val="ru-RU"/>
        </w:rPr>
        <w:t>Оригінальний</w:t>
      </w:r>
      <w:proofErr w:type="spellEnd"/>
      <w:r w:rsidRPr="00897B36">
        <w:rPr>
          <w:lang w:val="ru-RU"/>
        </w:rPr>
        <w:t xml:space="preserve"> текст </w:t>
      </w:r>
      <w:proofErr w:type="spellStart"/>
      <w:r w:rsidRPr="00897B36">
        <w:rPr>
          <w:lang w:val="ru-RU"/>
        </w:rPr>
        <w:t>російською</w:t>
      </w:r>
      <w:proofErr w:type="spellEnd"/>
    </w:p>
    <w:p w14:paraId="1FA10EFE" w14:textId="77777777" w:rsidR="00293FFB" w:rsidRPr="00897B36" w:rsidRDefault="00000000">
      <w:pPr>
        <w:rPr>
          <w:lang w:val="ru-RU"/>
        </w:rPr>
      </w:pPr>
      <w:r w:rsidRPr="00897B36">
        <w:rPr>
          <w:lang w:val="ru-RU"/>
        </w:rPr>
        <w:t>Деловой аналитический текст: Цифровая трансформация бизнеса</w:t>
      </w:r>
    </w:p>
    <w:p w14:paraId="00C8FAB9" w14:textId="77777777" w:rsidR="00293FFB" w:rsidRPr="00897B36" w:rsidRDefault="00000000">
      <w:pPr>
        <w:rPr>
          <w:lang w:val="ru-RU"/>
        </w:rPr>
      </w:pPr>
      <w:r w:rsidRPr="00897B36">
        <w:rPr>
          <w:lang w:val="ru-RU"/>
        </w:rPr>
        <w:t xml:space="preserve">В последние годы цифровая трансформация стала одним из ключевых факторов конкурентоспособности компаний. </w:t>
      </w:r>
      <w:r w:rsidRPr="00897B36">
        <w:rPr>
          <w:lang w:val="ru-RU"/>
        </w:rPr>
        <w:br/>
        <w:t xml:space="preserve">Организации, которые активно внедряют современные технологии, получают возможность быстрее реагировать на </w:t>
      </w:r>
      <w:r w:rsidRPr="00897B36">
        <w:rPr>
          <w:lang w:val="ru-RU"/>
        </w:rPr>
        <w:br/>
        <w:t>изменения рынка, оптимизировать внутренние процессы и улучшать взаимодействие с клиентами.</w:t>
      </w:r>
    </w:p>
    <w:p w14:paraId="39473385" w14:textId="77777777" w:rsidR="00293FFB" w:rsidRPr="00897B36" w:rsidRDefault="00000000">
      <w:pPr>
        <w:rPr>
          <w:lang w:val="ru-RU"/>
        </w:rPr>
      </w:pPr>
      <w:r w:rsidRPr="00897B36">
        <w:rPr>
          <w:lang w:val="ru-RU"/>
        </w:rPr>
        <w:t xml:space="preserve">Цифровая трансформация не ограничивается внедрением новых программных решений. Она включает комплексные </w:t>
      </w:r>
      <w:r w:rsidRPr="00897B36">
        <w:rPr>
          <w:lang w:val="ru-RU"/>
        </w:rPr>
        <w:br/>
        <w:t xml:space="preserve">изменения в бизнес-моделях, корпоративной культуре и подходах к управлению. Компании переходят к </w:t>
      </w:r>
      <w:r w:rsidRPr="00897B36">
        <w:rPr>
          <w:lang w:val="ru-RU"/>
        </w:rPr>
        <w:br/>
        <w:t xml:space="preserve">использованию облачных технологий, аналитики данных и автоматизации процессов, чтобы повысить </w:t>
      </w:r>
      <w:r w:rsidRPr="00897B36">
        <w:rPr>
          <w:lang w:val="ru-RU"/>
        </w:rPr>
        <w:br/>
        <w:t>эффективность и прозрачность работы.</w:t>
      </w:r>
    </w:p>
    <w:p w14:paraId="7B904483" w14:textId="77777777" w:rsidR="00293FFB" w:rsidRPr="00897B36" w:rsidRDefault="00000000">
      <w:pPr>
        <w:rPr>
          <w:lang w:val="ru-RU"/>
        </w:rPr>
      </w:pPr>
      <w:r w:rsidRPr="00897B36">
        <w:rPr>
          <w:lang w:val="ru-RU"/>
        </w:rPr>
        <w:t xml:space="preserve">Одним из наиболее важных элементов цифровой трансформации является использование данных для принятия </w:t>
      </w:r>
      <w:r w:rsidRPr="00897B36">
        <w:rPr>
          <w:lang w:val="ru-RU"/>
        </w:rPr>
        <w:br/>
        <w:t xml:space="preserve">управленческих решений. Современные аналитические системы позволяют обрабатывать большие массивы </w:t>
      </w:r>
      <w:r w:rsidRPr="00897B36">
        <w:rPr>
          <w:lang w:val="ru-RU"/>
        </w:rPr>
        <w:br/>
        <w:t xml:space="preserve">информации и выявлять закономерности, которые ранее были недоступны для анализа. Это помогает </w:t>
      </w:r>
      <w:r w:rsidRPr="00897B36">
        <w:rPr>
          <w:lang w:val="ru-RU"/>
        </w:rPr>
        <w:br/>
        <w:t xml:space="preserve">руководителям лучше понимать поведение клиентов, прогнозировать спрос и принимать более обоснованные </w:t>
      </w:r>
      <w:r w:rsidRPr="00897B36">
        <w:rPr>
          <w:lang w:val="ru-RU"/>
        </w:rPr>
        <w:br/>
        <w:t>стратегические решения.</w:t>
      </w:r>
    </w:p>
    <w:p w14:paraId="68A16107" w14:textId="77777777" w:rsidR="00293FFB" w:rsidRPr="00897B36" w:rsidRDefault="00000000">
      <w:pPr>
        <w:rPr>
          <w:lang w:val="ru-RU"/>
        </w:rPr>
      </w:pPr>
      <w:r w:rsidRPr="00897B36">
        <w:rPr>
          <w:lang w:val="ru-RU"/>
        </w:rPr>
        <w:t xml:space="preserve">Кроме того, автоматизация процессов позволяет значительно сократить операционные расходы и снизить </w:t>
      </w:r>
      <w:r w:rsidRPr="00897B36">
        <w:rPr>
          <w:lang w:val="ru-RU"/>
        </w:rPr>
        <w:br/>
        <w:t xml:space="preserve">вероятность человеческих ошибок. Внедрение цифровых инструментов управления проектами, систем </w:t>
      </w:r>
      <w:r w:rsidRPr="00897B36">
        <w:rPr>
          <w:lang w:val="ru-RU"/>
        </w:rPr>
        <w:br/>
        <w:t xml:space="preserve">электронного документооборота и платформ совместной работы повышает скорость коммуникации и </w:t>
      </w:r>
      <w:r w:rsidRPr="00897B36">
        <w:rPr>
          <w:lang w:val="ru-RU"/>
        </w:rPr>
        <w:br/>
        <w:t>эффективность взаимодействия между сотрудниками.</w:t>
      </w:r>
    </w:p>
    <w:p w14:paraId="12144B19" w14:textId="77777777" w:rsidR="00293FFB" w:rsidRPr="00897B36" w:rsidRDefault="00000000">
      <w:pPr>
        <w:rPr>
          <w:lang w:val="ru-RU"/>
        </w:rPr>
      </w:pPr>
      <w:r w:rsidRPr="00897B36">
        <w:rPr>
          <w:lang w:val="ru-RU"/>
        </w:rPr>
        <w:t xml:space="preserve">Однако успешная цифровая трансформация требует не только технологических инвестиций, но и изменений </w:t>
      </w:r>
      <w:r w:rsidRPr="00897B36">
        <w:rPr>
          <w:lang w:val="ru-RU"/>
        </w:rPr>
        <w:br/>
        <w:t xml:space="preserve">в организационной культуре. Сотрудники должны быть готовы к постоянному обучению и освоению новых </w:t>
      </w:r>
      <w:r w:rsidRPr="00897B36">
        <w:rPr>
          <w:lang w:val="ru-RU"/>
        </w:rPr>
        <w:br/>
        <w:t xml:space="preserve">инструментов. Руководство компаний, в свою очередь, должно формировать среду, в которой инновации </w:t>
      </w:r>
      <w:r w:rsidRPr="00897B36">
        <w:rPr>
          <w:lang w:val="ru-RU"/>
        </w:rPr>
        <w:br/>
        <w:t>поощряются и рассматриваются как источник развития.</w:t>
      </w:r>
    </w:p>
    <w:p w14:paraId="2F91B3BB" w14:textId="77777777" w:rsidR="00293FFB" w:rsidRPr="00897B36" w:rsidRDefault="00000000">
      <w:pPr>
        <w:rPr>
          <w:lang w:val="ru-RU"/>
        </w:rPr>
      </w:pPr>
      <w:r w:rsidRPr="00897B36">
        <w:rPr>
          <w:lang w:val="ru-RU"/>
        </w:rPr>
        <w:lastRenderedPageBreak/>
        <w:t xml:space="preserve">Компании, которые успешно реализуют стратегии цифровой трансформации, получают значительные </w:t>
      </w:r>
      <w:r w:rsidRPr="00897B36">
        <w:rPr>
          <w:lang w:val="ru-RU"/>
        </w:rPr>
        <w:br/>
        <w:t xml:space="preserve">преимущества: более высокую гибкость, улучшенное качество обслуживания клиентов и возможность </w:t>
      </w:r>
      <w:r w:rsidRPr="00897B36">
        <w:rPr>
          <w:lang w:val="ru-RU"/>
        </w:rPr>
        <w:br/>
        <w:t xml:space="preserve">быстрее выводить новые продукты на рынок. В условиях глобальной конкуренции это становится </w:t>
      </w:r>
      <w:r w:rsidRPr="00897B36">
        <w:rPr>
          <w:lang w:val="ru-RU"/>
        </w:rPr>
        <w:br/>
        <w:t>важным фактором долгосрочного устойчивого роста.</w:t>
      </w:r>
    </w:p>
    <w:p w14:paraId="03A8E8E0" w14:textId="77777777" w:rsidR="00293FFB" w:rsidRPr="00897B36" w:rsidRDefault="00000000">
      <w:pPr>
        <w:rPr>
          <w:lang w:val="ru-RU"/>
        </w:rPr>
      </w:pPr>
      <w:r w:rsidRPr="00897B36">
        <w:rPr>
          <w:lang w:val="ru-RU"/>
        </w:rPr>
        <w:t xml:space="preserve">Таким образом, цифровая трансформация является не временным трендом, а стратегическим направлением </w:t>
      </w:r>
      <w:r w:rsidRPr="00897B36">
        <w:rPr>
          <w:lang w:val="ru-RU"/>
        </w:rPr>
        <w:br/>
        <w:t xml:space="preserve">развития современного бизнеса. Организации, которые инвестируют в технологии, развитие сотрудников </w:t>
      </w:r>
      <w:r w:rsidRPr="00897B36">
        <w:rPr>
          <w:lang w:val="ru-RU"/>
        </w:rPr>
        <w:br/>
        <w:t>и совершенствование процессов, формируют прочную основу для будущего роста и инноваций.</w:t>
      </w:r>
    </w:p>
    <w:p w14:paraId="01FA87FC" w14:textId="77777777" w:rsidR="00293FFB" w:rsidRPr="00897B36" w:rsidRDefault="00000000">
      <w:pPr>
        <w:pStyle w:val="21"/>
        <w:rPr>
          <w:lang w:val="ru-RU"/>
        </w:rPr>
      </w:pPr>
      <w:proofErr w:type="spellStart"/>
      <w:r w:rsidRPr="00897B36">
        <w:rPr>
          <w:lang w:val="ru-RU"/>
        </w:rPr>
        <w:t>Професійний</w:t>
      </w:r>
      <w:proofErr w:type="spellEnd"/>
      <w:r w:rsidRPr="00897B36">
        <w:rPr>
          <w:lang w:val="ru-RU"/>
        </w:rPr>
        <w:t xml:space="preserve"> переклад </w:t>
      </w:r>
      <w:proofErr w:type="spellStart"/>
      <w:r w:rsidRPr="00897B36">
        <w:rPr>
          <w:lang w:val="ru-RU"/>
        </w:rPr>
        <w:t>українською</w:t>
      </w:r>
      <w:proofErr w:type="spellEnd"/>
    </w:p>
    <w:p w14:paraId="033F8147" w14:textId="77777777" w:rsidR="00293FFB" w:rsidRPr="00897B36" w:rsidRDefault="00000000">
      <w:pPr>
        <w:rPr>
          <w:lang w:val="ru-RU"/>
        </w:rPr>
      </w:pPr>
      <w:proofErr w:type="spellStart"/>
      <w:r w:rsidRPr="00897B36">
        <w:rPr>
          <w:lang w:val="ru-RU"/>
        </w:rPr>
        <w:t>Діловий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аналітичний</w:t>
      </w:r>
      <w:proofErr w:type="spellEnd"/>
      <w:r w:rsidRPr="00897B36">
        <w:rPr>
          <w:lang w:val="ru-RU"/>
        </w:rPr>
        <w:t xml:space="preserve"> текст: </w:t>
      </w:r>
      <w:proofErr w:type="spellStart"/>
      <w:r w:rsidRPr="00897B36">
        <w:rPr>
          <w:lang w:val="ru-RU"/>
        </w:rPr>
        <w:t>Цифрова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трансформація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бізнесу</w:t>
      </w:r>
      <w:proofErr w:type="spellEnd"/>
    </w:p>
    <w:p w14:paraId="364F3326" w14:textId="77777777" w:rsidR="00293FFB" w:rsidRPr="00897B36" w:rsidRDefault="00000000">
      <w:pPr>
        <w:rPr>
          <w:lang w:val="ru-RU"/>
        </w:rPr>
      </w:pPr>
      <w:r w:rsidRPr="00897B36">
        <w:rPr>
          <w:lang w:val="ru-RU"/>
        </w:rPr>
        <w:t xml:space="preserve">В </w:t>
      </w:r>
      <w:proofErr w:type="spellStart"/>
      <w:r w:rsidRPr="00897B36">
        <w:rPr>
          <w:lang w:val="ru-RU"/>
        </w:rPr>
        <w:t>останні</w:t>
      </w:r>
      <w:proofErr w:type="spellEnd"/>
      <w:r w:rsidRPr="00897B36">
        <w:rPr>
          <w:lang w:val="ru-RU"/>
        </w:rPr>
        <w:t xml:space="preserve"> роки </w:t>
      </w:r>
      <w:proofErr w:type="spellStart"/>
      <w:r w:rsidRPr="00897B36">
        <w:rPr>
          <w:lang w:val="ru-RU"/>
        </w:rPr>
        <w:t>цифрова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трансформація</w:t>
      </w:r>
      <w:proofErr w:type="spellEnd"/>
      <w:r w:rsidRPr="00897B36">
        <w:rPr>
          <w:lang w:val="ru-RU"/>
        </w:rPr>
        <w:t xml:space="preserve"> стала одним </w:t>
      </w:r>
      <w:proofErr w:type="spellStart"/>
      <w:r w:rsidRPr="00897B36">
        <w:rPr>
          <w:lang w:val="ru-RU"/>
        </w:rPr>
        <w:t>із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ключових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чинників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конкурентоспроможності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компаній</w:t>
      </w:r>
      <w:proofErr w:type="spellEnd"/>
      <w:r w:rsidRPr="00897B36">
        <w:rPr>
          <w:lang w:val="ru-RU"/>
        </w:rPr>
        <w:t xml:space="preserve">. </w:t>
      </w:r>
      <w:r w:rsidRPr="00897B36">
        <w:rPr>
          <w:lang w:val="ru-RU"/>
        </w:rPr>
        <w:br/>
      </w:r>
      <w:proofErr w:type="spellStart"/>
      <w:r w:rsidRPr="00897B36">
        <w:rPr>
          <w:lang w:val="ru-RU"/>
        </w:rPr>
        <w:t>Організації</w:t>
      </w:r>
      <w:proofErr w:type="spellEnd"/>
      <w:r w:rsidRPr="00897B36">
        <w:rPr>
          <w:lang w:val="ru-RU"/>
        </w:rPr>
        <w:t xml:space="preserve">, </w:t>
      </w:r>
      <w:proofErr w:type="spellStart"/>
      <w:r w:rsidRPr="00897B36">
        <w:rPr>
          <w:lang w:val="ru-RU"/>
        </w:rPr>
        <w:t>які</w:t>
      </w:r>
      <w:proofErr w:type="spellEnd"/>
      <w:r w:rsidRPr="00897B36">
        <w:rPr>
          <w:lang w:val="ru-RU"/>
        </w:rPr>
        <w:t xml:space="preserve"> активно </w:t>
      </w:r>
      <w:proofErr w:type="spellStart"/>
      <w:r w:rsidRPr="00897B36">
        <w:rPr>
          <w:lang w:val="ru-RU"/>
        </w:rPr>
        <w:t>впроваджують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сучасні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технології</w:t>
      </w:r>
      <w:proofErr w:type="spellEnd"/>
      <w:r w:rsidRPr="00897B36">
        <w:rPr>
          <w:lang w:val="ru-RU"/>
        </w:rPr>
        <w:t xml:space="preserve">, </w:t>
      </w:r>
      <w:proofErr w:type="spellStart"/>
      <w:r w:rsidRPr="00897B36">
        <w:rPr>
          <w:lang w:val="ru-RU"/>
        </w:rPr>
        <w:t>отримують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можливість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швидше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реагувати</w:t>
      </w:r>
      <w:proofErr w:type="spellEnd"/>
      <w:r w:rsidRPr="00897B36">
        <w:rPr>
          <w:lang w:val="ru-RU"/>
        </w:rPr>
        <w:t xml:space="preserve"> на </w:t>
      </w:r>
      <w:r w:rsidRPr="00897B36">
        <w:rPr>
          <w:lang w:val="ru-RU"/>
        </w:rPr>
        <w:br/>
      </w:r>
      <w:proofErr w:type="spellStart"/>
      <w:r w:rsidRPr="00897B36">
        <w:rPr>
          <w:lang w:val="ru-RU"/>
        </w:rPr>
        <w:t>зміни</w:t>
      </w:r>
      <w:proofErr w:type="spellEnd"/>
      <w:r w:rsidRPr="00897B36">
        <w:rPr>
          <w:lang w:val="ru-RU"/>
        </w:rPr>
        <w:t xml:space="preserve"> ринку, </w:t>
      </w:r>
      <w:proofErr w:type="spellStart"/>
      <w:r w:rsidRPr="00897B36">
        <w:rPr>
          <w:lang w:val="ru-RU"/>
        </w:rPr>
        <w:t>оптимізувати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внутрішні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процеси</w:t>
      </w:r>
      <w:proofErr w:type="spellEnd"/>
      <w:r w:rsidRPr="00897B36">
        <w:rPr>
          <w:lang w:val="ru-RU"/>
        </w:rPr>
        <w:t xml:space="preserve"> та </w:t>
      </w:r>
      <w:proofErr w:type="spellStart"/>
      <w:r w:rsidRPr="00897B36">
        <w:rPr>
          <w:lang w:val="ru-RU"/>
        </w:rPr>
        <w:t>покращувати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взаємодію</w:t>
      </w:r>
      <w:proofErr w:type="spellEnd"/>
      <w:r w:rsidRPr="00897B36">
        <w:rPr>
          <w:lang w:val="ru-RU"/>
        </w:rPr>
        <w:t xml:space="preserve"> з </w:t>
      </w:r>
      <w:proofErr w:type="spellStart"/>
      <w:r w:rsidRPr="00897B36">
        <w:rPr>
          <w:lang w:val="ru-RU"/>
        </w:rPr>
        <w:t>клієнтами</w:t>
      </w:r>
      <w:proofErr w:type="spellEnd"/>
      <w:r w:rsidRPr="00897B36">
        <w:rPr>
          <w:lang w:val="ru-RU"/>
        </w:rPr>
        <w:t>.</w:t>
      </w:r>
    </w:p>
    <w:p w14:paraId="176A05AE" w14:textId="77777777" w:rsidR="00293FFB" w:rsidRPr="00897B36" w:rsidRDefault="00000000">
      <w:pPr>
        <w:rPr>
          <w:lang w:val="ru-RU"/>
        </w:rPr>
      </w:pPr>
      <w:proofErr w:type="spellStart"/>
      <w:r w:rsidRPr="00897B36">
        <w:rPr>
          <w:lang w:val="ru-RU"/>
        </w:rPr>
        <w:t>Цифрова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трансформація</w:t>
      </w:r>
      <w:proofErr w:type="spellEnd"/>
      <w:r w:rsidRPr="00897B36">
        <w:rPr>
          <w:lang w:val="ru-RU"/>
        </w:rPr>
        <w:t xml:space="preserve"> не </w:t>
      </w:r>
      <w:proofErr w:type="spellStart"/>
      <w:r w:rsidRPr="00897B36">
        <w:rPr>
          <w:lang w:val="ru-RU"/>
        </w:rPr>
        <w:t>обмежується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впровадженням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нових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програмних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рішень</w:t>
      </w:r>
      <w:proofErr w:type="spellEnd"/>
      <w:r w:rsidRPr="00897B36">
        <w:rPr>
          <w:lang w:val="ru-RU"/>
        </w:rPr>
        <w:t xml:space="preserve">. Вона </w:t>
      </w:r>
      <w:proofErr w:type="spellStart"/>
      <w:r w:rsidRPr="00897B36">
        <w:rPr>
          <w:lang w:val="ru-RU"/>
        </w:rPr>
        <w:t>передбачає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комплексні</w:t>
      </w:r>
      <w:proofErr w:type="spellEnd"/>
      <w:r w:rsidRPr="00897B36">
        <w:rPr>
          <w:lang w:val="ru-RU"/>
        </w:rPr>
        <w:t xml:space="preserve"> </w:t>
      </w:r>
      <w:r w:rsidRPr="00897B36">
        <w:rPr>
          <w:lang w:val="ru-RU"/>
        </w:rPr>
        <w:br/>
      </w:r>
      <w:proofErr w:type="spellStart"/>
      <w:r w:rsidRPr="00897B36">
        <w:rPr>
          <w:lang w:val="ru-RU"/>
        </w:rPr>
        <w:t>зміни</w:t>
      </w:r>
      <w:proofErr w:type="spellEnd"/>
      <w:r w:rsidRPr="00897B36">
        <w:rPr>
          <w:lang w:val="ru-RU"/>
        </w:rPr>
        <w:t xml:space="preserve"> у </w:t>
      </w:r>
      <w:proofErr w:type="spellStart"/>
      <w:r w:rsidRPr="00897B36">
        <w:rPr>
          <w:lang w:val="ru-RU"/>
        </w:rPr>
        <w:t>бізнес</w:t>
      </w:r>
      <w:proofErr w:type="spellEnd"/>
      <w:r w:rsidRPr="00897B36">
        <w:rPr>
          <w:lang w:val="ru-RU"/>
        </w:rPr>
        <w:t xml:space="preserve">-моделях, </w:t>
      </w:r>
      <w:proofErr w:type="spellStart"/>
      <w:r w:rsidRPr="00897B36">
        <w:rPr>
          <w:lang w:val="ru-RU"/>
        </w:rPr>
        <w:t>корпоративній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культурі</w:t>
      </w:r>
      <w:proofErr w:type="spellEnd"/>
      <w:r w:rsidRPr="00897B36">
        <w:rPr>
          <w:lang w:val="ru-RU"/>
        </w:rPr>
        <w:t xml:space="preserve"> та </w:t>
      </w:r>
      <w:proofErr w:type="spellStart"/>
      <w:r w:rsidRPr="00897B36">
        <w:rPr>
          <w:lang w:val="ru-RU"/>
        </w:rPr>
        <w:t>підходах</w:t>
      </w:r>
      <w:proofErr w:type="spellEnd"/>
      <w:r w:rsidRPr="00897B36">
        <w:rPr>
          <w:lang w:val="ru-RU"/>
        </w:rPr>
        <w:t xml:space="preserve"> до </w:t>
      </w:r>
      <w:proofErr w:type="spellStart"/>
      <w:r w:rsidRPr="00897B36">
        <w:rPr>
          <w:lang w:val="ru-RU"/>
        </w:rPr>
        <w:t>управління</w:t>
      </w:r>
      <w:proofErr w:type="spellEnd"/>
      <w:r w:rsidRPr="00897B36">
        <w:rPr>
          <w:lang w:val="ru-RU"/>
        </w:rPr>
        <w:t xml:space="preserve">. </w:t>
      </w:r>
      <w:proofErr w:type="spellStart"/>
      <w:r w:rsidRPr="00897B36">
        <w:rPr>
          <w:lang w:val="ru-RU"/>
        </w:rPr>
        <w:t>Компанії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дедалі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частіше</w:t>
      </w:r>
      <w:proofErr w:type="spellEnd"/>
      <w:r w:rsidRPr="00897B36">
        <w:rPr>
          <w:lang w:val="ru-RU"/>
        </w:rPr>
        <w:t xml:space="preserve"> </w:t>
      </w:r>
      <w:r w:rsidRPr="00897B36">
        <w:rPr>
          <w:lang w:val="ru-RU"/>
        </w:rPr>
        <w:br/>
      </w:r>
      <w:proofErr w:type="spellStart"/>
      <w:r w:rsidRPr="00897B36">
        <w:rPr>
          <w:lang w:val="ru-RU"/>
        </w:rPr>
        <w:t>використовують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хмарні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технології</w:t>
      </w:r>
      <w:proofErr w:type="spellEnd"/>
      <w:r w:rsidRPr="00897B36">
        <w:rPr>
          <w:lang w:val="ru-RU"/>
        </w:rPr>
        <w:t xml:space="preserve">, </w:t>
      </w:r>
      <w:proofErr w:type="spellStart"/>
      <w:r w:rsidRPr="00897B36">
        <w:rPr>
          <w:lang w:val="ru-RU"/>
        </w:rPr>
        <w:t>аналітику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даних</w:t>
      </w:r>
      <w:proofErr w:type="spellEnd"/>
      <w:r w:rsidRPr="00897B36">
        <w:rPr>
          <w:lang w:val="ru-RU"/>
        </w:rPr>
        <w:t xml:space="preserve"> і </w:t>
      </w:r>
      <w:proofErr w:type="spellStart"/>
      <w:r w:rsidRPr="00897B36">
        <w:rPr>
          <w:lang w:val="ru-RU"/>
        </w:rPr>
        <w:t>автоматизацію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процесів</w:t>
      </w:r>
      <w:proofErr w:type="spellEnd"/>
      <w:r w:rsidRPr="00897B36">
        <w:rPr>
          <w:lang w:val="ru-RU"/>
        </w:rPr>
        <w:t xml:space="preserve">, </w:t>
      </w:r>
      <w:proofErr w:type="spellStart"/>
      <w:r w:rsidRPr="00897B36">
        <w:rPr>
          <w:lang w:val="ru-RU"/>
        </w:rPr>
        <w:t>щоб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підвищити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ефективність</w:t>
      </w:r>
      <w:proofErr w:type="spellEnd"/>
      <w:r w:rsidRPr="00897B36">
        <w:rPr>
          <w:lang w:val="ru-RU"/>
        </w:rPr>
        <w:t xml:space="preserve"> </w:t>
      </w:r>
      <w:r w:rsidRPr="00897B36">
        <w:rPr>
          <w:lang w:val="ru-RU"/>
        </w:rPr>
        <w:br/>
        <w:t xml:space="preserve">та </w:t>
      </w:r>
      <w:proofErr w:type="spellStart"/>
      <w:r w:rsidRPr="00897B36">
        <w:rPr>
          <w:lang w:val="ru-RU"/>
        </w:rPr>
        <w:t>прозорість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діяльності</w:t>
      </w:r>
      <w:proofErr w:type="spellEnd"/>
      <w:r w:rsidRPr="00897B36">
        <w:rPr>
          <w:lang w:val="ru-RU"/>
        </w:rPr>
        <w:t>.</w:t>
      </w:r>
    </w:p>
    <w:p w14:paraId="59689DFB" w14:textId="77777777" w:rsidR="00293FFB" w:rsidRPr="00897B36" w:rsidRDefault="00000000">
      <w:pPr>
        <w:rPr>
          <w:lang w:val="ru-RU"/>
        </w:rPr>
      </w:pPr>
      <w:r w:rsidRPr="00897B36">
        <w:rPr>
          <w:lang w:val="ru-RU"/>
        </w:rPr>
        <w:t xml:space="preserve">Одним </w:t>
      </w:r>
      <w:proofErr w:type="spellStart"/>
      <w:r w:rsidRPr="00897B36">
        <w:rPr>
          <w:lang w:val="ru-RU"/>
        </w:rPr>
        <w:t>із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найважливіших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елементів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цифрової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трансформації</w:t>
      </w:r>
      <w:proofErr w:type="spellEnd"/>
      <w:r w:rsidRPr="00897B36">
        <w:rPr>
          <w:lang w:val="ru-RU"/>
        </w:rPr>
        <w:t xml:space="preserve"> є </w:t>
      </w:r>
      <w:proofErr w:type="spellStart"/>
      <w:r w:rsidRPr="00897B36">
        <w:rPr>
          <w:lang w:val="ru-RU"/>
        </w:rPr>
        <w:t>використання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даних</w:t>
      </w:r>
      <w:proofErr w:type="spellEnd"/>
      <w:r w:rsidRPr="00897B36">
        <w:rPr>
          <w:lang w:val="ru-RU"/>
        </w:rPr>
        <w:t xml:space="preserve"> для </w:t>
      </w:r>
      <w:proofErr w:type="spellStart"/>
      <w:r w:rsidRPr="00897B36">
        <w:rPr>
          <w:lang w:val="ru-RU"/>
        </w:rPr>
        <w:t>ухвалення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управлінських</w:t>
      </w:r>
      <w:proofErr w:type="spellEnd"/>
      <w:r w:rsidRPr="00897B36">
        <w:rPr>
          <w:lang w:val="ru-RU"/>
        </w:rPr>
        <w:t xml:space="preserve"> </w:t>
      </w:r>
      <w:r w:rsidRPr="00897B36">
        <w:rPr>
          <w:lang w:val="ru-RU"/>
        </w:rPr>
        <w:br/>
      </w:r>
      <w:proofErr w:type="spellStart"/>
      <w:r w:rsidRPr="00897B36">
        <w:rPr>
          <w:lang w:val="ru-RU"/>
        </w:rPr>
        <w:t>рішень</w:t>
      </w:r>
      <w:proofErr w:type="spellEnd"/>
      <w:r w:rsidRPr="00897B36">
        <w:rPr>
          <w:lang w:val="ru-RU"/>
        </w:rPr>
        <w:t xml:space="preserve">. </w:t>
      </w:r>
      <w:proofErr w:type="spellStart"/>
      <w:r w:rsidRPr="00897B36">
        <w:rPr>
          <w:lang w:val="ru-RU"/>
        </w:rPr>
        <w:t>Сучасні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аналітичні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системи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дозволяють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обробляти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великі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обсяги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інформації</w:t>
      </w:r>
      <w:proofErr w:type="spellEnd"/>
      <w:r w:rsidRPr="00897B36">
        <w:rPr>
          <w:lang w:val="ru-RU"/>
        </w:rPr>
        <w:t xml:space="preserve"> та </w:t>
      </w:r>
      <w:proofErr w:type="spellStart"/>
      <w:r w:rsidRPr="00897B36">
        <w:rPr>
          <w:lang w:val="ru-RU"/>
        </w:rPr>
        <w:t>виявляти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закономірності</w:t>
      </w:r>
      <w:proofErr w:type="spellEnd"/>
      <w:r w:rsidRPr="00897B36">
        <w:rPr>
          <w:lang w:val="ru-RU"/>
        </w:rPr>
        <w:t xml:space="preserve">, </w:t>
      </w:r>
      <w:r w:rsidRPr="00897B36">
        <w:rPr>
          <w:lang w:val="ru-RU"/>
        </w:rPr>
        <w:br/>
      </w:r>
      <w:proofErr w:type="spellStart"/>
      <w:r w:rsidRPr="00897B36">
        <w:rPr>
          <w:lang w:val="ru-RU"/>
        </w:rPr>
        <w:t>які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раніше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було</w:t>
      </w:r>
      <w:proofErr w:type="spellEnd"/>
      <w:r w:rsidRPr="00897B36">
        <w:rPr>
          <w:lang w:val="ru-RU"/>
        </w:rPr>
        <w:t xml:space="preserve"> складно </w:t>
      </w:r>
      <w:proofErr w:type="spellStart"/>
      <w:r w:rsidRPr="00897B36">
        <w:rPr>
          <w:lang w:val="ru-RU"/>
        </w:rPr>
        <w:t>проаналізувати</w:t>
      </w:r>
      <w:proofErr w:type="spellEnd"/>
      <w:r w:rsidRPr="00897B36">
        <w:rPr>
          <w:lang w:val="ru-RU"/>
        </w:rPr>
        <w:t xml:space="preserve">. </w:t>
      </w:r>
      <w:proofErr w:type="spellStart"/>
      <w:r w:rsidRPr="00897B36">
        <w:rPr>
          <w:lang w:val="ru-RU"/>
        </w:rPr>
        <w:t>Це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допомагає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керівникам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краще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розуміти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поведінку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клієнтів</w:t>
      </w:r>
      <w:proofErr w:type="spellEnd"/>
      <w:r w:rsidRPr="00897B36">
        <w:rPr>
          <w:lang w:val="ru-RU"/>
        </w:rPr>
        <w:t xml:space="preserve">, </w:t>
      </w:r>
      <w:r w:rsidRPr="00897B36">
        <w:rPr>
          <w:lang w:val="ru-RU"/>
        </w:rPr>
        <w:br/>
      </w:r>
      <w:proofErr w:type="spellStart"/>
      <w:r w:rsidRPr="00897B36">
        <w:rPr>
          <w:lang w:val="ru-RU"/>
        </w:rPr>
        <w:t>прогнозувати</w:t>
      </w:r>
      <w:proofErr w:type="spellEnd"/>
      <w:r w:rsidRPr="00897B36">
        <w:rPr>
          <w:lang w:val="ru-RU"/>
        </w:rPr>
        <w:t xml:space="preserve"> попит і </w:t>
      </w:r>
      <w:proofErr w:type="spellStart"/>
      <w:r w:rsidRPr="00897B36">
        <w:rPr>
          <w:lang w:val="ru-RU"/>
        </w:rPr>
        <w:t>приймати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більш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обґрунтовані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стратегічні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рішення</w:t>
      </w:r>
      <w:proofErr w:type="spellEnd"/>
      <w:r w:rsidRPr="00897B36">
        <w:rPr>
          <w:lang w:val="ru-RU"/>
        </w:rPr>
        <w:t>.</w:t>
      </w:r>
    </w:p>
    <w:p w14:paraId="1D8181C0" w14:textId="77777777" w:rsidR="00293FFB" w:rsidRPr="00897B36" w:rsidRDefault="00000000">
      <w:pPr>
        <w:rPr>
          <w:lang w:val="ru-RU"/>
        </w:rPr>
      </w:pPr>
      <w:proofErr w:type="spellStart"/>
      <w:r w:rsidRPr="00897B36">
        <w:rPr>
          <w:lang w:val="ru-RU"/>
        </w:rPr>
        <w:t>Крім</w:t>
      </w:r>
      <w:proofErr w:type="spellEnd"/>
      <w:r w:rsidRPr="00897B36">
        <w:rPr>
          <w:lang w:val="ru-RU"/>
        </w:rPr>
        <w:t xml:space="preserve"> того, </w:t>
      </w:r>
      <w:proofErr w:type="spellStart"/>
      <w:r w:rsidRPr="00897B36">
        <w:rPr>
          <w:lang w:val="ru-RU"/>
        </w:rPr>
        <w:t>автоматизація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процесів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дає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змогу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суттєво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скоротити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операційні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витрати</w:t>
      </w:r>
      <w:proofErr w:type="spellEnd"/>
      <w:r w:rsidRPr="00897B36">
        <w:rPr>
          <w:lang w:val="ru-RU"/>
        </w:rPr>
        <w:t xml:space="preserve"> та </w:t>
      </w:r>
      <w:proofErr w:type="spellStart"/>
      <w:r w:rsidRPr="00897B36">
        <w:rPr>
          <w:lang w:val="ru-RU"/>
        </w:rPr>
        <w:t>зменшити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ризик</w:t>
      </w:r>
      <w:proofErr w:type="spellEnd"/>
      <w:r w:rsidRPr="00897B36">
        <w:rPr>
          <w:lang w:val="ru-RU"/>
        </w:rPr>
        <w:t xml:space="preserve"> </w:t>
      </w:r>
      <w:r w:rsidRPr="00897B36">
        <w:rPr>
          <w:lang w:val="ru-RU"/>
        </w:rPr>
        <w:br/>
      </w:r>
      <w:proofErr w:type="spellStart"/>
      <w:r w:rsidRPr="00897B36">
        <w:rPr>
          <w:lang w:val="ru-RU"/>
        </w:rPr>
        <w:t>людських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помилок</w:t>
      </w:r>
      <w:proofErr w:type="spellEnd"/>
      <w:r w:rsidRPr="00897B36">
        <w:rPr>
          <w:lang w:val="ru-RU"/>
        </w:rPr>
        <w:t xml:space="preserve">. </w:t>
      </w:r>
      <w:proofErr w:type="spellStart"/>
      <w:r w:rsidRPr="00897B36">
        <w:rPr>
          <w:lang w:val="ru-RU"/>
        </w:rPr>
        <w:t>Запровадження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цифрових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інструментів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управління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проєктами</w:t>
      </w:r>
      <w:proofErr w:type="spellEnd"/>
      <w:r w:rsidRPr="00897B36">
        <w:rPr>
          <w:lang w:val="ru-RU"/>
        </w:rPr>
        <w:t xml:space="preserve">, систем </w:t>
      </w:r>
      <w:proofErr w:type="spellStart"/>
      <w:r w:rsidRPr="00897B36">
        <w:rPr>
          <w:lang w:val="ru-RU"/>
        </w:rPr>
        <w:t>електронного</w:t>
      </w:r>
      <w:proofErr w:type="spellEnd"/>
      <w:r w:rsidRPr="00897B36">
        <w:rPr>
          <w:lang w:val="ru-RU"/>
        </w:rPr>
        <w:t xml:space="preserve"> </w:t>
      </w:r>
      <w:r w:rsidRPr="00897B36">
        <w:rPr>
          <w:lang w:val="ru-RU"/>
        </w:rPr>
        <w:br/>
      </w:r>
      <w:proofErr w:type="spellStart"/>
      <w:r w:rsidRPr="00897B36">
        <w:rPr>
          <w:lang w:val="ru-RU"/>
        </w:rPr>
        <w:lastRenderedPageBreak/>
        <w:t>документообігу</w:t>
      </w:r>
      <w:proofErr w:type="spellEnd"/>
      <w:r w:rsidRPr="00897B36">
        <w:rPr>
          <w:lang w:val="ru-RU"/>
        </w:rPr>
        <w:t xml:space="preserve"> та платформ для </w:t>
      </w:r>
      <w:proofErr w:type="spellStart"/>
      <w:r w:rsidRPr="00897B36">
        <w:rPr>
          <w:lang w:val="ru-RU"/>
        </w:rPr>
        <w:t>спільної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роботи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підвищує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швидкість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комунікації</w:t>
      </w:r>
      <w:proofErr w:type="spellEnd"/>
      <w:r w:rsidRPr="00897B36">
        <w:rPr>
          <w:lang w:val="ru-RU"/>
        </w:rPr>
        <w:t xml:space="preserve"> та </w:t>
      </w:r>
      <w:proofErr w:type="spellStart"/>
      <w:r w:rsidRPr="00897B36">
        <w:rPr>
          <w:lang w:val="ru-RU"/>
        </w:rPr>
        <w:t>ефективність</w:t>
      </w:r>
      <w:proofErr w:type="spellEnd"/>
      <w:r w:rsidRPr="00897B36">
        <w:rPr>
          <w:lang w:val="ru-RU"/>
        </w:rPr>
        <w:t xml:space="preserve"> </w:t>
      </w:r>
      <w:r w:rsidRPr="00897B36">
        <w:rPr>
          <w:lang w:val="ru-RU"/>
        </w:rPr>
        <w:br/>
      </w:r>
      <w:proofErr w:type="spellStart"/>
      <w:r w:rsidRPr="00897B36">
        <w:rPr>
          <w:lang w:val="ru-RU"/>
        </w:rPr>
        <w:t>взаємодії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між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співробітниками</w:t>
      </w:r>
      <w:proofErr w:type="spellEnd"/>
      <w:r w:rsidRPr="00897B36">
        <w:rPr>
          <w:lang w:val="ru-RU"/>
        </w:rPr>
        <w:t>.</w:t>
      </w:r>
    </w:p>
    <w:p w14:paraId="0C5B54E1" w14:textId="77777777" w:rsidR="00293FFB" w:rsidRPr="00897B36" w:rsidRDefault="00000000">
      <w:pPr>
        <w:rPr>
          <w:lang w:val="ru-RU"/>
        </w:rPr>
      </w:pPr>
      <w:proofErr w:type="spellStart"/>
      <w:r w:rsidRPr="00897B36">
        <w:rPr>
          <w:lang w:val="ru-RU"/>
        </w:rPr>
        <w:t>Однак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успішна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цифрова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трансформація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потребує</w:t>
      </w:r>
      <w:proofErr w:type="spellEnd"/>
      <w:r w:rsidRPr="00897B36">
        <w:rPr>
          <w:lang w:val="ru-RU"/>
        </w:rPr>
        <w:t xml:space="preserve"> не </w:t>
      </w:r>
      <w:proofErr w:type="spellStart"/>
      <w:r w:rsidRPr="00897B36">
        <w:rPr>
          <w:lang w:val="ru-RU"/>
        </w:rPr>
        <w:t>лише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технологічних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інвестицій</w:t>
      </w:r>
      <w:proofErr w:type="spellEnd"/>
      <w:r w:rsidRPr="00897B36">
        <w:rPr>
          <w:lang w:val="ru-RU"/>
        </w:rPr>
        <w:t xml:space="preserve">, а й </w:t>
      </w:r>
      <w:proofErr w:type="spellStart"/>
      <w:r w:rsidRPr="00897B36">
        <w:rPr>
          <w:lang w:val="ru-RU"/>
        </w:rPr>
        <w:t>змін</w:t>
      </w:r>
      <w:proofErr w:type="spellEnd"/>
      <w:r w:rsidRPr="00897B36">
        <w:rPr>
          <w:lang w:val="ru-RU"/>
        </w:rPr>
        <w:t xml:space="preserve"> в </w:t>
      </w:r>
      <w:r w:rsidRPr="00897B36">
        <w:rPr>
          <w:lang w:val="ru-RU"/>
        </w:rPr>
        <w:br/>
      </w:r>
      <w:proofErr w:type="spellStart"/>
      <w:r w:rsidRPr="00897B36">
        <w:rPr>
          <w:lang w:val="ru-RU"/>
        </w:rPr>
        <w:t>організаційній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культурі</w:t>
      </w:r>
      <w:proofErr w:type="spellEnd"/>
      <w:r w:rsidRPr="00897B36">
        <w:rPr>
          <w:lang w:val="ru-RU"/>
        </w:rPr>
        <w:t xml:space="preserve">. </w:t>
      </w:r>
      <w:proofErr w:type="spellStart"/>
      <w:r w:rsidRPr="00897B36">
        <w:rPr>
          <w:lang w:val="ru-RU"/>
        </w:rPr>
        <w:t>Працівники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повинні</w:t>
      </w:r>
      <w:proofErr w:type="spellEnd"/>
      <w:r w:rsidRPr="00897B36">
        <w:rPr>
          <w:lang w:val="ru-RU"/>
        </w:rPr>
        <w:t xml:space="preserve"> бути </w:t>
      </w:r>
      <w:proofErr w:type="spellStart"/>
      <w:r w:rsidRPr="00897B36">
        <w:rPr>
          <w:lang w:val="ru-RU"/>
        </w:rPr>
        <w:t>готовими</w:t>
      </w:r>
      <w:proofErr w:type="spellEnd"/>
      <w:r w:rsidRPr="00897B36">
        <w:rPr>
          <w:lang w:val="ru-RU"/>
        </w:rPr>
        <w:t xml:space="preserve"> до </w:t>
      </w:r>
      <w:proofErr w:type="spellStart"/>
      <w:r w:rsidRPr="00897B36">
        <w:rPr>
          <w:lang w:val="ru-RU"/>
        </w:rPr>
        <w:t>постійного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навчання</w:t>
      </w:r>
      <w:proofErr w:type="spellEnd"/>
      <w:r w:rsidRPr="00897B36">
        <w:rPr>
          <w:lang w:val="ru-RU"/>
        </w:rPr>
        <w:t xml:space="preserve"> та </w:t>
      </w:r>
      <w:proofErr w:type="spellStart"/>
      <w:r w:rsidRPr="00897B36">
        <w:rPr>
          <w:lang w:val="ru-RU"/>
        </w:rPr>
        <w:t>опанування</w:t>
      </w:r>
      <w:proofErr w:type="spellEnd"/>
      <w:r w:rsidRPr="00897B36">
        <w:rPr>
          <w:lang w:val="ru-RU"/>
        </w:rPr>
        <w:t xml:space="preserve"> </w:t>
      </w:r>
      <w:r w:rsidRPr="00897B36">
        <w:rPr>
          <w:lang w:val="ru-RU"/>
        </w:rPr>
        <w:br/>
      </w:r>
      <w:proofErr w:type="spellStart"/>
      <w:r w:rsidRPr="00897B36">
        <w:rPr>
          <w:lang w:val="ru-RU"/>
        </w:rPr>
        <w:t>нових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інструментів</w:t>
      </w:r>
      <w:proofErr w:type="spellEnd"/>
      <w:r w:rsidRPr="00897B36">
        <w:rPr>
          <w:lang w:val="ru-RU"/>
        </w:rPr>
        <w:t xml:space="preserve">. </w:t>
      </w:r>
      <w:proofErr w:type="spellStart"/>
      <w:r w:rsidRPr="00897B36">
        <w:rPr>
          <w:lang w:val="ru-RU"/>
        </w:rPr>
        <w:t>Керівництво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компаній</w:t>
      </w:r>
      <w:proofErr w:type="spellEnd"/>
      <w:r w:rsidRPr="00897B36">
        <w:rPr>
          <w:lang w:val="ru-RU"/>
        </w:rPr>
        <w:t xml:space="preserve">, </w:t>
      </w:r>
      <w:proofErr w:type="spellStart"/>
      <w:r w:rsidRPr="00897B36">
        <w:rPr>
          <w:lang w:val="ru-RU"/>
        </w:rPr>
        <w:t>своєю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чергою</w:t>
      </w:r>
      <w:proofErr w:type="spellEnd"/>
      <w:r w:rsidRPr="00897B36">
        <w:rPr>
          <w:lang w:val="ru-RU"/>
        </w:rPr>
        <w:t xml:space="preserve">, </w:t>
      </w:r>
      <w:proofErr w:type="spellStart"/>
      <w:r w:rsidRPr="00897B36">
        <w:rPr>
          <w:lang w:val="ru-RU"/>
        </w:rPr>
        <w:t>має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формувати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середовище</w:t>
      </w:r>
      <w:proofErr w:type="spellEnd"/>
      <w:r w:rsidRPr="00897B36">
        <w:rPr>
          <w:lang w:val="ru-RU"/>
        </w:rPr>
        <w:t xml:space="preserve">, у </w:t>
      </w:r>
      <w:proofErr w:type="spellStart"/>
      <w:r w:rsidRPr="00897B36">
        <w:rPr>
          <w:lang w:val="ru-RU"/>
        </w:rPr>
        <w:t>якому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інновації</w:t>
      </w:r>
      <w:proofErr w:type="spellEnd"/>
      <w:r w:rsidRPr="00897B36">
        <w:rPr>
          <w:lang w:val="ru-RU"/>
        </w:rPr>
        <w:t xml:space="preserve"> </w:t>
      </w:r>
      <w:r w:rsidRPr="00897B36">
        <w:rPr>
          <w:lang w:val="ru-RU"/>
        </w:rPr>
        <w:br/>
      </w:r>
      <w:proofErr w:type="spellStart"/>
      <w:r w:rsidRPr="00897B36">
        <w:rPr>
          <w:lang w:val="ru-RU"/>
        </w:rPr>
        <w:t>заохочуються</w:t>
      </w:r>
      <w:proofErr w:type="spellEnd"/>
      <w:r w:rsidRPr="00897B36">
        <w:rPr>
          <w:lang w:val="ru-RU"/>
        </w:rPr>
        <w:t xml:space="preserve"> та </w:t>
      </w:r>
      <w:proofErr w:type="spellStart"/>
      <w:r w:rsidRPr="00897B36">
        <w:rPr>
          <w:lang w:val="ru-RU"/>
        </w:rPr>
        <w:t>розглядаються</w:t>
      </w:r>
      <w:proofErr w:type="spellEnd"/>
      <w:r w:rsidRPr="00897B36">
        <w:rPr>
          <w:lang w:val="ru-RU"/>
        </w:rPr>
        <w:t xml:space="preserve"> як </w:t>
      </w:r>
      <w:proofErr w:type="spellStart"/>
      <w:r w:rsidRPr="00897B36">
        <w:rPr>
          <w:lang w:val="ru-RU"/>
        </w:rPr>
        <w:t>джерело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розвитку</w:t>
      </w:r>
      <w:proofErr w:type="spellEnd"/>
      <w:r w:rsidRPr="00897B36">
        <w:rPr>
          <w:lang w:val="ru-RU"/>
        </w:rPr>
        <w:t>.</w:t>
      </w:r>
    </w:p>
    <w:p w14:paraId="26D40312" w14:textId="77777777" w:rsidR="00293FFB" w:rsidRPr="00897B36" w:rsidRDefault="00000000">
      <w:pPr>
        <w:rPr>
          <w:lang w:val="ru-RU"/>
        </w:rPr>
      </w:pPr>
      <w:proofErr w:type="spellStart"/>
      <w:r w:rsidRPr="00897B36">
        <w:rPr>
          <w:lang w:val="ru-RU"/>
        </w:rPr>
        <w:t>Компанії</w:t>
      </w:r>
      <w:proofErr w:type="spellEnd"/>
      <w:r w:rsidRPr="00897B36">
        <w:rPr>
          <w:lang w:val="ru-RU"/>
        </w:rPr>
        <w:t xml:space="preserve">, </w:t>
      </w:r>
      <w:proofErr w:type="spellStart"/>
      <w:r w:rsidRPr="00897B36">
        <w:rPr>
          <w:lang w:val="ru-RU"/>
        </w:rPr>
        <w:t>які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успішно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реалізують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стратегії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цифрової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трансформації</w:t>
      </w:r>
      <w:proofErr w:type="spellEnd"/>
      <w:r w:rsidRPr="00897B36">
        <w:rPr>
          <w:lang w:val="ru-RU"/>
        </w:rPr>
        <w:t xml:space="preserve">, </w:t>
      </w:r>
      <w:proofErr w:type="spellStart"/>
      <w:r w:rsidRPr="00897B36">
        <w:rPr>
          <w:lang w:val="ru-RU"/>
        </w:rPr>
        <w:t>отримують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значні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переваги</w:t>
      </w:r>
      <w:proofErr w:type="spellEnd"/>
      <w:r w:rsidRPr="00897B36">
        <w:rPr>
          <w:lang w:val="ru-RU"/>
        </w:rPr>
        <w:t xml:space="preserve">: </w:t>
      </w:r>
      <w:r w:rsidRPr="00897B36">
        <w:rPr>
          <w:lang w:val="ru-RU"/>
        </w:rPr>
        <w:br/>
      </w:r>
      <w:proofErr w:type="spellStart"/>
      <w:r w:rsidRPr="00897B36">
        <w:rPr>
          <w:lang w:val="ru-RU"/>
        </w:rPr>
        <w:t>вищу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гнучкість</w:t>
      </w:r>
      <w:proofErr w:type="spellEnd"/>
      <w:r w:rsidRPr="00897B36">
        <w:rPr>
          <w:lang w:val="ru-RU"/>
        </w:rPr>
        <w:t xml:space="preserve">, </w:t>
      </w:r>
      <w:proofErr w:type="spellStart"/>
      <w:r w:rsidRPr="00897B36">
        <w:rPr>
          <w:lang w:val="ru-RU"/>
        </w:rPr>
        <w:t>покращений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рівень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обслуговування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клієнтів</w:t>
      </w:r>
      <w:proofErr w:type="spellEnd"/>
      <w:r w:rsidRPr="00897B36">
        <w:rPr>
          <w:lang w:val="ru-RU"/>
        </w:rPr>
        <w:t xml:space="preserve"> та </w:t>
      </w:r>
      <w:proofErr w:type="spellStart"/>
      <w:r w:rsidRPr="00897B36">
        <w:rPr>
          <w:lang w:val="ru-RU"/>
        </w:rPr>
        <w:t>можливість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швидше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виводити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нові</w:t>
      </w:r>
      <w:proofErr w:type="spellEnd"/>
      <w:r w:rsidRPr="00897B36">
        <w:rPr>
          <w:lang w:val="ru-RU"/>
        </w:rPr>
        <w:t xml:space="preserve"> </w:t>
      </w:r>
      <w:r w:rsidRPr="00897B36">
        <w:rPr>
          <w:lang w:val="ru-RU"/>
        </w:rPr>
        <w:br/>
      </w:r>
      <w:proofErr w:type="spellStart"/>
      <w:r w:rsidRPr="00897B36">
        <w:rPr>
          <w:lang w:val="ru-RU"/>
        </w:rPr>
        <w:t>продукти</w:t>
      </w:r>
      <w:proofErr w:type="spellEnd"/>
      <w:r w:rsidRPr="00897B36">
        <w:rPr>
          <w:lang w:val="ru-RU"/>
        </w:rPr>
        <w:t xml:space="preserve"> на </w:t>
      </w:r>
      <w:proofErr w:type="spellStart"/>
      <w:r w:rsidRPr="00897B36">
        <w:rPr>
          <w:lang w:val="ru-RU"/>
        </w:rPr>
        <w:t>ринок</w:t>
      </w:r>
      <w:proofErr w:type="spellEnd"/>
      <w:r w:rsidRPr="00897B36">
        <w:rPr>
          <w:lang w:val="ru-RU"/>
        </w:rPr>
        <w:t xml:space="preserve">. В </w:t>
      </w:r>
      <w:proofErr w:type="spellStart"/>
      <w:r w:rsidRPr="00897B36">
        <w:rPr>
          <w:lang w:val="ru-RU"/>
        </w:rPr>
        <w:t>умовах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глобальної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конкуренції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це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стає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важливим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чинником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довгострокового</w:t>
      </w:r>
      <w:proofErr w:type="spellEnd"/>
      <w:r w:rsidRPr="00897B36">
        <w:rPr>
          <w:lang w:val="ru-RU"/>
        </w:rPr>
        <w:t xml:space="preserve"> </w:t>
      </w:r>
      <w:r w:rsidRPr="00897B36">
        <w:rPr>
          <w:lang w:val="ru-RU"/>
        </w:rPr>
        <w:br/>
      </w:r>
      <w:proofErr w:type="spellStart"/>
      <w:r w:rsidRPr="00897B36">
        <w:rPr>
          <w:lang w:val="ru-RU"/>
        </w:rPr>
        <w:t>сталого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зростання</w:t>
      </w:r>
      <w:proofErr w:type="spellEnd"/>
      <w:r w:rsidRPr="00897B36">
        <w:rPr>
          <w:lang w:val="ru-RU"/>
        </w:rPr>
        <w:t>.</w:t>
      </w:r>
    </w:p>
    <w:p w14:paraId="2E86A062" w14:textId="77777777" w:rsidR="00293FFB" w:rsidRPr="00897B36" w:rsidRDefault="00000000">
      <w:pPr>
        <w:rPr>
          <w:lang w:val="ru-RU"/>
        </w:rPr>
      </w:pPr>
      <w:r w:rsidRPr="00897B36">
        <w:rPr>
          <w:lang w:val="ru-RU"/>
        </w:rPr>
        <w:t xml:space="preserve">Таким чином, </w:t>
      </w:r>
      <w:proofErr w:type="spellStart"/>
      <w:r w:rsidRPr="00897B36">
        <w:rPr>
          <w:lang w:val="ru-RU"/>
        </w:rPr>
        <w:t>цифрова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трансформація</w:t>
      </w:r>
      <w:proofErr w:type="spellEnd"/>
      <w:r w:rsidRPr="00897B36">
        <w:rPr>
          <w:lang w:val="ru-RU"/>
        </w:rPr>
        <w:t xml:space="preserve"> є не </w:t>
      </w:r>
      <w:proofErr w:type="spellStart"/>
      <w:r w:rsidRPr="00897B36">
        <w:rPr>
          <w:lang w:val="ru-RU"/>
        </w:rPr>
        <w:t>тимчасовим</w:t>
      </w:r>
      <w:proofErr w:type="spellEnd"/>
      <w:r w:rsidRPr="00897B36">
        <w:rPr>
          <w:lang w:val="ru-RU"/>
        </w:rPr>
        <w:t xml:space="preserve"> трендом, а </w:t>
      </w:r>
      <w:proofErr w:type="spellStart"/>
      <w:r w:rsidRPr="00897B36">
        <w:rPr>
          <w:lang w:val="ru-RU"/>
        </w:rPr>
        <w:t>стратегічним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напрямом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розвитку</w:t>
      </w:r>
      <w:proofErr w:type="spellEnd"/>
      <w:r w:rsidRPr="00897B36">
        <w:rPr>
          <w:lang w:val="ru-RU"/>
        </w:rPr>
        <w:t xml:space="preserve"> </w:t>
      </w:r>
      <w:r w:rsidRPr="00897B36">
        <w:rPr>
          <w:lang w:val="ru-RU"/>
        </w:rPr>
        <w:br/>
      </w:r>
      <w:proofErr w:type="spellStart"/>
      <w:r w:rsidRPr="00897B36">
        <w:rPr>
          <w:lang w:val="ru-RU"/>
        </w:rPr>
        <w:t>сучасного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бізнесу</w:t>
      </w:r>
      <w:proofErr w:type="spellEnd"/>
      <w:r w:rsidRPr="00897B36">
        <w:rPr>
          <w:lang w:val="ru-RU"/>
        </w:rPr>
        <w:t xml:space="preserve">. </w:t>
      </w:r>
      <w:proofErr w:type="spellStart"/>
      <w:r w:rsidRPr="00897B36">
        <w:rPr>
          <w:lang w:val="ru-RU"/>
        </w:rPr>
        <w:t>Організації</w:t>
      </w:r>
      <w:proofErr w:type="spellEnd"/>
      <w:r w:rsidRPr="00897B36">
        <w:rPr>
          <w:lang w:val="ru-RU"/>
        </w:rPr>
        <w:t xml:space="preserve">, </w:t>
      </w:r>
      <w:proofErr w:type="spellStart"/>
      <w:r w:rsidRPr="00897B36">
        <w:rPr>
          <w:lang w:val="ru-RU"/>
        </w:rPr>
        <w:t>які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інвестують</w:t>
      </w:r>
      <w:proofErr w:type="spellEnd"/>
      <w:r w:rsidRPr="00897B36">
        <w:rPr>
          <w:lang w:val="ru-RU"/>
        </w:rPr>
        <w:t xml:space="preserve"> у </w:t>
      </w:r>
      <w:proofErr w:type="spellStart"/>
      <w:r w:rsidRPr="00897B36">
        <w:rPr>
          <w:lang w:val="ru-RU"/>
        </w:rPr>
        <w:t>технології</w:t>
      </w:r>
      <w:proofErr w:type="spellEnd"/>
      <w:r w:rsidRPr="00897B36">
        <w:rPr>
          <w:lang w:val="ru-RU"/>
        </w:rPr>
        <w:t xml:space="preserve">, </w:t>
      </w:r>
      <w:proofErr w:type="spellStart"/>
      <w:r w:rsidRPr="00897B36">
        <w:rPr>
          <w:lang w:val="ru-RU"/>
        </w:rPr>
        <w:t>розвиток</w:t>
      </w:r>
      <w:proofErr w:type="spellEnd"/>
      <w:r w:rsidRPr="00897B36">
        <w:rPr>
          <w:lang w:val="ru-RU"/>
        </w:rPr>
        <w:t xml:space="preserve"> персоналу та </w:t>
      </w:r>
      <w:proofErr w:type="spellStart"/>
      <w:r w:rsidRPr="00897B36">
        <w:rPr>
          <w:lang w:val="ru-RU"/>
        </w:rPr>
        <w:t>вдосконалення</w:t>
      </w:r>
      <w:proofErr w:type="spellEnd"/>
      <w:r w:rsidRPr="00897B36">
        <w:rPr>
          <w:lang w:val="ru-RU"/>
        </w:rPr>
        <w:t xml:space="preserve"> </w:t>
      </w:r>
      <w:r w:rsidRPr="00897B36">
        <w:rPr>
          <w:lang w:val="ru-RU"/>
        </w:rPr>
        <w:br/>
      </w:r>
      <w:proofErr w:type="spellStart"/>
      <w:r w:rsidRPr="00897B36">
        <w:rPr>
          <w:lang w:val="ru-RU"/>
        </w:rPr>
        <w:t>процесів</w:t>
      </w:r>
      <w:proofErr w:type="spellEnd"/>
      <w:r w:rsidRPr="00897B36">
        <w:rPr>
          <w:lang w:val="ru-RU"/>
        </w:rPr>
        <w:t xml:space="preserve">, </w:t>
      </w:r>
      <w:proofErr w:type="spellStart"/>
      <w:r w:rsidRPr="00897B36">
        <w:rPr>
          <w:lang w:val="ru-RU"/>
        </w:rPr>
        <w:t>створюють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міцну</w:t>
      </w:r>
      <w:proofErr w:type="spellEnd"/>
      <w:r w:rsidRPr="00897B36">
        <w:rPr>
          <w:lang w:val="ru-RU"/>
        </w:rPr>
        <w:t xml:space="preserve"> основу для </w:t>
      </w:r>
      <w:proofErr w:type="spellStart"/>
      <w:r w:rsidRPr="00897B36">
        <w:rPr>
          <w:lang w:val="ru-RU"/>
        </w:rPr>
        <w:t>майбутнього</w:t>
      </w:r>
      <w:proofErr w:type="spellEnd"/>
      <w:r w:rsidRPr="00897B36">
        <w:rPr>
          <w:lang w:val="ru-RU"/>
        </w:rPr>
        <w:t xml:space="preserve"> </w:t>
      </w:r>
      <w:proofErr w:type="spellStart"/>
      <w:r w:rsidRPr="00897B36">
        <w:rPr>
          <w:lang w:val="ru-RU"/>
        </w:rPr>
        <w:t>зростання</w:t>
      </w:r>
      <w:proofErr w:type="spellEnd"/>
      <w:r w:rsidRPr="00897B36">
        <w:rPr>
          <w:lang w:val="ru-RU"/>
        </w:rPr>
        <w:t xml:space="preserve"> та </w:t>
      </w:r>
      <w:proofErr w:type="spellStart"/>
      <w:r w:rsidRPr="00897B36">
        <w:rPr>
          <w:lang w:val="ru-RU"/>
        </w:rPr>
        <w:t>інновацій</w:t>
      </w:r>
      <w:proofErr w:type="spellEnd"/>
      <w:r w:rsidRPr="00897B36">
        <w:rPr>
          <w:lang w:val="ru-RU"/>
        </w:rPr>
        <w:t>.</w:t>
      </w:r>
    </w:p>
    <w:sectPr w:rsidR="00293FFB" w:rsidRPr="00897B3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2124842">
    <w:abstractNumId w:val="8"/>
  </w:num>
  <w:num w:numId="2" w16cid:durableId="2021926257">
    <w:abstractNumId w:val="6"/>
  </w:num>
  <w:num w:numId="3" w16cid:durableId="334574597">
    <w:abstractNumId w:val="5"/>
  </w:num>
  <w:num w:numId="4" w16cid:durableId="1472599575">
    <w:abstractNumId w:val="4"/>
  </w:num>
  <w:num w:numId="5" w16cid:durableId="299389208">
    <w:abstractNumId w:val="7"/>
  </w:num>
  <w:num w:numId="6" w16cid:durableId="899172943">
    <w:abstractNumId w:val="3"/>
  </w:num>
  <w:num w:numId="7" w16cid:durableId="1666590331">
    <w:abstractNumId w:val="2"/>
  </w:num>
  <w:num w:numId="8" w16cid:durableId="1119642230">
    <w:abstractNumId w:val="1"/>
  </w:num>
  <w:num w:numId="9" w16cid:durableId="167807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3FFB"/>
    <w:rsid w:val="0029639D"/>
    <w:rsid w:val="00326F90"/>
    <w:rsid w:val="00897B36"/>
    <w:rsid w:val="009B17C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78AC76"/>
  <w14:defaultImageDpi w14:val="300"/>
  <w15:docId w15:val="{41E423BA-90D0-46FE-90D2-90223CC5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derryfight254@gmail.com</cp:lastModifiedBy>
  <cp:revision>3</cp:revision>
  <dcterms:created xsi:type="dcterms:W3CDTF">2013-12-23T23:15:00Z</dcterms:created>
  <dcterms:modified xsi:type="dcterms:W3CDTF">2026-03-12T13:51:00Z</dcterms:modified>
  <cp:category/>
</cp:coreProperties>
</file>