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Портфоліо - Стаття: Здоровий образ життя / Healthy Lifestyle / Zdrowy styl życia</w:t>
      </w:r>
    </w:p>
    <w:p>
      <w:pPr>
        <w:pStyle w:val="Heading2"/>
      </w:pPr>
      <w:r>
        <w:t>Українська версія</w:t>
      </w:r>
    </w:p>
    <w:p>
      <w:r>
        <w:t>Здоровий образ життя — ключ до енергії та довголіття</w:t>
      </w:r>
    </w:p>
    <w:p/>
    <w:p>
      <w:r>
        <w:t>Сучасний ритм життя часто змушує нас нехтувати власним здоров’ям. Однак, правильне харчування, регулярна фізична активність та підтримка організму за допомогою якісних харчових добавок можуть кардинально змінити ваше самопочуття та якість життя.</w:t>
      </w:r>
    </w:p>
    <w:p/>
    <w:p>
      <w:r>
        <w:t>Наші продукти створені з урахуванням останніх наукових досліджень і допомагають підтримувати баланс вітамінів і мінералів, необхідних для енергії, імунітету та відновлення організму.</w:t>
      </w:r>
    </w:p>
    <w:p/>
    <w:p>
      <w:r>
        <w:t>Вибираючи натуральні БАДи, ви інвестуєте у своє здоров’я і активне майбутнє. Почніть сьогодні — і відчуйте різницю вже завтра!</w:t>
      </w:r>
    </w:p>
    <w:p>
      <w:pPr>
        <w:pStyle w:val="Heading2"/>
      </w:pPr>
      <w:r>
        <w:t>English version</w:t>
      </w:r>
    </w:p>
    <w:p>
      <w:r>
        <w:t>Healthy Lifestyle — The Key to Energy and Longevity</w:t>
      </w:r>
    </w:p>
    <w:p/>
    <w:p>
      <w:r>
        <w:t>The modern pace of life often forces us to neglect our health. However, proper nutrition, regular physical activity, and supporting the body with quality dietary supplements can drastically improve your well-being and quality of life.</w:t>
      </w:r>
    </w:p>
    <w:p/>
    <w:p>
      <w:r>
        <w:t>Our products are created based on the latest scientific research and help maintain a balance of vitamins and minerals essential for energy, immunity, and body recovery.</w:t>
      </w:r>
    </w:p>
    <w:p/>
    <w:p>
      <w:r>
        <w:t>By choosing natural supplements, you invest in your health and an active future. Start today and feel the difference tomorrow!</w:t>
      </w:r>
    </w:p>
    <w:p>
      <w:pPr>
        <w:pStyle w:val="Heading2"/>
      </w:pPr>
      <w:r>
        <w:t>Wersja polska</w:t>
      </w:r>
    </w:p>
    <w:p>
      <w:r>
        <w:t>Zdrowy styl życia — klucz do energii i długowieczności</w:t>
      </w:r>
    </w:p>
    <w:p/>
    <w:p>
      <w:r>
        <w:t>Współczesne tempo życia często zmusza nas do zaniedbywania własnego zdrowia. Jednak odpowiednie odżywianie, regularna aktywność fizyczna oraz wspieranie organizmu wysokiej jakości suplementami diety mogą znacząco poprawić twoje samopoczucie i jakość życia.</w:t>
      </w:r>
    </w:p>
    <w:p/>
    <w:p>
      <w:r>
        <w:t>Nasze produkty są tworzone na podstawie najnowszych badań naukowych i pomagają utrzymać równowagę witamin i minerałów niezbędnych do energii, odporności i regeneracji organizmu.</w:t>
      </w:r>
    </w:p>
    <w:p/>
    <w:p>
      <w:r>
        <w:t>Wybierając naturalne suplementy, inwestujesz w swoje zdrowie i aktywną przyszłość. Zacznij już dziś i poczuj różnicę już jutro!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