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CF2FF" w14:textId="2DEAA185" w:rsidR="00562A97" w:rsidRDefault="0095584C">
      <w:pPr>
        <w:pStyle w:val="1"/>
      </w:pPr>
      <w:r>
        <w:t xml:space="preserve">Портфоліо </w:t>
      </w:r>
    </w:p>
    <w:p w14:paraId="17F2EDBE" w14:textId="77777777" w:rsidR="00562A97" w:rsidRDefault="0095584C">
      <w:pPr>
        <w:pStyle w:val="21"/>
      </w:pPr>
      <w:r>
        <w:t>1. Опис товару (магазин електроніки)</w:t>
      </w:r>
    </w:p>
    <w:p w14:paraId="5D9741FA" w14:textId="77777777" w:rsidR="00562A97" w:rsidRDefault="0095584C">
      <w:r>
        <w:t>Смартгодинник NovaBand 3 — це сучасний гаджет, створений для тих, хто цінує комфорт, стиль і технології. Він допоможе контролювати фізичну активність, стежити за пульсом, рівнем стресу та якістю сну. Пристрій синхронізується зі смартфоном, тому ви завжди зможете отримувати сповіщення, дзвінки й повідомлення, не дістаючи телефон з кишені. NovaBand 3 має водонепроникний корпус, яскравий сенсорний дисплей і потужну батарею, що тримає заряд до 7 днів. Це ідеальний вибір для активних людей, які прагнуть завжди бути в русі та контролювати своє здоров’я.</w:t>
      </w:r>
    </w:p>
    <w:p w14:paraId="0ECAF741" w14:textId="77777777" w:rsidR="00562A97" w:rsidRDefault="0095584C">
      <w:pPr>
        <w:pStyle w:val="21"/>
      </w:pPr>
      <w:r>
        <w:t>2. Пост для Instagram (для кав’ярні)</w:t>
      </w:r>
    </w:p>
    <w:p w14:paraId="1B7C2D84" w14:textId="15119438" w:rsidR="00562A97" w:rsidRDefault="0095584C">
      <w:r>
        <w:t xml:space="preserve">Почни свій день із аромату справжньої кави  У кав’ярні CoffeePlace ми віримо, що кожна чашка — це маленький привід для радості. Наш осінній латте з карамеллю та корицею створений, щоб зігріти тебе навіть у найпохмуріший ранок. Ми використовуємо тільки свіжообсмажені зерна, натуральне молоко та додаємо трохи натхнення до кожного напою. Завітай до нас, зроби фото своєї кави, відміть @CoffeePlace і поділися настроєм з друзями. Твоя улюблена кава — вже чекає на тебе </w:t>
      </w:r>
    </w:p>
    <w:sectPr w:rsidR="00562A9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62A97"/>
    <w:rsid w:val="0095584C"/>
    <w:rsid w:val="00AA1D8D"/>
    <w:rsid w:val="00B47730"/>
    <w:rsid w:val="00CB0664"/>
    <w:rsid w:val="00E4771D"/>
    <w:rsid w:val="00FC693F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4301DB"/>
  <w14:defaultImageDpi w14:val="300"/>
  <w15:docId w15:val="{A5E540A9-E2FF-4EFE-B254-26B8A93D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Кирин Влад</cp:lastModifiedBy>
  <cp:revision>6</cp:revision>
  <dcterms:created xsi:type="dcterms:W3CDTF">2013-12-23T23:15:00Z</dcterms:created>
  <dcterms:modified xsi:type="dcterms:W3CDTF">2025-10-27T21:52:00Z</dcterms:modified>
  <cp:category/>
</cp:coreProperties>
</file>