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A84" w:rsidRPr="0062719A" w:rsidRDefault="0062719A" w:rsidP="0062719A">
      <w:pPr>
        <w:jc w:val="center"/>
        <w:rPr>
          <w:rFonts w:ascii="Times New Roman" w:hAnsi="Times New Roman" w:cs="Times New Roman"/>
          <w:sz w:val="44"/>
          <w:szCs w:val="44"/>
        </w:rPr>
      </w:pPr>
      <w:r w:rsidRPr="0062719A">
        <w:rPr>
          <w:rFonts w:ascii="Times New Roman" w:hAnsi="Times New Roman" w:cs="Times New Roman"/>
          <w:sz w:val="44"/>
          <w:szCs w:val="44"/>
        </w:rPr>
        <w:t>Benefits of</w:t>
      </w:r>
      <w:r>
        <w:rPr>
          <w:rFonts w:ascii="Times New Roman" w:hAnsi="Times New Roman" w:cs="Times New Roman"/>
          <w:sz w:val="44"/>
          <w:szCs w:val="44"/>
          <w:lang w:val="uk-UA"/>
        </w:rPr>
        <w:t xml:space="preserve"> </w:t>
      </w:r>
      <w:r>
        <w:rPr>
          <w:rFonts w:ascii="Times New Roman" w:hAnsi="Times New Roman" w:cs="Times New Roman"/>
          <w:sz w:val="44"/>
          <w:szCs w:val="44"/>
        </w:rPr>
        <w:t>Sports and</w:t>
      </w:r>
      <w:bookmarkStart w:id="0" w:name="_GoBack"/>
      <w:bookmarkEnd w:id="0"/>
      <w:r w:rsidRPr="0062719A">
        <w:rPr>
          <w:rFonts w:ascii="Times New Roman" w:hAnsi="Times New Roman" w:cs="Times New Roman"/>
          <w:sz w:val="44"/>
          <w:szCs w:val="44"/>
        </w:rPr>
        <w:t xml:space="preserve"> Physical Activity</w:t>
      </w:r>
    </w:p>
    <w:p w:rsidR="00477A84" w:rsidRPr="0062719A" w:rsidRDefault="0062719A" w:rsidP="0062719A">
      <w:pPr>
        <w:rPr>
          <w:rFonts w:ascii="Times New Roman" w:hAnsi="Times New Roman" w:cs="Times New Roman"/>
          <w:b/>
          <w:sz w:val="28"/>
          <w:szCs w:val="28"/>
        </w:rPr>
      </w:pPr>
      <w:r w:rsidRPr="0062719A">
        <w:rPr>
          <w:rFonts w:ascii="Times New Roman" w:hAnsi="Times New Roman" w:cs="Times New Roman"/>
          <w:b/>
          <w:sz w:val="28"/>
          <w:szCs w:val="28"/>
        </w:rPr>
        <w:t>Original Text (English)</w:t>
      </w:r>
    </w:p>
    <w:p w:rsidR="00477A84" w:rsidRPr="0062719A" w:rsidRDefault="0062719A" w:rsidP="0062719A">
      <w:pPr>
        <w:rPr>
          <w:rFonts w:ascii="Times New Roman" w:hAnsi="Times New Roman" w:cs="Times New Roman"/>
          <w:sz w:val="28"/>
          <w:szCs w:val="28"/>
        </w:rPr>
      </w:pPr>
      <w:r w:rsidRPr="0062719A">
        <w:rPr>
          <w:rFonts w:ascii="Times New Roman" w:hAnsi="Times New Roman" w:cs="Times New Roman"/>
          <w:sz w:val="28"/>
          <w:szCs w:val="28"/>
        </w:rPr>
        <w:t xml:space="preserve">Physical activity is one of the most important aspects of a healthy lifestyle. Regular exercise helps to maintain a healthy weight, strengthen muscles and bones, and improve </w:t>
      </w:r>
      <w:r w:rsidRPr="0062719A">
        <w:rPr>
          <w:rFonts w:ascii="Times New Roman" w:hAnsi="Times New Roman" w:cs="Times New Roman"/>
          <w:sz w:val="28"/>
          <w:szCs w:val="28"/>
        </w:rPr>
        <w:t>cardiovascular health. Engaging in sports or even daily walking can boost energy levels, reduce stress, and improve mental well-being. Exercise also has social benefits, as it often involves group activities that encourage teamwork and communication. Moreo</w:t>
      </w:r>
      <w:r w:rsidRPr="0062719A">
        <w:rPr>
          <w:rFonts w:ascii="Times New Roman" w:hAnsi="Times New Roman" w:cs="Times New Roman"/>
          <w:sz w:val="28"/>
          <w:szCs w:val="28"/>
        </w:rPr>
        <w:t>ver, staying active can prevent a variety of diseases, including diabetes, heart disease, and certain types of cancer. Starting with small steps, such as a 20-minute walk each day or light home exercises, can gradually build a habit of being physically act</w:t>
      </w:r>
      <w:r w:rsidRPr="0062719A">
        <w:rPr>
          <w:rFonts w:ascii="Times New Roman" w:hAnsi="Times New Roman" w:cs="Times New Roman"/>
          <w:sz w:val="28"/>
          <w:szCs w:val="28"/>
        </w:rPr>
        <w:t xml:space="preserve">ive. Over time, this leads not only to better physical health but also to improved mood, better sleep, and higher overall productivity. Remember, it is never too late to start, and even modest amounts of physical activity can make a significant difference </w:t>
      </w:r>
      <w:r w:rsidRPr="0062719A">
        <w:rPr>
          <w:rFonts w:ascii="Times New Roman" w:hAnsi="Times New Roman" w:cs="Times New Roman"/>
          <w:sz w:val="28"/>
          <w:szCs w:val="28"/>
        </w:rPr>
        <w:t>in your life.</w:t>
      </w:r>
    </w:p>
    <w:p w:rsidR="00477A84" w:rsidRPr="0062719A" w:rsidRDefault="0062719A" w:rsidP="0062719A">
      <w:pPr>
        <w:rPr>
          <w:rFonts w:ascii="Times New Roman" w:hAnsi="Times New Roman" w:cs="Times New Roman"/>
          <w:b/>
          <w:sz w:val="28"/>
          <w:szCs w:val="28"/>
        </w:rPr>
      </w:pPr>
      <w:r w:rsidRPr="0062719A">
        <w:rPr>
          <w:rFonts w:ascii="Times New Roman" w:hAnsi="Times New Roman" w:cs="Times New Roman"/>
          <w:b/>
          <w:sz w:val="28"/>
          <w:szCs w:val="28"/>
        </w:rPr>
        <w:t>Translation (Ukrainian)</w:t>
      </w:r>
    </w:p>
    <w:p w:rsidR="00477A84" w:rsidRPr="0062719A" w:rsidRDefault="0062719A" w:rsidP="0062719A">
      <w:pPr>
        <w:rPr>
          <w:rFonts w:ascii="Times New Roman" w:hAnsi="Times New Roman" w:cs="Times New Roman"/>
          <w:sz w:val="28"/>
          <w:szCs w:val="28"/>
          <w:lang w:val="ru-RU"/>
        </w:rPr>
      </w:pPr>
      <w:r w:rsidRPr="0062719A">
        <w:rPr>
          <w:rFonts w:ascii="Times New Roman" w:hAnsi="Times New Roman" w:cs="Times New Roman"/>
          <w:sz w:val="28"/>
          <w:szCs w:val="28"/>
        </w:rPr>
        <w:t xml:space="preserve">Фізична активність — один із найважливіших аспектів здорового способу життя. </w:t>
      </w:r>
      <w:proofErr w:type="spellStart"/>
      <w:r w:rsidRPr="0062719A">
        <w:rPr>
          <w:rFonts w:ascii="Times New Roman" w:hAnsi="Times New Roman" w:cs="Times New Roman"/>
          <w:sz w:val="28"/>
          <w:szCs w:val="28"/>
          <w:lang w:val="ru-RU"/>
        </w:rPr>
        <w:t>Регулярні</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вправи</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допомагають</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підтримувати</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здорову</w:t>
      </w:r>
      <w:proofErr w:type="spellEnd"/>
      <w:r w:rsidRPr="0062719A">
        <w:rPr>
          <w:rFonts w:ascii="Times New Roman" w:hAnsi="Times New Roman" w:cs="Times New Roman"/>
          <w:sz w:val="28"/>
          <w:szCs w:val="28"/>
          <w:lang w:val="ru-RU"/>
        </w:rPr>
        <w:t xml:space="preserve"> вагу, </w:t>
      </w:r>
      <w:proofErr w:type="spellStart"/>
      <w:r w:rsidRPr="0062719A">
        <w:rPr>
          <w:rFonts w:ascii="Times New Roman" w:hAnsi="Times New Roman" w:cs="Times New Roman"/>
          <w:sz w:val="28"/>
          <w:szCs w:val="28"/>
          <w:lang w:val="ru-RU"/>
        </w:rPr>
        <w:t>зміцнювати</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м’язи</w:t>
      </w:r>
      <w:proofErr w:type="spellEnd"/>
      <w:r w:rsidRPr="0062719A">
        <w:rPr>
          <w:rFonts w:ascii="Times New Roman" w:hAnsi="Times New Roman" w:cs="Times New Roman"/>
          <w:sz w:val="28"/>
          <w:szCs w:val="28"/>
          <w:lang w:val="ru-RU"/>
        </w:rPr>
        <w:t xml:space="preserve"> та </w:t>
      </w:r>
      <w:proofErr w:type="spellStart"/>
      <w:r w:rsidRPr="0062719A">
        <w:rPr>
          <w:rFonts w:ascii="Times New Roman" w:hAnsi="Times New Roman" w:cs="Times New Roman"/>
          <w:sz w:val="28"/>
          <w:szCs w:val="28"/>
          <w:lang w:val="ru-RU"/>
        </w:rPr>
        <w:t>кістки</w:t>
      </w:r>
      <w:proofErr w:type="spellEnd"/>
      <w:r w:rsidRPr="0062719A">
        <w:rPr>
          <w:rFonts w:ascii="Times New Roman" w:hAnsi="Times New Roman" w:cs="Times New Roman"/>
          <w:sz w:val="28"/>
          <w:szCs w:val="28"/>
          <w:lang w:val="ru-RU"/>
        </w:rPr>
        <w:t xml:space="preserve">, а </w:t>
      </w:r>
      <w:proofErr w:type="spellStart"/>
      <w:r w:rsidRPr="0062719A">
        <w:rPr>
          <w:rFonts w:ascii="Times New Roman" w:hAnsi="Times New Roman" w:cs="Times New Roman"/>
          <w:sz w:val="28"/>
          <w:szCs w:val="28"/>
          <w:lang w:val="ru-RU"/>
        </w:rPr>
        <w:t>також</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покращувати</w:t>
      </w:r>
      <w:proofErr w:type="spellEnd"/>
      <w:r w:rsidRPr="0062719A">
        <w:rPr>
          <w:rFonts w:ascii="Times New Roman" w:hAnsi="Times New Roman" w:cs="Times New Roman"/>
          <w:sz w:val="28"/>
          <w:szCs w:val="28"/>
          <w:lang w:val="ru-RU"/>
        </w:rPr>
        <w:t xml:space="preserve"> стан </w:t>
      </w:r>
      <w:proofErr w:type="spellStart"/>
      <w:r w:rsidRPr="0062719A">
        <w:rPr>
          <w:rFonts w:ascii="Times New Roman" w:hAnsi="Times New Roman" w:cs="Times New Roman"/>
          <w:sz w:val="28"/>
          <w:szCs w:val="28"/>
          <w:lang w:val="ru-RU"/>
        </w:rPr>
        <w:t>серцево-судинної</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системи</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Занятт</w:t>
      </w:r>
      <w:r w:rsidRPr="0062719A">
        <w:rPr>
          <w:rFonts w:ascii="Times New Roman" w:hAnsi="Times New Roman" w:cs="Times New Roman"/>
          <w:sz w:val="28"/>
          <w:szCs w:val="28"/>
          <w:lang w:val="ru-RU"/>
        </w:rPr>
        <w:t>я</w:t>
      </w:r>
      <w:proofErr w:type="spellEnd"/>
      <w:r w:rsidRPr="0062719A">
        <w:rPr>
          <w:rFonts w:ascii="Times New Roman" w:hAnsi="Times New Roman" w:cs="Times New Roman"/>
          <w:sz w:val="28"/>
          <w:szCs w:val="28"/>
          <w:lang w:val="ru-RU"/>
        </w:rPr>
        <w:t xml:space="preserve"> спортом </w:t>
      </w:r>
      <w:proofErr w:type="spellStart"/>
      <w:r w:rsidRPr="0062719A">
        <w:rPr>
          <w:rFonts w:ascii="Times New Roman" w:hAnsi="Times New Roman" w:cs="Times New Roman"/>
          <w:sz w:val="28"/>
          <w:szCs w:val="28"/>
          <w:lang w:val="ru-RU"/>
        </w:rPr>
        <w:t>або</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навіть</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щоденні</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прогулянки</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можуть</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підвищити</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рівень</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енергії</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знизити</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стрес</w:t>
      </w:r>
      <w:proofErr w:type="spellEnd"/>
      <w:r w:rsidRPr="0062719A">
        <w:rPr>
          <w:rFonts w:ascii="Times New Roman" w:hAnsi="Times New Roman" w:cs="Times New Roman"/>
          <w:sz w:val="28"/>
          <w:szCs w:val="28"/>
          <w:lang w:val="ru-RU"/>
        </w:rPr>
        <w:t xml:space="preserve"> і </w:t>
      </w:r>
      <w:proofErr w:type="spellStart"/>
      <w:r w:rsidRPr="0062719A">
        <w:rPr>
          <w:rFonts w:ascii="Times New Roman" w:hAnsi="Times New Roman" w:cs="Times New Roman"/>
          <w:sz w:val="28"/>
          <w:szCs w:val="28"/>
          <w:lang w:val="ru-RU"/>
        </w:rPr>
        <w:t>покращити</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психічне</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самопочуття</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Фізична</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активність</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також</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має</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соціальні</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переваги</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адже</w:t>
      </w:r>
      <w:proofErr w:type="spellEnd"/>
      <w:r w:rsidRPr="0062719A">
        <w:rPr>
          <w:rFonts w:ascii="Times New Roman" w:hAnsi="Times New Roman" w:cs="Times New Roman"/>
          <w:sz w:val="28"/>
          <w:szCs w:val="28"/>
          <w:lang w:val="ru-RU"/>
        </w:rPr>
        <w:t xml:space="preserve"> часто </w:t>
      </w:r>
      <w:proofErr w:type="spellStart"/>
      <w:r w:rsidRPr="0062719A">
        <w:rPr>
          <w:rFonts w:ascii="Times New Roman" w:hAnsi="Times New Roman" w:cs="Times New Roman"/>
          <w:sz w:val="28"/>
          <w:szCs w:val="28"/>
          <w:lang w:val="ru-RU"/>
        </w:rPr>
        <w:t>включає</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групові</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заняття</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що</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сприяють</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командній</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роботі</w:t>
      </w:r>
      <w:proofErr w:type="spellEnd"/>
      <w:r w:rsidRPr="0062719A">
        <w:rPr>
          <w:rFonts w:ascii="Times New Roman" w:hAnsi="Times New Roman" w:cs="Times New Roman"/>
          <w:sz w:val="28"/>
          <w:szCs w:val="28"/>
          <w:lang w:val="ru-RU"/>
        </w:rPr>
        <w:t xml:space="preserve"> та </w:t>
      </w:r>
      <w:proofErr w:type="spellStart"/>
      <w:r w:rsidRPr="0062719A">
        <w:rPr>
          <w:rFonts w:ascii="Times New Roman" w:hAnsi="Times New Roman" w:cs="Times New Roman"/>
          <w:sz w:val="28"/>
          <w:szCs w:val="28"/>
          <w:lang w:val="ru-RU"/>
        </w:rPr>
        <w:t>спілкуванню</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Крім</w:t>
      </w:r>
      <w:proofErr w:type="spellEnd"/>
      <w:r w:rsidRPr="0062719A">
        <w:rPr>
          <w:rFonts w:ascii="Times New Roman" w:hAnsi="Times New Roman" w:cs="Times New Roman"/>
          <w:sz w:val="28"/>
          <w:szCs w:val="28"/>
          <w:lang w:val="ru-RU"/>
        </w:rPr>
        <w:t xml:space="preserve"> </w:t>
      </w:r>
      <w:r w:rsidRPr="0062719A">
        <w:rPr>
          <w:rFonts w:ascii="Times New Roman" w:hAnsi="Times New Roman" w:cs="Times New Roman"/>
          <w:sz w:val="28"/>
          <w:szCs w:val="28"/>
          <w:lang w:val="ru-RU"/>
        </w:rPr>
        <w:t xml:space="preserve">того, </w:t>
      </w:r>
      <w:proofErr w:type="spellStart"/>
      <w:r w:rsidRPr="0062719A">
        <w:rPr>
          <w:rFonts w:ascii="Times New Roman" w:hAnsi="Times New Roman" w:cs="Times New Roman"/>
          <w:sz w:val="28"/>
          <w:szCs w:val="28"/>
          <w:lang w:val="ru-RU"/>
        </w:rPr>
        <w:t>активний</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спосіб</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життя</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може</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запобігти</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різним</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захворюванням</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зокрема</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діабету</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серцевим</w:t>
      </w:r>
      <w:proofErr w:type="spellEnd"/>
      <w:r w:rsidRPr="0062719A">
        <w:rPr>
          <w:rFonts w:ascii="Times New Roman" w:hAnsi="Times New Roman" w:cs="Times New Roman"/>
          <w:sz w:val="28"/>
          <w:szCs w:val="28"/>
          <w:lang w:val="ru-RU"/>
        </w:rPr>
        <w:t xml:space="preserve"> хворобам та </w:t>
      </w:r>
      <w:proofErr w:type="spellStart"/>
      <w:r w:rsidRPr="0062719A">
        <w:rPr>
          <w:rFonts w:ascii="Times New Roman" w:hAnsi="Times New Roman" w:cs="Times New Roman"/>
          <w:sz w:val="28"/>
          <w:szCs w:val="28"/>
          <w:lang w:val="ru-RU"/>
        </w:rPr>
        <w:t>певним</w:t>
      </w:r>
      <w:proofErr w:type="spellEnd"/>
      <w:r w:rsidRPr="0062719A">
        <w:rPr>
          <w:rFonts w:ascii="Times New Roman" w:hAnsi="Times New Roman" w:cs="Times New Roman"/>
          <w:sz w:val="28"/>
          <w:szCs w:val="28"/>
          <w:lang w:val="ru-RU"/>
        </w:rPr>
        <w:t xml:space="preserve"> видам раку. </w:t>
      </w:r>
      <w:proofErr w:type="spellStart"/>
      <w:r w:rsidRPr="0062719A">
        <w:rPr>
          <w:rFonts w:ascii="Times New Roman" w:hAnsi="Times New Roman" w:cs="Times New Roman"/>
          <w:sz w:val="28"/>
          <w:szCs w:val="28"/>
          <w:lang w:val="ru-RU"/>
        </w:rPr>
        <w:t>Починати</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можна</w:t>
      </w:r>
      <w:proofErr w:type="spellEnd"/>
      <w:r w:rsidRPr="0062719A">
        <w:rPr>
          <w:rFonts w:ascii="Times New Roman" w:hAnsi="Times New Roman" w:cs="Times New Roman"/>
          <w:sz w:val="28"/>
          <w:szCs w:val="28"/>
          <w:lang w:val="ru-RU"/>
        </w:rPr>
        <w:t xml:space="preserve"> з маленьких </w:t>
      </w:r>
      <w:proofErr w:type="spellStart"/>
      <w:r w:rsidRPr="0062719A">
        <w:rPr>
          <w:rFonts w:ascii="Times New Roman" w:hAnsi="Times New Roman" w:cs="Times New Roman"/>
          <w:sz w:val="28"/>
          <w:szCs w:val="28"/>
          <w:lang w:val="ru-RU"/>
        </w:rPr>
        <w:t>кроків</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наприклад</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щоденна</w:t>
      </w:r>
      <w:proofErr w:type="spellEnd"/>
      <w:r w:rsidRPr="0062719A">
        <w:rPr>
          <w:rFonts w:ascii="Times New Roman" w:hAnsi="Times New Roman" w:cs="Times New Roman"/>
          <w:sz w:val="28"/>
          <w:szCs w:val="28"/>
          <w:lang w:val="ru-RU"/>
        </w:rPr>
        <w:t xml:space="preserve"> 20-хвилинна </w:t>
      </w:r>
      <w:proofErr w:type="spellStart"/>
      <w:r w:rsidRPr="0062719A">
        <w:rPr>
          <w:rFonts w:ascii="Times New Roman" w:hAnsi="Times New Roman" w:cs="Times New Roman"/>
          <w:sz w:val="28"/>
          <w:szCs w:val="28"/>
          <w:lang w:val="ru-RU"/>
        </w:rPr>
        <w:t>прогулянка</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або</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легкі</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домашні</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вправи</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що</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поступово</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формують</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звичку</w:t>
      </w:r>
      <w:proofErr w:type="spellEnd"/>
      <w:r w:rsidRPr="0062719A">
        <w:rPr>
          <w:rFonts w:ascii="Times New Roman" w:hAnsi="Times New Roman" w:cs="Times New Roman"/>
          <w:sz w:val="28"/>
          <w:szCs w:val="28"/>
          <w:lang w:val="ru-RU"/>
        </w:rPr>
        <w:t xml:space="preserve"> бу</w:t>
      </w:r>
      <w:r w:rsidRPr="0062719A">
        <w:rPr>
          <w:rFonts w:ascii="Times New Roman" w:hAnsi="Times New Roman" w:cs="Times New Roman"/>
          <w:sz w:val="28"/>
          <w:szCs w:val="28"/>
          <w:lang w:val="ru-RU"/>
        </w:rPr>
        <w:t xml:space="preserve">ти </w:t>
      </w:r>
      <w:proofErr w:type="spellStart"/>
      <w:r w:rsidRPr="0062719A">
        <w:rPr>
          <w:rFonts w:ascii="Times New Roman" w:hAnsi="Times New Roman" w:cs="Times New Roman"/>
          <w:sz w:val="28"/>
          <w:szCs w:val="28"/>
          <w:lang w:val="ru-RU"/>
        </w:rPr>
        <w:t>фізично</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активним</w:t>
      </w:r>
      <w:proofErr w:type="spellEnd"/>
      <w:r w:rsidRPr="0062719A">
        <w:rPr>
          <w:rFonts w:ascii="Times New Roman" w:hAnsi="Times New Roman" w:cs="Times New Roman"/>
          <w:sz w:val="28"/>
          <w:szCs w:val="28"/>
          <w:lang w:val="ru-RU"/>
        </w:rPr>
        <w:t xml:space="preserve">. З часом </w:t>
      </w:r>
      <w:proofErr w:type="spellStart"/>
      <w:r w:rsidRPr="0062719A">
        <w:rPr>
          <w:rFonts w:ascii="Times New Roman" w:hAnsi="Times New Roman" w:cs="Times New Roman"/>
          <w:sz w:val="28"/>
          <w:szCs w:val="28"/>
          <w:lang w:val="ru-RU"/>
        </w:rPr>
        <w:t>це</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призводить</w:t>
      </w:r>
      <w:proofErr w:type="spellEnd"/>
      <w:r w:rsidRPr="0062719A">
        <w:rPr>
          <w:rFonts w:ascii="Times New Roman" w:hAnsi="Times New Roman" w:cs="Times New Roman"/>
          <w:sz w:val="28"/>
          <w:szCs w:val="28"/>
          <w:lang w:val="ru-RU"/>
        </w:rPr>
        <w:t xml:space="preserve"> не </w:t>
      </w:r>
      <w:proofErr w:type="spellStart"/>
      <w:r w:rsidRPr="0062719A">
        <w:rPr>
          <w:rFonts w:ascii="Times New Roman" w:hAnsi="Times New Roman" w:cs="Times New Roman"/>
          <w:sz w:val="28"/>
          <w:szCs w:val="28"/>
          <w:lang w:val="ru-RU"/>
        </w:rPr>
        <w:t>лише</w:t>
      </w:r>
      <w:proofErr w:type="spellEnd"/>
      <w:r w:rsidRPr="0062719A">
        <w:rPr>
          <w:rFonts w:ascii="Times New Roman" w:hAnsi="Times New Roman" w:cs="Times New Roman"/>
          <w:sz w:val="28"/>
          <w:szCs w:val="28"/>
          <w:lang w:val="ru-RU"/>
        </w:rPr>
        <w:t xml:space="preserve"> до </w:t>
      </w:r>
      <w:proofErr w:type="spellStart"/>
      <w:r w:rsidRPr="0062719A">
        <w:rPr>
          <w:rFonts w:ascii="Times New Roman" w:hAnsi="Times New Roman" w:cs="Times New Roman"/>
          <w:sz w:val="28"/>
          <w:szCs w:val="28"/>
          <w:lang w:val="ru-RU"/>
        </w:rPr>
        <w:t>покращення</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фізичного</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здоров’я</w:t>
      </w:r>
      <w:proofErr w:type="spellEnd"/>
      <w:r w:rsidRPr="0062719A">
        <w:rPr>
          <w:rFonts w:ascii="Times New Roman" w:hAnsi="Times New Roman" w:cs="Times New Roman"/>
          <w:sz w:val="28"/>
          <w:szCs w:val="28"/>
          <w:lang w:val="ru-RU"/>
        </w:rPr>
        <w:t xml:space="preserve">, а й до </w:t>
      </w:r>
      <w:proofErr w:type="spellStart"/>
      <w:r w:rsidRPr="0062719A">
        <w:rPr>
          <w:rFonts w:ascii="Times New Roman" w:hAnsi="Times New Roman" w:cs="Times New Roman"/>
          <w:sz w:val="28"/>
          <w:szCs w:val="28"/>
          <w:lang w:val="ru-RU"/>
        </w:rPr>
        <w:t>кращого</w:t>
      </w:r>
      <w:proofErr w:type="spellEnd"/>
      <w:r w:rsidRPr="0062719A">
        <w:rPr>
          <w:rFonts w:ascii="Times New Roman" w:hAnsi="Times New Roman" w:cs="Times New Roman"/>
          <w:sz w:val="28"/>
          <w:szCs w:val="28"/>
          <w:lang w:val="ru-RU"/>
        </w:rPr>
        <w:t xml:space="preserve"> настрою, </w:t>
      </w:r>
      <w:proofErr w:type="spellStart"/>
      <w:r w:rsidRPr="0062719A">
        <w:rPr>
          <w:rFonts w:ascii="Times New Roman" w:hAnsi="Times New Roman" w:cs="Times New Roman"/>
          <w:sz w:val="28"/>
          <w:szCs w:val="28"/>
          <w:lang w:val="ru-RU"/>
        </w:rPr>
        <w:t>якіснішого</w:t>
      </w:r>
      <w:proofErr w:type="spellEnd"/>
      <w:r w:rsidRPr="0062719A">
        <w:rPr>
          <w:rFonts w:ascii="Times New Roman" w:hAnsi="Times New Roman" w:cs="Times New Roman"/>
          <w:sz w:val="28"/>
          <w:szCs w:val="28"/>
          <w:lang w:val="ru-RU"/>
        </w:rPr>
        <w:t xml:space="preserve"> сну та </w:t>
      </w:r>
      <w:proofErr w:type="spellStart"/>
      <w:r w:rsidRPr="0062719A">
        <w:rPr>
          <w:rFonts w:ascii="Times New Roman" w:hAnsi="Times New Roman" w:cs="Times New Roman"/>
          <w:sz w:val="28"/>
          <w:szCs w:val="28"/>
          <w:lang w:val="ru-RU"/>
        </w:rPr>
        <w:t>підвищення</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загальної</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продуктивності</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Пам’ятайте</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ніколи</w:t>
      </w:r>
      <w:proofErr w:type="spellEnd"/>
      <w:r w:rsidRPr="0062719A">
        <w:rPr>
          <w:rFonts w:ascii="Times New Roman" w:hAnsi="Times New Roman" w:cs="Times New Roman"/>
          <w:sz w:val="28"/>
          <w:szCs w:val="28"/>
          <w:lang w:val="ru-RU"/>
        </w:rPr>
        <w:t xml:space="preserve"> не </w:t>
      </w:r>
      <w:proofErr w:type="spellStart"/>
      <w:r w:rsidRPr="0062719A">
        <w:rPr>
          <w:rFonts w:ascii="Times New Roman" w:hAnsi="Times New Roman" w:cs="Times New Roman"/>
          <w:sz w:val="28"/>
          <w:szCs w:val="28"/>
          <w:lang w:val="ru-RU"/>
        </w:rPr>
        <w:t>пізно</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почати</w:t>
      </w:r>
      <w:proofErr w:type="spellEnd"/>
      <w:r w:rsidRPr="0062719A">
        <w:rPr>
          <w:rFonts w:ascii="Times New Roman" w:hAnsi="Times New Roman" w:cs="Times New Roman"/>
          <w:sz w:val="28"/>
          <w:szCs w:val="28"/>
          <w:lang w:val="ru-RU"/>
        </w:rPr>
        <w:t xml:space="preserve">, і </w:t>
      </w:r>
      <w:proofErr w:type="spellStart"/>
      <w:r w:rsidRPr="0062719A">
        <w:rPr>
          <w:rFonts w:ascii="Times New Roman" w:hAnsi="Times New Roman" w:cs="Times New Roman"/>
          <w:sz w:val="28"/>
          <w:szCs w:val="28"/>
          <w:lang w:val="ru-RU"/>
        </w:rPr>
        <w:t>навіть</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невеликі</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обсяги</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фізичної</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активності</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можуть</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знач</w:t>
      </w:r>
      <w:r w:rsidRPr="0062719A">
        <w:rPr>
          <w:rFonts w:ascii="Times New Roman" w:hAnsi="Times New Roman" w:cs="Times New Roman"/>
          <w:sz w:val="28"/>
          <w:szCs w:val="28"/>
          <w:lang w:val="ru-RU"/>
        </w:rPr>
        <w:t>но</w:t>
      </w:r>
      <w:proofErr w:type="spellEnd"/>
      <w:r w:rsidRPr="0062719A">
        <w:rPr>
          <w:rFonts w:ascii="Times New Roman" w:hAnsi="Times New Roman" w:cs="Times New Roman"/>
          <w:sz w:val="28"/>
          <w:szCs w:val="28"/>
          <w:lang w:val="ru-RU"/>
        </w:rPr>
        <w:t xml:space="preserve"> </w:t>
      </w:r>
      <w:proofErr w:type="spellStart"/>
      <w:r w:rsidRPr="0062719A">
        <w:rPr>
          <w:rFonts w:ascii="Times New Roman" w:hAnsi="Times New Roman" w:cs="Times New Roman"/>
          <w:sz w:val="28"/>
          <w:szCs w:val="28"/>
          <w:lang w:val="ru-RU"/>
        </w:rPr>
        <w:t>вплинути</w:t>
      </w:r>
      <w:proofErr w:type="spellEnd"/>
      <w:r w:rsidRPr="0062719A">
        <w:rPr>
          <w:rFonts w:ascii="Times New Roman" w:hAnsi="Times New Roman" w:cs="Times New Roman"/>
          <w:sz w:val="28"/>
          <w:szCs w:val="28"/>
          <w:lang w:val="ru-RU"/>
        </w:rPr>
        <w:t xml:space="preserve"> на ваше </w:t>
      </w:r>
      <w:proofErr w:type="spellStart"/>
      <w:r w:rsidRPr="0062719A">
        <w:rPr>
          <w:rFonts w:ascii="Times New Roman" w:hAnsi="Times New Roman" w:cs="Times New Roman"/>
          <w:sz w:val="28"/>
          <w:szCs w:val="28"/>
          <w:lang w:val="ru-RU"/>
        </w:rPr>
        <w:t>життя</w:t>
      </w:r>
      <w:proofErr w:type="spellEnd"/>
      <w:r w:rsidRPr="0062719A">
        <w:rPr>
          <w:rFonts w:ascii="Times New Roman" w:hAnsi="Times New Roman" w:cs="Times New Roman"/>
          <w:sz w:val="28"/>
          <w:szCs w:val="28"/>
          <w:lang w:val="ru-RU"/>
        </w:rPr>
        <w:t>.</w:t>
      </w:r>
    </w:p>
    <w:sectPr w:rsidR="00477A84" w:rsidRPr="0062719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77A84"/>
    <w:rsid w:val="0062719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094534"/>
  <w14:defaultImageDpi w14:val="300"/>
  <w15:docId w15:val="{B5A5453E-F4EA-4C80-B7CD-5979CC73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42685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B4F41-999D-4BBE-9594-89FE24AD6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1310</Words>
  <Characters>748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2013-12-23T23:15:00Z</dcterms:created>
  <dcterms:modified xsi:type="dcterms:W3CDTF">2025-09-23T14:30:00Z</dcterms:modified>
  <cp:category/>
</cp:coreProperties>
</file>