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Рекламний текст (копірайтинг)</w:t>
      </w:r>
    </w:p>
    <w:p>
      <w:r>
        <w:t>Тема: Магазин жіночого одягу</w:t>
        <w:br/>
        <w:br/>
        <w:t>Кожна жінка заслуговує відчувати себе особливою щодня. У нашому магазині ви знайдете одяг, який підкреслить вашу індивідуальність та стиль. Від романтичних суконь, що додають легкості та жіночності, до комфортних костюмів для ділових зустрічей — ми дбаємо про те, щоб ви виглядали бездоганно у будь-якій ситуації.</w:t>
        <w:br/>
        <w:br/>
        <w:t>Ми ретельно підбираємо тканини, стежимо за модними тенденціями та пропонуємо речі, які поєднують в собі якість, стиль і доступність. Наші стилісти завжди готові допомогти обрати ідеальний образ, а швидка доставка дозволяє насолоджуватись новинками вже на наступний день.</w:t>
        <w:br/>
        <w:br/>
        <w:t>Замовляйте прямо зараз і дозвольте собі виглядати так, як ви мріяли!</w:t>
        <w:br/>
        <w:br/>
        <w:t>Додатково: наші нові колекції оновлюються щомісяця, а програма лояльності дарує знижки постійним клієнтам. Ми прагнемо, щоб кожна покупка була приємною подією.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