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Оригинальный текст (до редактирования)</w:t>
      </w:r>
    </w:p>
    <w:p>
      <w:r>
        <w:t>Уход за кожей очень важен для всех людей, особенно для женщин. Многие думают, что нужно просто мыться и кремом мажется. Но это не так, ведь кожа нуждается в особом внимании. Есть множество продуктов на рынке, и выбрать лучший не всегда просто. Есть те, кто предпочитает использовать дорогие крема, а есть те кто ищет что-то попроще и подешевле. Главное, чтобы крем увлажнял кожу и защищал ее от вредных воздействий.</w:t>
      </w:r>
    </w:p>
    <w:p>
      <w:pPr>
        <w:pStyle w:val="Heading1"/>
      </w:pPr>
      <w:r>
        <w:t>Редактированный текст</w:t>
      </w:r>
    </w:p>
    <w:p>
      <w:r>
        <w:t>Уход за кожей играет важную роль в поддержании ее здоровья и молодости, особенно для женщин. Многие ошибочно полагают, что достаточно просто очищать кожу и наносить увлажняющий крем. Однако это далеко не так — коже необходим комплексный уход. На рынке существует огромное количество косметических средств, и выбрать подходящее не всегда легко. Некоторые предпочитают использовать дорогие продукты премиум-класса, другие ищут более доступные, но не менее эффективные варианты. Главное, чтобы крем обеспечивал коже должное увлажнение и защиту от внешних факторов.</w:t>
      </w:r>
    </w:p>
    <w:p>
      <w:pPr>
        <w:pStyle w:val="Heading1"/>
      </w:pPr>
      <w:r>
        <w:t>Пояснение изменений</w:t>
      </w:r>
    </w:p>
    <w:p>
      <w:r>
        <w:t>1. Улучшена структура предложения для повышения читаемости.</w:t>
        <w:br/>
        <w:t>2. Исправлены грамматические ошибки (например, "мажется" заменено на "наносить").</w:t>
        <w:br/>
        <w:t>3. Переписаны фразы, чтобы сделать текст более формальным и точным.</w:t>
        <w:br/>
        <w:t>4. Уточнение выражений для лучшего понимания (например, заменил "множество продуктов" на "огромное количество косметических средств").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