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Переклад рекламного тексту з англійської на українську</w:t>
      </w:r>
    </w:p>
    <w:p>
      <w:r>
        <w:t>🔹 Оригінальний текст (англійська):</w:t>
      </w:r>
    </w:p>
    <w:p>
      <w:r>
        <w:t>Discover the power of natural ingredients in our skincare collection. Gentle on your skin, tough on imperfections.</w:t>
      </w:r>
    </w:p>
    <w:p>
      <w:r>
        <w:t>🔸 Переклад українською:</w:t>
      </w:r>
    </w:p>
    <w:p>
      <w:r>
        <w:t>Відкрийте для себе силу натуральних інгредієнтів у нашій колекції засобів для догляду за шкірою. Дбайливо до вашої шкіри, ефективно проти недоліків.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