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Пост_для_соцсетей</w:t>
      </w:r>
    </w:p>
    <w:p>
      <w:r>
        <w:t>🌸 Маленькие радости каждый день! 🌸</w:t>
        <w:br/>
        <w:t>Наши бодики Sofi сделаны из 100% хлопка, мягкие и комфортные для малыша. Пастельные оттенки создают нежный и милый образ. Идеально для прогулок, игр и сна.</w:t>
        <w:br/>
        <w:t>Подарите своему малышу уют и комфорт с Sofi! 💕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