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Приклад перекладу тексту</w:t>
      </w:r>
    </w:p>
    <w:p>
      <w:pPr>
        <w:pStyle w:val="Heading2"/>
      </w:pPr>
      <w:r>
        <w:t>English text:</w:t>
      </w:r>
    </w:p>
    <w:p>
      <w:r>
        <w:t>Sustainable development means meeting the needs of the present without compromising the ability of future generations to meet their own needs. It focuses on balancing economic growth, environmental protection, and social well-being.</w:t>
      </w:r>
    </w:p>
    <w:p>
      <w:pPr>
        <w:pStyle w:val="Heading2"/>
      </w:pPr>
      <w:r>
        <w:t>Український переклад:</w:t>
      </w:r>
    </w:p>
    <w:p>
      <w:r>
        <w:t>Сталий розвиток означає задоволення потреб сьогодення без шкоди для можливостей майбутніх поколінь задовольняти власні потреби. Він спрямований на баланс між економічним зростанням, захистом довкілля та соціальним добробутом.</w:t>
      </w:r>
    </w:p>
    <w:p>
      <w:r>
        <w:br/>
        <w:t>Мови: англійська → українська</w:t>
      </w:r>
    </w:p>
    <w:p>
      <w:r>
        <w:t>Обсяг: 90 слів</w:t>
      </w:r>
    </w:p>
    <w:p>
      <w:r>
        <w:t>Термін виконання: 1 день</w:t>
      </w:r>
    </w:p>
    <w:p>
      <w:r>
        <w:t>Інструменти: Grammarly, Google Docs, DeepL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