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Зразки описів товарів для інтернет-магазину</w:t>
      </w:r>
    </w:p>
    <w:p>
      <w:r>
        <w:t>Цей документ містить приклади описів товарів, створених для демонстрації навичок копірайтингу.</w:t>
      </w:r>
    </w:p>
    <w:p>
      <w:pPr>
        <w:pStyle w:val="Heading2"/>
      </w:pPr>
      <w:r>
        <w:t>Безпровідні навушники AirBeat Pro</w:t>
      </w:r>
    </w:p>
    <w:p>
      <w:r>
        <w:t>Категорія: Електроніка / Гаджети</w:t>
      </w:r>
    </w:p>
    <w:p>
      <w:r>
        <w:t>AirBeat Pro — свобода звуку у твоїх руках 🎧</w:t>
        <w:br/>
        <w:br/>
        <w:t>Забудь про дроти! Безпровідні навушники AirBeat Pro забезпечують глибоке звучання, активне шумозаглушення та до 24 годин роботи без підзарядки. Ергономічний дизайн дозволяє комфортно слухати музику навіть під час тренувань.</w:t>
        <w:br/>
        <w:br/>
        <w:t>🔹 Bluetooth 5.3</w:t>
        <w:br/>
        <w:t>🔹 Захист від вологи IPX5</w:t>
        <w:br/>
        <w:t>🔹 Зручний кейс для зарядки</w:t>
        <w:br/>
        <w:br/>
        <w:t>🛒 Замов зараз і відчуй різницю у кожному звуці!</w:t>
      </w:r>
    </w:p>
    <w:p>
      <w:r>
        <w:t>Теги: #копірайтинг #опис_товарів #портфоліо #інтернет_магазин #фріланс</w:t>
      </w:r>
    </w:p>
    <w:p/>
    <w:p>
      <w:pPr>
        <w:pStyle w:val="Heading2"/>
      </w:pPr>
      <w:r>
        <w:t>Матова помада Velvet Kiss</w:t>
      </w:r>
    </w:p>
    <w:p>
      <w:r>
        <w:t>Категорія: Косметика / Макіяж</w:t>
      </w:r>
    </w:p>
    <w:p>
      <w:r>
        <w:t>Velvet Kiss — твоя впевненість у кожному русі 💋</w:t>
        <w:br/>
        <w:br/>
        <w:t>Помада з насиченим кольором та м’якою текстурою, яка не сушить губи. Завдяки легкій формулі з вітаміном Е та маслом ши, губи залишаються зволоженими протягом дня.</w:t>
        <w:br/>
        <w:br/>
        <w:t>🔹 Стійкість до 8 годин</w:t>
        <w:br/>
        <w:t>🔹 Без липкості</w:t>
        <w:br/>
        <w:t>🔹 Доступна у 10 трендових відтінках</w:t>
        <w:br/>
        <w:br/>
        <w:t>✨ Створи свій ідеальний образ разом із Velvet Kiss!</w:t>
      </w:r>
    </w:p>
    <w:p>
      <w:r>
        <w:t>Теги: #копірайтинг #опис_товарів #портфоліо #інтернет_магазин #фріланс</w:t>
      </w:r>
    </w:p>
    <w:p/>
    <w:p>
      <w:pPr>
        <w:pStyle w:val="Heading2"/>
      </w:pPr>
      <w:r>
        <w:t>Чоловіча футболка Urban Style</w:t>
      </w:r>
    </w:p>
    <w:p>
      <w:r>
        <w:t>Категорія: Одяг / Мода</w:t>
      </w:r>
    </w:p>
    <w:p>
      <w:r>
        <w:t>Urban Style — комфорт, який виглядає стильно 👕</w:t>
        <w:br/>
        <w:br/>
        <w:t>Класична чоловіча футболка з бавовни преміум якості. Легка, дихаюча тканина підходить для щоденного носіння. Ідеально комбінується з джинсами чи шортами.</w:t>
        <w:br/>
        <w:br/>
        <w:t>🔹 100% натуральна бавовна</w:t>
        <w:br/>
        <w:t>🔹 Не втрачає форму після прання</w:t>
        <w:br/>
        <w:t>🔹 Універсальний крій</w:t>
        <w:br/>
        <w:br/>
        <w:t>👕 Обери свій колір і додай у гардероб стиль, який говорить сам за себе.</w:t>
      </w:r>
    </w:p>
    <w:p>
      <w:r>
        <w:t>Теги: #копірайтинг #опис_товарів #портфоліо #інтернет_магазин #фріланс</w:t>
      </w:r>
    </w:p>
    <w:p/>
    <w:p>
      <w:pPr>
        <w:pStyle w:val="Heading2"/>
      </w:pPr>
      <w:r>
        <w:t>Кавоварка AromaBrew 3000</w:t>
      </w:r>
    </w:p>
    <w:p>
      <w:r>
        <w:t>Категорія: Побутова техніка</w:t>
      </w:r>
    </w:p>
    <w:p>
      <w:r>
        <w:t>AromaBrew 3000 — почни ранок із аромату справжньої кави ☕</w:t>
        <w:br/>
        <w:br/>
        <w:t>Компактна кавоварка готує еспресо, латте чи капучино за кілька хвилин. Завдяки автоматичній системі тиску 15 бар, кава виходить насиченою та ароматною.</w:t>
        <w:br/>
        <w:br/>
        <w:t>🔹 Система автоочищення</w:t>
        <w:br/>
        <w:t>🔹 Зйомний резервуар на 1 л</w:t>
        <w:br/>
        <w:t>🔹 Економія енергії</w:t>
        <w:br/>
        <w:br/>
        <w:t>☕ Ідеальне рішення для дому та офісу!</w:t>
      </w:r>
    </w:p>
    <w:p>
      <w:r>
        <w:t>Теги: #копірайтинг #опис_товарів #портфоліо #інтернет_магазин #фріланс</w:t>
      </w:r>
    </w:p>
    <w:p/>
    <w:p>
      <w:pPr>
        <w:pStyle w:val="Heading2"/>
      </w:pPr>
      <w:r>
        <w:t>Аромасвічка Cozy Home</w:t>
      </w:r>
    </w:p>
    <w:p>
      <w:r>
        <w:t>Категорія: Декор / Ароматерапія</w:t>
      </w:r>
    </w:p>
    <w:p>
      <w:r>
        <w:t>Cozy Home — створює атмосферу тепла і спокою 🕯️</w:t>
        <w:br/>
        <w:br/>
        <w:t>Ручна робота з натурального соєвого воску та ефірних олій. М’який аромат ванілі та кориці допомагає розслабитись після важкого дня.</w:t>
        <w:br/>
        <w:br/>
        <w:t>🔹 Горить до 40 годин</w:t>
        <w:br/>
        <w:t>🔹 Без токсинів</w:t>
        <w:br/>
        <w:t>🔹 Екологічна упаковка</w:t>
        <w:br/>
        <w:br/>
        <w:t>🌿 Відчуй затишок у кожному диханні з Cozy Home.</w:t>
      </w:r>
    </w:p>
    <w:p>
      <w:r>
        <w:t>Теги: #копірайтинг #опис_товарів #портфоліо #інтернет_магазин #фріланс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