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CoffeeMood — e-mail зимние напитки</w:t>
      </w:r>
    </w:p>
    <w:p>
      <w:r>
        <w:t>Холодно? В CoffeeMood новая линейка зимних напитков: карамельный латте, имбирный капучино и шоколад с маршмеллоу. Покажи промокод — получи -10% на любой горячий напиток до конца недели. Греем тебя вкусом и настроением!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