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10 порад, як вибрати найкращий смартфон у 2025 році</w:t>
      </w:r>
    </w:p>
    <w:p>
      <w:r>
        <w:br/>
        <w:t>Вибір смартфона на сучасному ринку може бути важким завданням, адже пропозицій безліч, а кожен виробник намагається залучити покупця різними перевагами. Щоб зробити правильний вибір, слід врахувати кілька важливих аспектів. Ось 10 порад, які допоможуть вам вибрати найкращий смартфон у 2025 році.</w:t>
        <w:br/>
        <w:br/>
        <w:t>1. Визначте свої потреби</w:t>
        <w:br/>
        <w:t>Перед тим, як почати пошуки, важливо зрозуміти, для чого вам потрібен смартфон. Якщо ви використовуєте його лише для дзвінків та повідомлень, можна обрати бюджетну модель. Якщо ж ви активно користуєтесь соцмережами, граєте в ігри або працюєте з мультимедіа, варто звернути увагу на більш потужні моделі.</w:t>
        <w:br/>
        <w:br/>
        <w:t>2. Оберіть оптимальну діагональ екрана</w:t>
        <w:br/>
        <w:t>Екран – це те, з чим ви будете взаємодіяти найбільше. Розмір екрану смартфона залежить від ваших уподобань. Якщо вам подобаються великі екрани для перегляду відео чи ігор, обирайте моделі з діагоналлю 6,5 дюймів або більше. Для зручності використання однією рукою достатньо екрана до 6 дюймів.</w:t>
        <w:br/>
        <w:br/>
        <w:t>3. Зверніть увагу на процесор</w:t>
        <w:br/>
        <w:t>Процесор відповідає за швидкість роботи смартфона. Якщо ви плануєте грати в ресурсоємні ігри або використовувати складні програми, вибирайте моделі з потужними чіпами, наприклад, Snapdragon 8 Gen 2 або Apple A16 Bionic. Для звичайних задач підходять середньобюджетні моделі з чіпами рівня Snapdragon 7 або MediaTek Dimensity.</w:t>
        <w:br/>
        <w:br/>
        <w:t>4. Пам'ять: скільки вам потрібно?</w:t>
        <w:br/>
        <w:t>Моделі смартфонів бувають з різними обсягами пам'яті. Для комфортної роботи з сучасними додатками та іграми вибирайте смартфони з 6-8 ГБ оперативної пам'яті. Якщо ви плануєте зберігати великі файли або багато фотографій і відео, зверніть увагу на моделі з 128 ГБ або 256 ГБ внутрішньої пам'яті.</w:t>
        <w:br/>
        <w:br/>
        <w:t>5. Камера: важливий момент для любителів фотографії</w:t>
        <w:br/>
        <w:t>Смартфони 2025 року пропонують чудові камери. Якщо для вас важлива якість фотографій, шукайте моделі з три- або чотирьохкамерними модулями та великими сенсорами, які дозволяють робити чіткі знімки навіть при слабкому освітленні. Також звертайте увагу на функції, такі як оптична стабілізація та розпізнавання сцен.</w:t>
        <w:br/>
        <w:br/>
        <w:t>6. Тривалість роботи від батареї</w:t>
        <w:br/>
        <w:t>Зазвичай чим більший екран і потужніший процесор, тим більше енергії споживає смартфон. Якщо вам важлива довга робота від батареї, шукайте моделі з акумуляторами 4000-5000 мАг. Для більшої зручності деякі моделі підтримують швидку зарядку або безконтактну зарядку, що дозволяє швидко поповнити батарею.</w:t>
        <w:br/>
        <w:br/>
        <w:t>7. Операційна система: Android чи iOS?</w:t>
        <w:br/>
        <w:t>Вибір між Android та iOS залежить від ваших уподобань та того, чи використовуєте ви інші пристрої цієї екосистеми. Android дає більше варіантів для налаштувань і вибору, тоді як iOS забезпечує стабільну роботу та інтеграцію з іншими продуктами Apple.</w:t>
        <w:br/>
        <w:br/>
        <w:t>8. Дизайн та матеріали корпусу</w:t>
        <w:br/>
        <w:t>Сучасні смартфони мають елегантний дизайн, часто з металевим або скляним корпусом. Якщо вам важлива міцність, звертайте увагу на моделі, які мають захист від води та пилу (сертифікація IP68). Деякі смартфони також пропонують матову поверхню або кольорові варіанти корпусу.</w:t>
        <w:br/>
        <w:br/>
        <w:t>9. 5G та інші технології</w:t>
        <w:br/>
        <w:t>Моделі, які підтримують 5G, стають все більш доступними. Якщо ви плануєте використовувати смартфон для високошвидкісного Інтернету, обирайте модель з підтримкою 5G. Також зверніть увагу на Wi-Fi 6 та Bluetooth 5.0, які забезпечують швидше підключення.</w:t>
        <w:br/>
        <w:br/>
        <w:t>10. Ціна та гарантія</w:t>
        <w:br/>
        <w:t>Ціна – важливий аспект при виборі смартфона. Визначте для себе бюджет і вибирайте модель, яка відповідає вашим вимогам. Також не забувайте про гарантію. Більшість виробників надають гарантію на 1-2 роки, але деякі бренди можуть пропонувати додаткові послуги, як-от розширену гарантію або безкоштовне обслуговування.</w:t>
        <w:br/>
        <w:br/>
        <w:t>Висновок</w:t>
        <w:br/>
        <w:t>Вибір смартфона – це завжди компроміс між потребами, ціною та функціями. У 2025 році на ринку є безліч цікавих варіантів на будь-який смак і бюджет. Уважно оцінюйте свої потреби та робіть вибір, який відповідатиме саме вам.</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