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ПРЕТЕНЗІЯ</w:t>
      </w:r>
    </w:p>
    <w:p>
      <w:r>
        <w:t>Кому: [Контрагент]</w:t>
        <w:br/>
        <w:t>Від кого: [Ваші дані]</w:t>
        <w:br/>
        <w:t>Дата: «___» ________ 20__ р.</w:t>
      </w:r>
    </w:p>
    <w:p>
      <w:r>
        <w:t>Шановні [Назва компанії]!</w:t>
      </w:r>
    </w:p>
    <w:p>
      <w:r>
        <w:t>Відповідно до договору №___ від «___» ______ 20__ р., ваша компанія зобов’язалася [описати зобов’язання: поставити товар, надати послугу]. Однак станом на [дата] зобов’язання не виконані.</w:t>
      </w:r>
    </w:p>
    <w:p>
      <w:r>
        <w:t>На підставі цього ВИМАГАЮ:</w:t>
        <w:br/>
        <w:t>1. Виконати договірні зобов’язання у строк до «___» ______ 20__ р.</w:t>
        <w:br/>
        <w:t>2. Сплатити неустойку у розмірі ___ грн (якщо передбачено договором).</w:t>
      </w:r>
    </w:p>
    <w:p>
      <w:r>
        <w:t>У разі невиконання вимог залишаю за собою право звернутися до суду та інших органів.</w:t>
      </w:r>
    </w:p>
    <w:p>
      <w:pPr>
        <w:pStyle w:val="Heading2"/>
      </w:pPr>
      <w:r>
        <w:t>Додатки:</w:t>
      </w:r>
    </w:p>
    <w:p>
      <w:r>
        <w:t>- копія договору №___</w:t>
        <w:br/>
        <w:t>- підтверджуючі документи (якщо є)</w:t>
      </w:r>
    </w:p>
    <w:p>
      <w:r>
        <w:t>З повагою,</w:t>
        <w:br/>
        <w:t>[Ваше ПІБ, підпис]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