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Портфоліо копірайтера</w:t>
      </w:r>
    </w:p>
    <w:p>
      <w:pPr>
        <w:pStyle w:val="Heading2"/>
      </w:pPr>
      <w:r>
        <w:t>Про себе</w:t>
      </w:r>
    </w:p>
    <w:p>
      <w:r>
        <w:t>Я — копірайтер із понад 8 роками досвіду у створенні текстів, які працюють. Маю глибоке розуміння різних форматів і стилів письма — від лаконічних рекламних слоганів до глибоких аналітичних статей. Працював із клієнтами у сфері маркетингу, e-commerce, медицини, IT, інфобізнесу, фінансів, SMM, освіти, будівництва, туризму та багатьох інших.</w:t>
      </w:r>
    </w:p>
    <w:p>
      <w:pPr>
        <w:pStyle w:val="Heading2"/>
      </w:pPr>
      <w:r>
        <w:t>Приклади робіт</w:t>
      </w:r>
    </w:p>
    <w:p>
      <w:pPr>
        <w:pStyle w:val="Heading3"/>
      </w:pPr>
      <w:r>
        <w:t>1. Текст для лендингу (продаж онлайн-курсу)</w:t>
      </w:r>
    </w:p>
    <w:p>
      <w:r>
        <w:t>🎯 Ціль: Продати онлайн-курс із фінансової грамотності для початківців.</w:t>
        <w:br/>
        <w:br/>
        <w:t>Вступ:</w:t>
        <w:br/>
        <w:t>Хочеш навчитись керувати грошима, а не дозволяти їм керувати тобою? Наш курс — твій перший крок до фінансової свободи.</w:t>
        <w:br/>
        <w:br/>
        <w:t>Переваги:</w:t>
        <w:br/>
        <w:t>- 5 модулів з практичними завданнями</w:t>
        <w:br/>
        <w:t>- Реальні кейси та приклади</w:t>
        <w:br/>
        <w:t>- Підтримка від менторів у Telegram</w:t>
        <w:br/>
        <w:br/>
        <w:t>Заклик до дії:</w:t>
        <w:br/>
        <w:t>👉 Зареєструйся зараз і отримай перший урок безкоштовно!</w:t>
      </w:r>
    </w:p>
    <w:p>
      <w:pPr>
        <w:pStyle w:val="Heading3"/>
      </w:pPr>
      <w:r>
        <w:t>2. Пост для Telegram (інфобізнес)</w:t>
      </w:r>
    </w:p>
    <w:p>
      <w:r>
        <w:t>🔥 Хочеш продавати на автоматі?</w:t>
        <w:br/>
        <w:t>У мене є рішення: автоворонка, яка приносить заявки щодня.</w:t>
        <w:br/>
        <w:t>Без складних сайтів, без технічних заморочок — просто контент, який працює.</w:t>
        <w:br/>
        <w:t>Пишу тексти для воронок під ключ: прогрів, тригерні сторіс, меседжі — усе продумано до дрібниць.</w:t>
        <w:br/>
        <w:br/>
        <w:t>📩 Напиши мені в директ — покажу, як це працює.</w:t>
      </w:r>
    </w:p>
    <w:p>
      <w:pPr>
        <w:pStyle w:val="Heading3"/>
      </w:pPr>
      <w:r>
        <w:t>3. SEO-стаття (блог про туризм)</w:t>
      </w:r>
    </w:p>
    <w:p>
      <w:r>
        <w:t>Заголовок: Топ-10 місць для подорожей Україною у 2024 році</w:t>
        <w:br/>
        <w:br/>
        <w:t>У тексті розкрито найкращі напрямки для відпочинку — від Карпат до морського узбережжя. Оптимізовано під ключові слова: 'відпочинок в Україні', 'туризм 2024', 'куди поїхати влітку'.</w:t>
        <w:br/>
        <w:br/>
        <w:t>Це ідеальний приклад тексту, який водночас цікавий читачам і добре індексується пошуковиками.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