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1C3C7" w14:textId="77777777" w:rsidR="00491E6A" w:rsidRDefault="00063357">
      <w:pPr>
        <w:pStyle w:val="aa"/>
      </w:pPr>
      <w:r>
        <w:t>Портфоліо копірайтера</w:t>
      </w:r>
    </w:p>
    <w:p w14:paraId="0D705DAC" w14:textId="77777777" w:rsidR="00491E6A" w:rsidRDefault="00063357">
      <w:pPr>
        <w:pStyle w:val="1"/>
      </w:pPr>
      <w:r>
        <w:t>Денис Дудник</w:t>
      </w:r>
    </w:p>
    <w:p w14:paraId="2AC641B0" w14:textId="77777777" w:rsidR="00491E6A" w:rsidRDefault="00491E6A"/>
    <w:p w14:paraId="12D2CB3E" w14:textId="77777777" w:rsidR="00491E6A" w:rsidRDefault="00063357">
      <w:pPr>
        <w:pStyle w:val="21"/>
      </w:pPr>
      <w:r>
        <w:t>👩</w:t>
      </w:r>
      <w:r>
        <w:t>‍</w:t>
      </w:r>
      <w:r>
        <w:t>💻</w:t>
      </w:r>
      <w:r>
        <w:t xml:space="preserve"> Про мене</w:t>
      </w:r>
    </w:p>
    <w:p w14:paraId="3BCBB5E2" w14:textId="77777777" w:rsidR="00491E6A" w:rsidRDefault="00063357">
      <w:r>
        <w:t>Я — копірайтер, який допомагає бізнесам продавати словами. Створюю тексти, що привертають увагу, підвищують довіру та мотивують до дії. Маю досвід у написанні статей, комерційних текстів, постів для соцмереж та SEO-контенту.</w:t>
      </w:r>
    </w:p>
    <w:p w14:paraId="110D66F6" w14:textId="77777777" w:rsidR="00491E6A" w:rsidRDefault="00063357">
      <w:pPr>
        <w:pStyle w:val="21"/>
      </w:pPr>
      <w:r>
        <w:t>🔥</w:t>
      </w:r>
      <w:r>
        <w:t xml:space="preserve"> Чим можу бути корисним</w:t>
      </w:r>
    </w:p>
    <w:p w14:paraId="4A33A643" w14:textId="77777777" w:rsidR="00491E6A" w:rsidRDefault="00063357">
      <w:r>
        <w:t>– SEO-статті (Google-friendly контент)</w:t>
      </w:r>
    </w:p>
    <w:p w14:paraId="3A7E2957" w14:textId="77777777" w:rsidR="00491E6A" w:rsidRDefault="00063357">
      <w:r>
        <w:t>– Тексти для сайтів та лендингів</w:t>
      </w:r>
    </w:p>
    <w:p w14:paraId="1504AFA5" w14:textId="77777777" w:rsidR="00491E6A" w:rsidRDefault="00063357">
      <w:r>
        <w:t>– Опис товарів/послуг для інтернет-магазинів</w:t>
      </w:r>
    </w:p>
    <w:p w14:paraId="6FD319E4" w14:textId="77777777" w:rsidR="00491E6A" w:rsidRDefault="00063357">
      <w:r>
        <w:t>– Постинг та контент для соцмереж</w:t>
      </w:r>
    </w:p>
    <w:p w14:paraId="10952E93" w14:textId="77777777" w:rsidR="00491E6A" w:rsidRDefault="00063357">
      <w:r>
        <w:t>– Email-розсилки та комерційні пропозиції</w:t>
      </w:r>
    </w:p>
    <w:p w14:paraId="462882B6" w14:textId="77777777" w:rsidR="00491E6A" w:rsidRDefault="00063357">
      <w:r>
        <w:t>– Слогани та креативні ідеї</w:t>
      </w:r>
    </w:p>
    <w:p w14:paraId="1B2B5AA2" w14:textId="77777777" w:rsidR="00491E6A" w:rsidRDefault="00063357">
      <w:pPr>
        <w:pStyle w:val="21"/>
      </w:pPr>
      <w:r>
        <w:t>📂</w:t>
      </w:r>
      <w:r>
        <w:t xml:space="preserve"> Приклади робіт</w:t>
      </w:r>
    </w:p>
    <w:p w14:paraId="6940BC82" w14:textId="77777777" w:rsidR="00491E6A" w:rsidRDefault="00063357">
      <w:pPr>
        <w:pStyle w:val="a0"/>
      </w:pPr>
      <w:r>
        <w:t>SEO-стаття</w:t>
      </w:r>
    </w:p>
    <w:p w14:paraId="738CC840" w14:textId="77777777" w:rsidR="00491E6A" w:rsidRDefault="00063357">
      <w:r>
        <w:t>Проєкт: “10 порад, як вибрати ноутбук для роботи”</w:t>
      </w:r>
    </w:p>
    <w:p w14:paraId="7AEB3735" w14:textId="77777777" w:rsidR="00491E6A" w:rsidRDefault="00063357">
      <w:r>
        <w:t>Результат: Оптимізований текст, підвищив відвідуваність сайту.</w:t>
      </w:r>
    </w:p>
    <w:p w14:paraId="2CB1E51D" w14:textId="77777777" w:rsidR="00491E6A" w:rsidRDefault="00491E6A"/>
    <w:p w14:paraId="3FAF62ED" w14:textId="77777777" w:rsidR="00491E6A" w:rsidRDefault="00063357">
      <w:pPr>
        <w:pStyle w:val="a0"/>
      </w:pPr>
      <w:r>
        <w:t>Текст для лендингу</w:t>
      </w:r>
    </w:p>
    <w:p w14:paraId="4672EC53" w14:textId="77777777" w:rsidR="00491E6A" w:rsidRDefault="00063357">
      <w:r>
        <w:t>Проєкт: Школа англійської</w:t>
      </w:r>
    </w:p>
    <w:p w14:paraId="41E0F7E8" w14:textId="77777777" w:rsidR="00491E6A" w:rsidRDefault="00063357">
      <w:r>
        <w:t>Результат: Збільшення конверсії запису на пробний урок.</w:t>
      </w:r>
    </w:p>
    <w:p w14:paraId="6E934B42" w14:textId="77777777" w:rsidR="00491E6A" w:rsidRDefault="00491E6A"/>
    <w:p w14:paraId="23BB03DC" w14:textId="77777777" w:rsidR="00491E6A" w:rsidRDefault="00063357">
      <w:pPr>
        <w:pStyle w:val="a0"/>
      </w:pPr>
      <w:r>
        <w:t>Опис товарів</w:t>
      </w:r>
    </w:p>
    <w:p w14:paraId="588FE384" w14:textId="77777777" w:rsidR="00491E6A" w:rsidRDefault="00063357">
      <w:r>
        <w:t>Проєкт: Інтернет-магазин косметики</w:t>
      </w:r>
    </w:p>
    <w:p w14:paraId="23181B91" w14:textId="77777777" w:rsidR="00491E6A" w:rsidRDefault="00063357">
      <w:r>
        <w:t>Результат: Унікальні, лаконічні та продаючі описи.</w:t>
      </w:r>
    </w:p>
    <w:p w14:paraId="6EE650A1" w14:textId="77777777" w:rsidR="00491E6A" w:rsidRDefault="00491E6A"/>
    <w:p w14:paraId="14B03138" w14:textId="77777777" w:rsidR="00491E6A" w:rsidRDefault="00063357">
      <w:pPr>
        <w:pStyle w:val="21"/>
      </w:pPr>
      <w:r>
        <w:t>🛠</w:t>
      </w:r>
      <w:r>
        <w:t xml:space="preserve"> Інструменти</w:t>
      </w:r>
    </w:p>
    <w:p w14:paraId="465CE711" w14:textId="77777777" w:rsidR="00491E6A" w:rsidRDefault="00063357">
      <w:r>
        <w:t>– Google Docs / Word</w:t>
      </w:r>
    </w:p>
    <w:p w14:paraId="75195A14" w14:textId="77777777" w:rsidR="00491E6A" w:rsidRDefault="00063357">
      <w:r>
        <w:t>– Serpstat / Ahrefs</w:t>
      </w:r>
    </w:p>
    <w:p w14:paraId="68A1A879" w14:textId="77777777" w:rsidR="00491E6A" w:rsidRDefault="00063357">
      <w:r>
        <w:t>– Canva</w:t>
      </w:r>
    </w:p>
    <w:p w14:paraId="1CC929DD" w14:textId="77777777" w:rsidR="00491E6A" w:rsidRDefault="00063357">
      <w:r>
        <w:t>– ChatGPT</w:t>
      </w:r>
    </w:p>
    <w:p w14:paraId="6C57B915" w14:textId="77777777" w:rsidR="00491E6A" w:rsidRDefault="00063357">
      <w:pPr>
        <w:pStyle w:val="21"/>
      </w:pPr>
      <w:r>
        <w:t>💬</w:t>
      </w:r>
      <w:r>
        <w:t xml:space="preserve"> Відгуки</w:t>
      </w:r>
    </w:p>
    <w:p w14:paraId="7C644480" w14:textId="77777777" w:rsidR="00491E6A" w:rsidRDefault="00063357">
      <w:r>
        <w:t>“Швидко та якісно. Текст привернув увагу клієнтів, і ми отримали більше заявок.” – Клієнт</w:t>
      </w:r>
    </w:p>
    <w:p w14:paraId="2DA4D5AB" w14:textId="77777777" w:rsidR="00491E6A" w:rsidRDefault="00063357">
      <w:r>
        <w:t>“Чітко, структуровано та без води. Саме те, що треба для сайту.” – Клієнт</w:t>
      </w:r>
    </w:p>
    <w:p w14:paraId="27A5BBA4" w14:textId="77777777" w:rsidR="00491E6A" w:rsidRDefault="00063357">
      <w:pPr>
        <w:pStyle w:val="21"/>
      </w:pPr>
      <w:r>
        <w:t>📩</w:t>
      </w:r>
      <w:r>
        <w:t xml:space="preserve"> Контакти</w:t>
      </w:r>
    </w:p>
    <w:p w14:paraId="4F080A80" w14:textId="4734AE4C" w:rsidR="00D3713E" w:rsidRDefault="00063357">
      <w:r>
        <w:t xml:space="preserve">Email: </w:t>
      </w:r>
      <w:r w:rsidR="00D3713E">
        <w:t>ids</w:t>
      </w:r>
      <w:r w:rsidR="0045195B">
        <w:t>4810@gmail.com</w:t>
      </w:r>
    </w:p>
    <w:p w14:paraId="06462FBB" w14:textId="7FF600EB" w:rsidR="00491E6A" w:rsidRDefault="00063357">
      <w:r>
        <w:t>Telegram: @</w:t>
      </w:r>
      <w:r w:rsidR="00AB2D2C" w:rsidRPr="00AB2D2C">
        <w:t>manadgeeer</w:t>
      </w:r>
    </w:p>
    <w:p w14:paraId="4DA1BDA6" w14:textId="2B3E6981" w:rsidR="00491E6A" w:rsidRPr="00063357" w:rsidRDefault="00063357">
      <w:pPr>
        <w:rPr>
          <w:lang w:val="uk-UA"/>
        </w:rPr>
      </w:pPr>
      <w:proofErr w:type="spellStart"/>
      <w:r>
        <w:t>Freelancehunt</w:t>
      </w:r>
      <w:proofErr w:type="spellEnd"/>
      <w:r>
        <w:t xml:space="preserve">: </w:t>
      </w:r>
      <w:r w:rsidR="00732BAE">
        <w:rPr>
          <w:rStyle w:val="af8"/>
          <w:rFonts w:ascii="PT Sans" w:eastAsia="Times New Roman" w:hAnsi="PT Sans"/>
          <w:color w:val="356635"/>
          <w:sz w:val="23"/>
          <w:szCs w:val="23"/>
          <w:shd w:val="clear" w:color="auto" w:fill="CDE0C4"/>
        </w:rPr>
        <w:t>https://freelancehunt.com/freelancer/den_22_9_.html</w:t>
      </w:r>
      <w:r w:rsidR="00732BAE">
        <w:rPr>
          <w:rFonts w:ascii="PT Sans" w:eastAsia="Times New Roman" w:hAnsi="PT Sans"/>
          <w:color w:val="356635"/>
          <w:sz w:val="23"/>
          <w:szCs w:val="23"/>
          <w:shd w:val="clear" w:color="auto" w:fill="CDE0C4"/>
        </w:rPr>
        <w:t> </w:t>
      </w:r>
    </w:p>
    <w:sectPr w:rsidR="00491E6A" w:rsidRPr="000633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401199">
    <w:abstractNumId w:val="8"/>
  </w:num>
  <w:num w:numId="2" w16cid:durableId="728576325">
    <w:abstractNumId w:val="6"/>
  </w:num>
  <w:num w:numId="3" w16cid:durableId="587622663">
    <w:abstractNumId w:val="5"/>
  </w:num>
  <w:num w:numId="4" w16cid:durableId="214007302">
    <w:abstractNumId w:val="4"/>
  </w:num>
  <w:num w:numId="5" w16cid:durableId="767382911">
    <w:abstractNumId w:val="7"/>
  </w:num>
  <w:num w:numId="6" w16cid:durableId="353964029">
    <w:abstractNumId w:val="3"/>
  </w:num>
  <w:num w:numId="7" w16cid:durableId="609943804">
    <w:abstractNumId w:val="2"/>
  </w:num>
  <w:num w:numId="8" w16cid:durableId="749546517">
    <w:abstractNumId w:val="1"/>
  </w:num>
  <w:num w:numId="9" w16cid:durableId="1039428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3357"/>
    <w:rsid w:val="0015074B"/>
    <w:rsid w:val="0029639D"/>
    <w:rsid w:val="00326F90"/>
    <w:rsid w:val="0045195B"/>
    <w:rsid w:val="00491E6A"/>
    <w:rsid w:val="00732BAE"/>
    <w:rsid w:val="007E3729"/>
    <w:rsid w:val="00AA1D8D"/>
    <w:rsid w:val="00AB2D2C"/>
    <w:rsid w:val="00B47730"/>
    <w:rsid w:val="00CB0664"/>
    <w:rsid w:val="00D371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4B3CE"/>
  <w14:defaultImageDpi w14:val="300"/>
  <w15:docId w15:val="{AB65692E-EB43-604F-A7BD-AFE92B41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ids4810@gmail.com</cp:lastModifiedBy>
  <cp:revision>2</cp:revision>
  <dcterms:created xsi:type="dcterms:W3CDTF">2025-09-10T20:51:00Z</dcterms:created>
  <dcterms:modified xsi:type="dcterms:W3CDTF">2025-09-10T20:51:00Z</dcterms:modified>
  <cp:category/>
</cp:coreProperties>
</file>