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Instagram-пост для клініки: “5 симптомів, які не варто ігнорувати”</w:t>
      </w:r>
    </w:p>
    <w:p>
      <w:r>
        <w:t>5 симптомів, які не варто ігнорувати 🧠</w:t>
      </w:r>
    </w:p>
    <w:p>
      <w:r>
        <w:t>Ваш організм подає сигнали — головне вчасно їх почути. Якщо помічаєте щось із цього списку, обов’язково зверніться до лікаря:</w:t>
      </w:r>
    </w:p>
    <w:p>
      <w:r>
        <w:t>1. Постійна втома навіть після сну</w:t>
        <w:br/>
        <w:t>2. Різка втрата або набір ваги</w:t>
        <w:br/>
        <w:t>3. Відчуття холоду, коли іншим тепло</w:t>
        <w:br/>
        <w:t>4. Суха шкіра, ламке волосся</w:t>
        <w:br/>
        <w:t>5. Погіршення памʼяті або концентрації</w:t>
      </w:r>
    </w:p>
    <w:p>
      <w:r>
        <w:t>Це можуть бути ознаки гормонального дисбалансу, зокрема — гіпотиреозу. Не відкладайте обстеження на “потім”.</w:t>
      </w:r>
    </w:p>
    <w:p>
      <w:r>
        <w:t>📩 Запишіться на консультацію — подбайте про себе вже сьогодні.</w:t>
      </w:r>
    </w:p>
    <w:p>
      <w:r>
        <w:t>#ендокринолог #здоровяжінки #щитовидназалоза #гіпотиреоз #медичніконсультації #клінікальвів #турботапросебе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