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CityBite — лендинг доставка еды</w:t>
      </w:r>
    </w:p>
    <w:p>
      <w:r>
        <w:t>Голод не ждёт — и ты тоже не должен. CityBite доставляет еду за 30 минут: от пиццы до поке. У нас — горячо, вкусно и без переплат. Каждый заказ собирается вручную, без заготовок. Промокод WELCOME10 — скидка 10% на первый заказ. Попробуй CityBite — твой холодильник скажет спасибо.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