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5 порад для догляду за шкірою обличчя влітку</w:t>
      </w:r>
    </w:p>
    <w:p>
      <w:r>
        <w:t>Літо — це не лише пора відпочинку, а й справжнє випробування для шкіри. Сонце, спека та піт можуть негативно впливати на стан обличчя, викликаючи сухість, запалення та появу пігментації. Ось 5 простих порад, які допоможуть зберегти шкіру свіжою, здоровою та сяючою протягом усього сезону.</w:t>
      </w:r>
    </w:p>
    <w:p>
      <w:pPr>
        <w:pStyle w:val="Heading2"/>
      </w:pPr>
      <w:r>
        <w:t>1. Використовуйте SPF кожного дня</w:t>
      </w:r>
    </w:p>
    <w:p>
      <w:r>
        <w:t>Навіть у хмарну погоду ультрафіолет пошкоджує шкіру. Обирайте крем із захистом не нижче SPF 30 і оновлюйте його кожні 2 години, особливо після купання або сильного потовиділення.</w:t>
      </w:r>
    </w:p>
    <w:p>
      <w:pPr>
        <w:pStyle w:val="Heading2"/>
      </w:pPr>
      <w:r>
        <w:t>2. Мінімізуйте важкий макіяж</w:t>
      </w:r>
    </w:p>
    <w:p>
      <w:r>
        <w:t>Легкий тон або взагалі його відсутність — найкращий вибір у спеку. Це дає шкірі дихати й зменшує ризик закупорки пор.</w:t>
      </w:r>
    </w:p>
    <w:p>
      <w:pPr>
        <w:pStyle w:val="Heading2"/>
      </w:pPr>
      <w:r>
        <w:t>3. Зволоження — основа догляду</w:t>
      </w:r>
    </w:p>
    <w:p>
      <w:r>
        <w:t>Легка гелева зволожуюча формула чудово підійде для літа. Не забувайте й про гідролати або термальну воду впродовж дня.</w:t>
      </w:r>
    </w:p>
    <w:p>
      <w:pPr>
        <w:pStyle w:val="Heading2"/>
      </w:pPr>
      <w:r>
        <w:t>4. Регулярне очищення</w:t>
      </w:r>
    </w:p>
    <w:p>
      <w:r>
        <w:t>Шкіру потрібно мити 2 рази на день, використовуючи ніжні засоби. Не обирайте агресивні скраби — замість цього краще підійдуть ензимні пілінги раз на тиждень.</w:t>
      </w:r>
    </w:p>
    <w:p>
      <w:pPr>
        <w:pStyle w:val="Heading2"/>
      </w:pPr>
      <w:r>
        <w:t>5. Пийте достатньо води</w:t>
      </w:r>
    </w:p>
    <w:p>
      <w:r>
        <w:t>Зволоження зсередини — не менш важливе, ніж зовні. Норма — щонайменше 1,5–2 літри на день.</w:t>
      </w:r>
    </w:p>
    <w:p>
      <w:pPr>
        <w:pStyle w:val="Heading2"/>
      </w:pPr>
      <w:r>
        <w:t>Підсумок:</w:t>
      </w:r>
    </w:p>
    <w:p>
      <w:r>
        <w:t>Догляд за шкірою влітку не має бути складним. Варто лише дотримуватись базових правил, і шкіра подякує вам природним сяйвом та здоровим виглядом.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