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Портфоліо копірайтера</w:t>
      </w:r>
    </w:p>
    <w:p>
      <w:pPr>
        <w:pStyle w:val="IntenseQuote"/>
      </w:pPr>
      <w:r>
        <w:t>Автор: [Ім’я або псевдонім]</w:t>
      </w:r>
    </w:p>
    <w:p>
      <w:pPr>
        <w:pStyle w:val="Heading1"/>
      </w:pPr>
      <w:r>
        <w:t>1. Тексти для товарів</w:t>
      </w:r>
    </w:p>
    <w:p>
      <w:r>
        <w:t>Пляшка для води</w:t>
      </w:r>
    </w:p>
    <w:p>
      <w:r>
        <w:t>Хочеш схуднути — пий воду. Хочеш гарну шкіру — пий воду. А для зручності, щоб постійно мати воду при собі, вам стане в нагоді наша спортивна пляшка. Стильна, міцна, об’єм 750 мл. Можна брати з собою будь-куди — вона герметична й не протікає.</w:t>
      </w:r>
    </w:p>
    <w:p>
      <w:r>
        <w:t>Жіночий годинник Casio</w:t>
      </w:r>
    </w:p>
    <w:p>
      <w:r>
        <w:t>До вашої уваги жіночий годинник Casio. Елегантність і простота у кожній деталі. Цей годинник створено для тих, хто полюбляє класику, стиль та надійність. Виготовлений зі сталі, елегантний циферблат без зайвих деталей — усе в цій моделі говорить про стриману розкіш. Підійде до будь-якого образу — на роботу чи на побачення. Водонепроникність 5 АТМ. Гарантія — 12 місяців.</w:t>
      </w:r>
    </w:p>
    <w:p>
      <w:r>
        <w:t>Сумка на кожен день</w:t>
      </w:r>
    </w:p>
    <w:p>
      <w:r>
        <w:t>Середнього розміру, щоб усі дрібниці поміщались, не заважала рухам і була компактною. Для повсякденного використання ідеально підійде чорний колір — не маркий і пасує до всього. Найкраще обирати сумку з натуральної шкіри — вона довговічна, а потертості лише додадуть стилю. Але головне — обирайте те, що вам до душі!</w:t>
      </w:r>
    </w:p>
    <w:p>
      <w:pPr>
        <w:pStyle w:val="Heading1"/>
      </w:pPr>
      <w:r>
        <w:t>2. Продаючі пости</w:t>
      </w:r>
    </w:p>
    <w:p>
      <w:r>
        <w:t>Домашні десерти</w:t>
      </w:r>
    </w:p>
    <w:p>
      <w:r>
        <w:t>Хочеться чогось солоденького? Порадуй себе і замовляй у нас! Тільки у нас — найсмачніші домашні десерти та смаколики! Без штучних добавок і тільки з найякісніших продуктів. А найголовніше — усе зроблено з любов'ю!</w:t>
      </w:r>
    </w:p>
    <w:p>
      <w:r>
        <w:t>Нарощування вій</w:t>
      </w:r>
    </w:p>
    <w:p>
      <w:r>
        <w:t>Хочеш стати ще красивішою з поглядом, що підкорює? Тоді тобі до нас, красуне! Наш салон пропонує нарощування вій. Наші майстри — справжні профі: від підбору довжини до найкращих матеріалів. І головне — більше не треба витрачати час на макіяж. Приходь — зробимо швидко й якісно!</w:t>
      </w:r>
    </w:p>
    <w:p>
      <w:r>
        <w:t>Крем для обличчя</w:t>
      </w:r>
    </w:p>
    <w:p>
      <w:r>
        <w:t>Твоя шкіра стала тьмяною, вразливою та сухою? З нашим кремом ти забудеш про це! Просто використовуй його щодня — і твоя шкіра стане яскравішою, зволоженою і здоровою!</w:t>
      </w:r>
    </w:p>
    <w:p>
      <w:pPr>
        <w:pStyle w:val="Heading1"/>
      </w:pPr>
      <w:r>
        <w:t>3. Міні-блог (лайфстайл)</w:t>
      </w:r>
    </w:p>
    <w:p>
      <w:r>
        <w:t>5 причин пити воду</w:t>
      </w:r>
    </w:p>
    <w:p>
      <w:r>
        <w:t>1. Організм не перегрівається.</w:t>
        <w:br/>
        <w:t>2. Шкіра зволожена й чиста.</w:t>
        <w:br/>
        <w:t>3. Менше втоми в спеку.</w:t>
        <w:br/>
        <w:t>4. Освіжає (особливо з лимоном!).</w:t>
        <w:br/>
        <w:t>5. Допомагає схуднути.</w:t>
        <w:br/>
        <w:br/>
        <w:t>Я завжди маю з собою свою пляшку з водою — стильну, спортивну, з герметичною кришкою. Пийте воду та будьте здорові!</w:t>
      </w:r>
    </w:p>
    <w:p>
      <w:r>
        <w:t>Натхнення</w:t>
      </w:r>
    </w:p>
    <w:p>
      <w:r>
        <w:t>Хочеш стати ще красивішою із поглядом, що підкорює? Обирай себе! Обирай любов до себе, турботу й натхнення. Ти — головна героїня свого життя!</w:t>
      </w:r>
    </w:p>
    <w:p>
      <w:pPr>
        <w:pStyle w:val="Heading1"/>
      </w:pPr>
      <w:r>
        <w:t>4. Блог-стаття</w:t>
      </w:r>
    </w:p>
    <w:p>
      <w:r>
        <w:t>Як обрати сумку на кожен день</w:t>
      </w:r>
    </w:p>
    <w:p>
      <w:r>
        <w:t>Напевно кожна жінка задумувалась: чи варто обрати сумку на кожен день, і як правильно це зробити? В наш час ідеальний варіант — сумка середнього розміру, щоб усі дрібниці вмістились, але при цьому вона залишалась легкою й зручною. Класичний чорний — універсальний колір, який підходить до будь-якого образу. Найкраще обирати сумку з натуральної шкіри — вона прослужить довше та виглядає стильно. Але головне — слухати себе і обирати те, що вам дійсно подобається!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