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PetCare — Instagram пост</w:t>
      </w:r>
    </w:p>
    <w:p>
      <w:r>
        <w:t>Когда хвостик доволен — день уже удался 🐾 Новая линейка витаминов PetCare делает шерсть гладкой, а настроение бодрым. Витамины с лососевым маслом и таурином — без сахара и красителей. Закажи сегодня и получи лакомство в подарок 🎁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