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Мальовничі куточки України: Карпати та Чорне море</w:t>
      </w:r>
    </w:p>
    <w:p>
      <w:r>
        <w:t>Подорожі – це не лише спосіб відпочити від щоденної рутини, а й можливість відкрити для себе нові культури, традиції та людей. Україна багата на мальовничі куточки: від Карпатських гір до узбережжя Чорного моря. Кожен регіон має свій унікальний колорит, який варто відчути особисто.</w:t>
        <w:br/>
        <w:br/>
        <w:t>Наприклад, Карпати приваблюють туристів не лише гірськими маршрутами, а й культурними пам’ятками та народними фестивалями. Прогулянка лісами або катання на лижах взимку залишають незабутні враження. Окрім того, місцеві гості пропонують смачну традиційну кухню, яка доповнює подорож унікальним смаком.</w:t>
        <w:br/>
        <w:br/>
        <w:t>Якщо говорити про морський відпочинок, то Одеське узбережжя пропонує поєднання пляжного релаксу та насиченого культурного життя. Місто Одеса відоме своєю архітектурою, театрами та гастрономічними фестивалями.</w:t>
        <w:br/>
        <w:br/>
        <w:t>Для тих, хто любить активний відпочинок, варто звернути увагу на пішохідні та веломаршрути, які з’єднують природні та історичні пам’ятки. Подорож допомагає не лише розширити кругозір, а й зарядитися енергією та натхненням.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