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АКТ ПРИЙМАННЯ-ПЕРЕДАЧІ ЗРІЗАНОЇ ДЕРЕВИНИ</w:t>
      </w:r>
    </w:p>
    <w:p>
      <w:r>
        <w:t>м. ______________________ «____» ____________ 20__ р.</w:t>
        <w:br/>
      </w:r>
    </w:p>
    <w:p>
      <w:r>
        <w:t>Ми, що нижче підписалися, комісія у складі:</w:t>
      </w:r>
    </w:p>
    <w:p>
      <w:r>
        <w:t>1. _____________________________________________ (посада, П.І.Б., представник замовника/балансоутримувача)</w:t>
      </w:r>
    </w:p>
    <w:p>
      <w:r>
        <w:t>2. _____________________________________________ (посада, П.І.Б., представник підрядної організації)</w:t>
      </w:r>
    </w:p>
    <w:p>
      <w:r>
        <w:t>3. _____________________________________________ (посада, П.І.Б., представник приймаючої сторони / складу / комунального підприємства)</w:t>
      </w:r>
    </w:p>
    <w:p>
      <w:r>
        <w:t>склали цей акт про те, що відповідно до _________________________________________________ (рішення, наказу, договору, ордера на видалення зелених насаджень № ______ від «___»________20__ р.)</w:t>
      </w:r>
    </w:p>
    <w:p>
      <w:r>
        <w:t>було проведено зрізання дерев за адресою: 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з/п</w:t>
            </w:r>
          </w:p>
        </w:tc>
        <w:tc>
          <w:tcPr>
            <w:tcW w:type="dxa" w:w="1440"/>
          </w:tcPr>
          <w:p>
            <w:r>
              <w:t>Порода деревини</w:t>
            </w:r>
          </w:p>
        </w:tc>
        <w:tc>
          <w:tcPr>
            <w:tcW w:type="dxa" w:w="1440"/>
          </w:tcPr>
          <w:p>
            <w:r>
              <w:t>Кількість стовбурів</w:t>
            </w:r>
          </w:p>
        </w:tc>
        <w:tc>
          <w:tcPr>
            <w:tcW w:type="dxa" w:w="1440"/>
          </w:tcPr>
          <w:p>
            <w:r>
              <w:t>Орієнтовний об’єм (м³)</w:t>
            </w:r>
          </w:p>
        </w:tc>
        <w:tc>
          <w:tcPr>
            <w:tcW w:type="dxa" w:w="1440"/>
          </w:tcPr>
          <w:p>
            <w:r>
              <w:t>Стан деревини</w:t>
            </w:r>
          </w:p>
        </w:tc>
        <w:tc>
          <w:tcPr>
            <w:tcW w:type="dxa" w:w="1440"/>
          </w:tcPr>
          <w:p>
            <w:r>
              <w:t>Примітка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r>
        <w:br/>
        <w:t>Зрізана деревина передана від __________________________________________ до __________________________________________</w:t>
      </w:r>
    </w:p>
    <w:p>
      <w:r>
        <w:t>Деревина передана у справному стані, без пошкоджень, що перешкоджають подальшому використанню.</w:t>
        <w:br/>
      </w:r>
    </w:p>
    <w:p>
      <w:r>
        <w:t>Від виконавця: _____________________ /__________________/</w:t>
      </w:r>
    </w:p>
    <w:p>
      <w:r>
        <w:t>Від приймача: ______________________ /__________________/</w:t>
      </w:r>
    </w:p>
    <w:p>
      <w:r>
        <w:t>Члени комісії: ______________________ /__________________/</w:t>
      </w:r>
    </w:p>
    <w:p>
      <w:r>
        <w:t>______________________ /__________________/</w:t>
      </w:r>
    </w:p>
    <w:p>
      <w:r>
        <w:br/>
        <w:t>М.П. (за наявності)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