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Скрипт листування для онлайн-курсу (Instagram Direct)</w:t>
      </w:r>
    </w:p>
    <w:p>
      <w:r>
        <w:t>Цей приклад демонструє структуру діалогу для продажу психологічного міні-курсу через Instagram Direct. Стиль — природній, підтримуючий, без нав’язливості. Скрипт охоплює всі ключові етапи спілкування з лідами з реклами.</w:t>
      </w:r>
    </w:p>
    <w:p>
      <w:pPr>
        <w:pStyle w:val="Heading2"/>
      </w:pPr>
      <w:r>
        <w:t>1. Привітання</w:t>
      </w:r>
    </w:p>
    <w:p>
      <w:r>
        <w:t>Привіт! 👋 Дякую, що відгукнулись на рекламу. Мене звати Юрій — я допомагаю з питаннями по курсу 😊</w:t>
      </w:r>
    </w:p>
    <w:p>
      <w:pPr>
        <w:pStyle w:val="Heading2"/>
      </w:pPr>
      <w:r>
        <w:t>2. Виявлення запиту (залучення)</w:t>
      </w:r>
    </w:p>
    <w:p>
      <w:r>
        <w:t>Підкажіть, будь ласка, що вас зацікавило найбільше? Ви вже стикались з подібною темою?</w:t>
      </w:r>
    </w:p>
    <w:p>
      <w:pPr>
        <w:pStyle w:val="Heading2"/>
      </w:pPr>
      <w:r>
        <w:t>3. Міні-діагностика (безкоштовна користь)</w:t>
      </w:r>
    </w:p>
    <w:p>
      <w:r>
        <w:t>Дякую, розумію вас. Багато хто стикається з подібним. Якщо коротко: це часто пов’язано з (типовою проблемою)...</w:t>
      </w:r>
    </w:p>
    <w:p>
      <w:pPr>
        <w:pStyle w:val="Heading2"/>
      </w:pPr>
      <w:r>
        <w:t>4. Пропозиція курсу</w:t>
      </w:r>
    </w:p>
    <w:p>
      <w:r>
        <w:t>У нас є міні-курс, який допомагає розібратись саме з такими запитами. Хочете коротко розповім, що там всередині? 🎓</w:t>
      </w:r>
    </w:p>
    <w:p>
      <w:pPr>
        <w:pStyle w:val="Heading2"/>
      </w:pPr>
      <w:r>
        <w:t>5. Обробка заперечень</w:t>
      </w:r>
    </w:p>
    <w:p>
      <w:r>
        <w:t>— «Немає часу» — Розумію, саме тому курс розбитий на короткі модулі, які зручно проходити у власному ритмі.</w:t>
        <w:br/>
        <w:t>— «Зараз не можу» — Залишу посилання, воно буде актуальне ще кілька днів. Можна буде повернутись 😊</w:t>
        <w:br/>
        <w:t>— «Дорого» — Для знайомства зробили дуже доступну ціну — $20. І до нього ще бонус йде 🎁</w:t>
        <w:br/>
        <w:t>— «Я ще подумаю» — Так, це нормально. Якщо з’являться питання — просто напишіть, я завжди на зв’язку.</w:t>
      </w:r>
    </w:p>
    <w:p>
      <w:pPr>
        <w:pStyle w:val="Heading2"/>
      </w:pPr>
      <w:r>
        <w:t>6. М’яке завершення</w:t>
      </w:r>
    </w:p>
    <w:p>
      <w:r>
        <w:t>Якщо що — пишіть у будь-який момент. Я поруч! Гарного вам дня ✨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