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t>Кароліна Махно</w:t>
        <w:br/>
        <w:t>Редагування тексту</w:t>
        <w:br/>
      </w:r>
    </w:p>
    <w:p>
      <w:pPr>
        <w:pStyle w:val="Title"/>
      </w:pPr>
      <w:r>
        <w:t>Портфоліо редагування текстів</w:t>
      </w:r>
    </w:p>
    <w:p>
      <w:pPr>
        <w:pStyle w:val="Heading1"/>
      </w:pPr>
      <w:r>
        <w:t>1. Інформативний текст для блогу (освіта / самоосвіта)</w:t>
      </w:r>
    </w:p>
    <w:p>
      <w:r>
        <w:t>До редагування:</w:t>
      </w:r>
    </w:p>
    <w:p>
      <w:r>
        <w:t>Саморозвиток — це те, що має велике значення в сучасному світі. Людина повинна постійно вчитись чомусь новому, бо світ дуже швидко змінюється і треба не відставати. Нові знання роблять нас краще і допомагають ставати успішніше.</w:t>
      </w:r>
    </w:p>
    <w:p>
      <w:r>
        <w:t>Після редагування:</w:t>
      </w:r>
    </w:p>
    <w:p>
      <w:r>
        <w:t>Саморозвиток — одна з ключових умов успіху в сучасному світі. Щоб не відставати від стрімких змін, важливо постійно здобувати нові знання. Вони розширюють горизонти, роблять нас ефективнішими й наближають до цілей.</w:t>
      </w:r>
    </w:p>
    <w:p/>
    <w:p>
      <w:pPr>
        <w:pStyle w:val="Heading1"/>
      </w:pPr>
      <w:r>
        <w:t>2. Комерційний опис продукту (короткий текст)</w:t>
      </w:r>
    </w:p>
    <w:p>
      <w:r>
        <w:t>До редагування:</w:t>
      </w:r>
    </w:p>
    <w:p>
      <w:r>
        <w:t>Крем дуже добре зволожує і швидко всмоктується. Після нього не залишається жирної плівки. Має приємний запах і добре підходить для сухої шкіри.</w:t>
      </w:r>
    </w:p>
    <w:p>
      <w:r>
        <w:t>Після редагування:</w:t>
      </w:r>
    </w:p>
    <w:p>
      <w:r>
        <w:t>Крем миттєво зволожує, швидко вбирається без жирного блиску. Легкий аромат ідеально доповнює догляд за сухою шкірою.</w:t>
      </w:r>
    </w:p>
    <w:p/>
    <w:p>
      <w:pPr>
        <w:pStyle w:val="Heading1"/>
      </w:pPr>
      <w:r>
        <w:t>3. Особистий мотиваційний текст (Instagram / блог)</w:t>
      </w:r>
    </w:p>
    <w:p>
      <w:r>
        <w:t>До редагування:</w:t>
      </w:r>
    </w:p>
    <w:p>
      <w:r>
        <w:t>Раніше я не вірила в себе і думала що нічого не вийде. Було багато страхів, але зараз я розумію, що головне — це діяти, навіть якщо страшно.</w:t>
      </w:r>
    </w:p>
    <w:p>
      <w:r>
        <w:t>Після редагування:</w:t>
      </w:r>
    </w:p>
    <w:p>
      <w:r>
        <w:t>Колись я не вірила в себе. Мене стримували страхи й сумніви. Та з досвідом я зрозуміла головне: навіть маленький крок уперед сильніший за будь-який страх.</w:t>
      </w:r>
    </w:p>
    <w:p/>
    <w:p>
      <w:pPr>
        <w:pStyle w:val="Heading1"/>
      </w:pPr>
      <w:r>
        <w:t>4. Академічний фрагмент (уривок студентської роботи)</w:t>
      </w:r>
    </w:p>
    <w:p>
      <w:r>
        <w:t>До редагування:</w:t>
      </w:r>
    </w:p>
    <w:p>
      <w:r>
        <w:t>Сучасне суспільство є складною системою, в якій відбувається багато змін, пов’язаних з технологічним прогресом. Люди повинні пристосовуватись до нових умов життя.</w:t>
      </w:r>
    </w:p>
    <w:p>
      <w:r>
        <w:t>Після редагування:</w:t>
      </w:r>
    </w:p>
    <w:p>
      <w:r>
        <w:t>Сучасне суспільство — це динамічна система, що постійно змінюється під впливом технологічного прогресу. Людству доводиться адаптуватися до нових реалій життя.</w:t>
      </w:r>
    </w:p>
    <w:p/>
    <w:p>
      <w:pPr>
        <w:pStyle w:val="Heading1"/>
      </w:pPr>
      <w:r>
        <w:t>5. Повідомлення в месенджері / лист клієнту (корекція стилю та ввічливості)</w:t>
      </w:r>
    </w:p>
    <w:p>
      <w:r>
        <w:t>До редагування:</w:t>
      </w:r>
    </w:p>
    <w:p>
      <w:r>
        <w:t>Добрий день, а коли ви вже мені надішлете той файл? Бо я чекаю з учора.</w:t>
      </w:r>
    </w:p>
    <w:p>
      <w:r>
        <w:t>Після редагування:</w:t>
      </w:r>
    </w:p>
    <w:p>
      <w:r>
        <w:t>Доброго дня! Хочу уточнити, чи вдалося вам надіслати файл — я очікую на нього з учорашнього дня. Дякую за зворотний зв’язок!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