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Демо-проект: Набор текста с изображения</w:t>
      </w:r>
    </w:p>
    <w:p>
      <w:r>
        <w:t>Описание проекта:</w:t>
        <w:br/>
        <w:t>Клиент предоставил изображение, содержащее отсканированный текст (рукописный или печатный). Задача заключалась в том, чтобы точно перепечатать текст в формат Word, без грамматических ошибок, с соблюдением абзацев и пунктуации.</w:t>
      </w:r>
    </w:p>
    <w:p>
      <w:r>
        <w:t>Что было сделано:</w:t>
        <w:br/>
        <w:t>- Внимательно расшифрован текст с изображения</w:t>
        <w:br/>
        <w:t>- Перепечатан в Microsoft Word</w:t>
        <w:br/>
        <w:t>- Проверен на грамматические и пунктуационные ошибки</w:t>
        <w:br/>
        <w:t>- Итоговый файл отправлен клиенту вовремя</w:t>
      </w:r>
    </w:p>
    <w:p>
      <w:r>
        <w:t>Навыки, использованные в проекте:</w:t>
        <w:br/>
        <w:t>- Набор текста</w:t>
        <w:br/>
        <w:t>- Внимание к деталям</w:t>
        <w:br/>
        <w:t>- Грамотность</w:t>
        <w:br/>
        <w:t>- Работа с изображениями и текстовыми редакторами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