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4E227" w14:textId="4F2A6EF1" w:rsidR="00741FB1" w:rsidRPr="00741FB1" w:rsidRDefault="00741FB1" w:rsidP="00741FB1">
      <w:pPr>
        <w:spacing w:after="160" w:line="259" w:lineRule="auto"/>
        <w:rPr>
          <w:lang w:val="ru-UA"/>
        </w:rPr>
      </w:pPr>
      <w:r w:rsidRPr="00D15996">
        <w:rPr>
          <w:lang w:val="ru-UA"/>
        </w:rPr>
        <w:t>Популярно-</w:t>
      </w:r>
      <w:proofErr w:type="spellStart"/>
      <w:r w:rsidRPr="00D15996">
        <w:rPr>
          <w:lang w:val="ru-UA"/>
        </w:rPr>
        <w:t>медична</w:t>
      </w:r>
      <w:proofErr w:type="spellEnd"/>
      <w:r w:rsidRPr="00D15996">
        <w:rPr>
          <w:lang w:val="ru-UA"/>
        </w:rPr>
        <w:t xml:space="preserve"> </w:t>
      </w:r>
      <w:proofErr w:type="spellStart"/>
      <w:r w:rsidRPr="00D15996">
        <w:rPr>
          <w:lang w:val="ru-UA"/>
        </w:rPr>
        <w:t>стаття</w:t>
      </w:r>
      <w:proofErr w:type="spellEnd"/>
      <w:r w:rsidRPr="00D15996">
        <w:rPr>
          <w:lang w:val="ru-UA"/>
        </w:rPr>
        <w:t xml:space="preserve"> для блогу </w:t>
      </w:r>
      <w:proofErr w:type="spellStart"/>
      <w:r w:rsidRPr="00D15996">
        <w:rPr>
          <w:lang w:val="ru-UA"/>
        </w:rPr>
        <w:t>клініки</w:t>
      </w:r>
      <w:proofErr w:type="spellEnd"/>
      <w:r w:rsidRPr="00D15996">
        <w:rPr>
          <w:lang w:val="ru-UA"/>
        </w:rPr>
        <w:t xml:space="preserve">. </w:t>
      </w:r>
      <w:proofErr w:type="spellStart"/>
      <w:r w:rsidRPr="00D15996">
        <w:rPr>
          <w:lang w:val="ru-UA"/>
        </w:rPr>
        <w:t>Адаптована</w:t>
      </w:r>
      <w:proofErr w:type="spellEnd"/>
      <w:r w:rsidRPr="00D15996">
        <w:rPr>
          <w:lang w:val="ru-UA"/>
        </w:rPr>
        <w:t xml:space="preserve"> для </w:t>
      </w:r>
      <w:proofErr w:type="spellStart"/>
      <w:r w:rsidRPr="00D15996">
        <w:rPr>
          <w:lang w:val="ru-UA"/>
        </w:rPr>
        <w:t>пацієнтів</w:t>
      </w:r>
      <w:proofErr w:type="spellEnd"/>
      <w:r w:rsidRPr="00D15996">
        <w:rPr>
          <w:lang w:val="ru-UA"/>
        </w:rPr>
        <w:t xml:space="preserve"> без </w:t>
      </w:r>
      <w:proofErr w:type="spellStart"/>
      <w:r w:rsidRPr="00D15996">
        <w:rPr>
          <w:lang w:val="ru-UA"/>
        </w:rPr>
        <w:t>медичної</w:t>
      </w:r>
      <w:proofErr w:type="spellEnd"/>
      <w:r w:rsidRPr="00D15996">
        <w:rPr>
          <w:lang w:val="ru-UA"/>
        </w:rPr>
        <w:t xml:space="preserve"> </w:t>
      </w:r>
      <w:proofErr w:type="spellStart"/>
      <w:r w:rsidRPr="00D15996">
        <w:rPr>
          <w:lang w:val="ru-UA"/>
        </w:rPr>
        <w:t>освіти</w:t>
      </w:r>
      <w:proofErr w:type="spellEnd"/>
      <w:r w:rsidRPr="00D15996">
        <w:rPr>
          <w:lang w:val="ru-UA"/>
        </w:rPr>
        <w:t xml:space="preserve">. </w:t>
      </w:r>
      <w:proofErr w:type="spellStart"/>
      <w:r w:rsidRPr="00D15996">
        <w:rPr>
          <w:lang w:val="ru-UA"/>
        </w:rPr>
        <w:t>Структурований</w:t>
      </w:r>
      <w:proofErr w:type="spellEnd"/>
      <w:r w:rsidRPr="00D15996">
        <w:rPr>
          <w:lang w:val="ru-UA"/>
        </w:rPr>
        <w:t xml:space="preserve"> текст, </w:t>
      </w:r>
      <w:proofErr w:type="spellStart"/>
      <w:r w:rsidRPr="00D15996">
        <w:rPr>
          <w:lang w:val="ru-UA"/>
        </w:rPr>
        <w:t>пояснення</w:t>
      </w:r>
      <w:proofErr w:type="spellEnd"/>
      <w:r w:rsidRPr="00D15996">
        <w:rPr>
          <w:lang w:val="ru-UA"/>
        </w:rPr>
        <w:t xml:space="preserve"> </w:t>
      </w:r>
      <w:proofErr w:type="spellStart"/>
      <w:r w:rsidRPr="00D15996">
        <w:rPr>
          <w:lang w:val="ru-UA"/>
        </w:rPr>
        <w:t>симптомів</w:t>
      </w:r>
      <w:proofErr w:type="spellEnd"/>
      <w:r w:rsidRPr="00D15996">
        <w:rPr>
          <w:lang w:val="ru-UA"/>
        </w:rPr>
        <w:t xml:space="preserve">, причин, </w:t>
      </w:r>
      <w:proofErr w:type="spellStart"/>
      <w:r w:rsidRPr="00D15996">
        <w:rPr>
          <w:lang w:val="ru-UA"/>
        </w:rPr>
        <w:t>діагностики</w:t>
      </w:r>
      <w:proofErr w:type="spellEnd"/>
      <w:r w:rsidRPr="00D15996">
        <w:rPr>
          <w:lang w:val="ru-UA"/>
        </w:rPr>
        <w:t xml:space="preserve"> й </w:t>
      </w:r>
      <w:proofErr w:type="spellStart"/>
      <w:r w:rsidRPr="00D15996">
        <w:rPr>
          <w:lang w:val="ru-UA"/>
        </w:rPr>
        <w:t>лікування</w:t>
      </w:r>
      <w:proofErr w:type="spellEnd"/>
    </w:p>
    <w:p w14:paraId="1051FDD8" w14:textId="6883C978" w:rsidR="00763BB6" w:rsidRPr="00741FB1" w:rsidRDefault="00000000">
      <w:pPr>
        <w:pStyle w:val="1"/>
        <w:rPr>
          <w:lang w:val="ru-RU"/>
        </w:rPr>
      </w:pPr>
      <w:proofErr w:type="spellStart"/>
      <w:r w:rsidRPr="00741FB1">
        <w:rPr>
          <w:lang w:val="ru-RU"/>
        </w:rPr>
        <w:t>Гіпотиреоз</w:t>
      </w:r>
      <w:proofErr w:type="spellEnd"/>
      <w:r w:rsidRPr="00741FB1">
        <w:rPr>
          <w:lang w:val="ru-RU"/>
        </w:rPr>
        <w:t xml:space="preserve">: </w:t>
      </w:r>
      <w:proofErr w:type="spellStart"/>
      <w:r w:rsidRPr="00741FB1">
        <w:rPr>
          <w:lang w:val="ru-RU"/>
        </w:rPr>
        <w:t>простими</w:t>
      </w:r>
      <w:proofErr w:type="spellEnd"/>
      <w:r w:rsidRPr="00741FB1">
        <w:rPr>
          <w:lang w:val="ru-RU"/>
        </w:rPr>
        <w:t xml:space="preserve"> словами </w:t>
      </w:r>
      <w:proofErr w:type="gramStart"/>
      <w:r w:rsidRPr="00741FB1">
        <w:rPr>
          <w:lang w:val="ru-RU"/>
        </w:rPr>
        <w:t>про складне</w:t>
      </w:r>
      <w:proofErr w:type="gramEnd"/>
    </w:p>
    <w:p w14:paraId="348412FF" w14:textId="77777777" w:rsidR="00763BB6" w:rsidRPr="00741FB1" w:rsidRDefault="00000000">
      <w:pPr>
        <w:rPr>
          <w:lang w:val="ru-RU"/>
        </w:rPr>
      </w:pPr>
      <w:proofErr w:type="spellStart"/>
      <w:r w:rsidRPr="00741FB1">
        <w:rPr>
          <w:lang w:val="ru-RU"/>
        </w:rPr>
        <w:t>Гіпотиреоз</w:t>
      </w:r>
      <w:proofErr w:type="spellEnd"/>
      <w:r w:rsidRPr="00741FB1">
        <w:rPr>
          <w:lang w:val="ru-RU"/>
        </w:rPr>
        <w:t xml:space="preserve"> — коли </w:t>
      </w:r>
      <w:proofErr w:type="spellStart"/>
      <w:r w:rsidRPr="00741FB1">
        <w:rPr>
          <w:lang w:val="ru-RU"/>
        </w:rPr>
        <w:t>щитоподібна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залоза</w:t>
      </w:r>
      <w:proofErr w:type="spellEnd"/>
      <w:r w:rsidRPr="00741FB1">
        <w:rPr>
          <w:lang w:val="ru-RU"/>
        </w:rPr>
        <w:t xml:space="preserve"> “</w:t>
      </w:r>
      <w:proofErr w:type="spellStart"/>
      <w:r w:rsidRPr="00741FB1">
        <w:rPr>
          <w:lang w:val="ru-RU"/>
        </w:rPr>
        <w:t>втомилася</w:t>
      </w:r>
      <w:proofErr w:type="spellEnd"/>
      <w:r w:rsidRPr="00741FB1">
        <w:rPr>
          <w:lang w:val="ru-RU"/>
        </w:rPr>
        <w:t>”</w:t>
      </w:r>
    </w:p>
    <w:p w14:paraId="49D99E12" w14:textId="77777777" w:rsidR="00763BB6" w:rsidRPr="00741FB1" w:rsidRDefault="00000000">
      <w:pPr>
        <w:rPr>
          <w:lang w:val="ru-RU"/>
        </w:rPr>
      </w:pPr>
      <w:proofErr w:type="spellStart"/>
      <w:r w:rsidRPr="00741FB1">
        <w:rPr>
          <w:lang w:val="ru-RU"/>
        </w:rPr>
        <w:t>Гіпотиреоз</w:t>
      </w:r>
      <w:proofErr w:type="spellEnd"/>
      <w:r w:rsidRPr="00741FB1">
        <w:rPr>
          <w:lang w:val="ru-RU"/>
        </w:rPr>
        <w:t xml:space="preserve"> — </w:t>
      </w:r>
      <w:proofErr w:type="spellStart"/>
      <w:r w:rsidRPr="00741FB1">
        <w:rPr>
          <w:lang w:val="ru-RU"/>
        </w:rPr>
        <w:t>це</w:t>
      </w:r>
      <w:proofErr w:type="spellEnd"/>
      <w:r w:rsidRPr="00741FB1">
        <w:rPr>
          <w:lang w:val="ru-RU"/>
        </w:rPr>
        <w:t xml:space="preserve"> стан, при </w:t>
      </w:r>
      <w:proofErr w:type="spellStart"/>
      <w:r w:rsidRPr="00741FB1">
        <w:rPr>
          <w:lang w:val="ru-RU"/>
        </w:rPr>
        <w:t>якому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щитоподібна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залоза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виробляє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недостатню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кількість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гормонів</w:t>
      </w:r>
      <w:proofErr w:type="spellEnd"/>
      <w:r w:rsidRPr="00741FB1">
        <w:rPr>
          <w:lang w:val="ru-RU"/>
        </w:rPr>
        <w:t xml:space="preserve">. </w:t>
      </w:r>
      <w:proofErr w:type="spellStart"/>
      <w:r w:rsidRPr="00741FB1">
        <w:rPr>
          <w:lang w:val="ru-RU"/>
        </w:rPr>
        <w:t>Ці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гормони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впливають</w:t>
      </w:r>
      <w:proofErr w:type="spellEnd"/>
      <w:r w:rsidRPr="00741FB1">
        <w:rPr>
          <w:lang w:val="ru-RU"/>
        </w:rPr>
        <w:t xml:space="preserve"> практично на </w:t>
      </w:r>
      <w:proofErr w:type="spellStart"/>
      <w:r w:rsidRPr="00741FB1">
        <w:rPr>
          <w:lang w:val="ru-RU"/>
        </w:rPr>
        <w:t>всі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органи</w:t>
      </w:r>
      <w:proofErr w:type="spellEnd"/>
      <w:r w:rsidRPr="00741FB1">
        <w:rPr>
          <w:lang w:val="ru-RU"/>
        </w:rPr>
        <w:t xml:space="preserve">: </w:t>
      </w:r>
      <w:proofErr w:type="spellStart"/>
      <w:r w:rsidRPr="00741FB1">
        <w:rPr>
          <w:lang w:val="ru-RU"/>
        </w:rPr>
        <w:t>від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мозку</w:t>
      </w:r>
      <w:proofErr w:type="spellEnd"/>
      <w:r w:rsidRPr="00741FB1">
        <w:rPr>
          <w:lang w:val="ru-RU"/>
        </w:rPr>
        <w:t xml:space="preserve"> до </w:t>
      </w:r>
      <w:proofErr w:type="spellStart"/>
      <w:r w:rsidRPr="00741FB1">
        <w:rPr>
          <w:lang w:val="ru-RU"/>
        </w:rPr>
        <w:t>серця</w:t>
      </w:r>
      <w:proofErr w:type="spellEnd"/>
      <w:r w:rsidRPr="00741FB1">
        <w:rPr>
          <w:lang w:val="ru-RU"/>
        </w:rPr>
        <w:t xml:space="preserve">. </w:t>
      </w:r>
      <w:proofErr w:type="spellStart"/>
      <w:r w:rsidRPr="00741FB1">
        <w:rPr>
          <w:lang w:val="ru-RU"/>
        </w:rPr>
        <w:t>Саме</w:t>
      </w:r>
      <w:proofErr w:type="spellEnd"/>
      <w:r w:rsidRPr="00741FB1">
        <w:rPr>
          <w:lang w:val="ru-RU"/>
        </w:rPr>
        <w:t xml:space="preserve"> тому, коли </w:t>
      </w:r>
      <w:proofErr w:type="spellStart"/>
      <w:r w:rsidRPr="00741FB1">
        <w:rPr>
          <w:lang w:val="ru-RU"/>
        </w:rPr>
        <w:t>їх</w:t>
      </w:r>
      <w:proofErr w:type="spellEnd"/>
      <w:r w:rsidRPr="00741FB1">
        <w:rPr>
          <w:lang w:val="ru-RU"/>
        </w:rPr>
        <w:t xml:space="preserve"> не </w:t>
      </w:r>
      <w:proofErr w:type="spellStart"/>
      <w:r w:rsidRPr="00741FB1">
        <w:rPr>
          <w:lang w:val="ru-RU"/>
        </w:rPr>
        <w:t>вистачає</w:t>
      </w:r>
      <w:proofErr w:type="spellEnd"/>
      <w:r w:rsidRPr="00741FB1">
        <w:rPr>
          <w:lang w:val="ru-RU"/>
        </w:rPr>
        <w:t xml:space="preserve">, </w:t>
      </w:r>
      <w:proofErr w:type="spellStart"/>
      <w:r w:rsidRPr="00741FB1">
        <w:rPr>
          <w:lang w:val="ru-RU"/>
        </w:rPr>
        <w:t>тіло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починає</w:t>
      </w:r>
      <w:proofErr w:type="spellEnd"/>
      <w:r w:rsidRPr="00741FB1">
        <w:rPr>
          <w:lang w:val="ru-RU"/>
        </w:rPr>
        <w:t xml:space="preserve"> "</w:t>
      </w:r>
      <w:proofErr w:type="spellStart"/>
      <w:r w:rsidRPr="00741FB1">
        <w:rPr>
          <w:lang w:val="ru-RU"/>
        </w:rPr>
        <w:t>гальмувати</w:t>
      </w:r>
      <w:proofErr w:type="spellEnd"/>
      <w:r w:rsidRPr="00741FB1">
        <w:rPr>
          <w:lang w:val="ru-RU"/>
        </w:rPr>
        <w:t xml:space="preserve">" — </w:t>
      </w:r>
      <w:proofErr w:type="spellStart"/>
      <w:r w:rsidRPr="00741FB1">
        <w:rPr>
          <w:lang w:val="ru-RU"/>
        </w:rPr>
        <w:t>фізично</w:t>
      </w:r>
      <w:proofErr w:type="spellEnd"/>
      <w:r w:rsidRPr="00741FB1">
        <w:rPr>
          <w:lang w:val="ru-RU"/>
        </w:rPr>
        <w:t xml:space="preserve"> й </w:t>
      </w:r>
      <w:proofErr w:type="spellStart"/>
      <w:r w:rsidRPr="00741FB1">
        <w:rPr>
          <w:lang w:val="ru-RU"/>
        </w:rPr>
        <w:t>емоційно</w:t>
      </w:r>
      <w:proofErr w:type="spellEnd"/>
      <w:r w:rsidRPr="00741FB1">
        <w:rPr>
          <w:lang w:val="ru-RU"/>
        </w:rPr>
        <w:t>.</w:t>
      </w:r>
    </w:p>
    <w:p w14:paraId="3C9205C9" w14:textId="77777777" w:rsidR="00763BB6" w:rsidRPr="00741FB1" w:rsidRDefault="00000000">
      <w:pPr>
        <w:rPr>
          <w:lang w:val="ru-RU"/>
        </w:rPr>
      </w:pPr>
      <w:proofErr w:type="spellStart"/>
      <w:r w:rsidRPr="00741FB1">
        <w:rPr>
          <w:lang w:val="ru-RU"/>
        </w:rPr>
        <w:t>Найпоширеніші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симптоми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гіпотиреозу</w:t>
      </w:r>
      <w:proofErr w:type="spellEnd"/>
      <w:r w:rsidRPr="00741FB1">
        <w:rPr>
          <w:lang w:val="ru-RU"/>
        </w:rPr>
        <w:t>:</w:t>
      </w:r>
      <w:r w:rsidRPr="00741FB1">
        <w:rPr>
          <w:lang w:val="ru-RU"/>
        </w:rPr>
        <w:br/>
        <w:t xml:space="preserve">- </w:t>
      </w:r>
      <w:proofErr w:type="spellStart"/>
      <w:r w:rsidRPr="00741FB1">
        <w:rPr>
          <w:lang w:val="ru-RU"/>
        </w:rPr>
        <w:t>постійна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втома</w:t>
      </w:r>
      <w:proofErr w:type="spellEnd"/>
      <w:r w:rsidRPr="00741FB1">
        <w:rPr>
          <w:lang w:val="ru-RU"/>
        </w:rPr>
        <w:t xml:space="preserve">, </w:t>
      </w:r>
      <w:proofErr w:type="spellStart"/>
      <w:r w:rsidRPr="00741FB1">
        <w:rPr>
          <w:lang w:val="ru-RU"/>
        </w:rPr>
        <w:t>сонливість</w:t>
      </w:r>
      <w:proofErr w:type="spellEnd"/>
      <w:r w:rsidRPr="00741FB1">
        <w:rPr>
          <w:lang w:val="ru-RU"/>
        </w:rPr>
        <w:br/>
        <w:t xml:space="preserve">- </w:t>
      </w:r>
      <w:proofErr w:type="spellStart"/>
      <w:r w:rsidRPr="00741FB1">
        <w:rPr>
          <w:lang w:val="ru-RU"/>
        </w:rPr>
        <w:t>збільшення</w:t>
      </w:r>
      <w:proofErr w:type="spellEnd"/>
      <w:r w:rsidRPr="00741FB1">
        <w:rPr>
          <w:lang w:val="ru-RU"/>
        </w:rPr>
        <w:t xml:space="preserve"> ваги без </w:t>
      </w:r>
      <w:proofErr w:type="spellStart"/>
      <w:r w:rsidRPr="00741FB1">
        <w:rPr>
          <w:lang w:val="ru-RU"/>
        </w:rPr>
        <w:t>зміни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раціону</w:t>
      </w:r>
      <w:proofErr w:type="spellEnd"/>
      <w:r w:rsidRPr="00741FB1">
        <w:rPr>
          <w:lang w:val="ru-RU"/>
        </w:rPr>
        <w:br/>
        <w:t xml:space="preserve">- </w:t>
      </w:r>
      <w:proofErr w:type="spellStart"/>
      <w:r w:rsidRPr="00741FB1">
        <w:rPr>
          <w:lang w:val="ru-RU"/>
        </w:rPr>
        <w:t>відчуття</w:t>
      </w:r>
      <w:proofErr w:type="spellEnd"/>
      <w:r w:rsidRPr="00741FB1">
        <w:rPr>
          <w:lang w:val="ru-RU"/>
        </w:rPr>
        <w:t xml:space="preserve"> холоду, </w:t>
      </w:r>
      <w:proofErr w:type="spellStart"/>
      <w:r w:rsidRPr="00741FB1">
        <w:rPr>
          <w:lang w:val="ru-RU"/>
        </w:rPr>
        <w:t>навіть</w:t>
      </w:r>
      <w:proofErr w:type="spellEnd"/>
      <w:r w:rsidRPr="00741FB1">
        <w:rPr>
          <w:lang w:val="ru-RU"/>
        </w:rPr>
        <w:t xml:space="preserve"> коли </w:t>
      </w:r>
      <w:proofErr w:type="spellStart"/>
      <w:r w:rsidRPr="00741FB1">
        <w:rPr>
          <w:lang w:val="ru-RU"/>
        </w:rPr>
        <w:t>іншим</w:t>
      </w:r>
      <w:proofErr w:type="spellEnd"/>
      <w:r w:rsidRPr="00741FB1">
        <w:rPr>
          <w:lang w:val="ru-RU"/>
        </w:rPr>
        <w:t xml:space="preserve"> тепло</w:t>
      </w:r>
      <w:r w:rsidRPr="00741FB1">
        <w:rPr>
          <w:lang w:val="ru-RU"/>
        </w:rPr>
        <w:br/>
        <w:t xml:space="preserve">- </w:t>
      </w:r>
      <w:proofErr w:type="spellStart"/>
      <w:r w:rsidRPr="00741FB1">
        <w:rPr>
          <w:lang w:val="ru-RU"/>
        </w:rPr>
        <w:t>сухість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шкіри</w:t>
      </w:r>
      <w:proofErr w:type="spellEnd"/>
      <w:r w:rsidRPr="00741FB1">
        <w:rPr>
          <w:lang w:val="ru-RU"/>
        </w:rPr>
        <w:t xml:space="preserve">, </w:t>
      </w:r>
      <w:proofErr w:type="spellStart"/>
      <w:r w:rsidRPr="00741FB1">
        <w:rPr>
          <w:lang w:val="ru-RU"/>
        </w:rPr>
        <w:t>ламкість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волосся</w:t>
      </w:r>
      <w:proofErr w:type="spellEnd"/>
      <w:r w:rsidRPr="00741FB1">
        <w:rPr>
          <w:lang w:val="ru-RU"/>
        </w:rPr>
        <w:br/>
        <w:t xml:space="preserve">- </w:t>
      </w:r>
      <w:proofErr w:type="spellStart"/>
      <w:r w:rsidRPr="00741FB1">
        <w:rPr>
          <w:lang w:val="ru-RU"/>
        </w:rPr>
        <w:t>погіршення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пам’яті</w:t>
      </w:r>
      <w:proofErr w:type="spellEnd"/>
      <w:r w:rsidRPr="00741FB1">
        <w:rPr>
          <w:lang w:val="ru-RU"/>
        </w:rPr>
        <w:t xml:space="preserve">, </w:t>
      </w:r>
      <w:proofErr w:type="spellStart"/>
      <w:r w:rsidRPr="00741FB1">
        <w:rPr>
          <w:lang w:val="ru-RU"/>
        </w:rPr>
        <w:t>уповільнене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мислення</w:t>
      </w:r>
      <w:proofErr w:type="spellEnd"/>
      <w:r w:rsidRPr="00741FB1">
        <w:rPr>
          <w:lang w:val="ru-RU"/>
        </w:rPr>
        <w:br/>
        <w:t xml:space="preserve">- </w:t>
      </w:r>
      <w:proofErr w:type="spellStart"/>
      <w:r w:rsidRPr="00741FB1">
        <w:rPr>
          <w:lang w:val="ru-RU"/>
        </w:rPr>
        <w:t>порушення</w:t>
      </w:r>
      <w:proofErr w:type="spellEnd"/>
      <w:r w:rsidRPr="00741FB1">
        <w:rPr>
          <w:lang w:val="ru-RU"/>
        </w:rPr>
        <w:t xml:space="preserve"> менструального циклу у </w:t>
      </w:r>
      <w:proofErr w:type="spellStart"/>
      <w:r w:rsidRPr="00741FB1">
        <w:rPr>
          <w:lang w:val="ru-RU"/>
        </w:rPr>
        <w:t>жінок</w:t>
      </w:r>
      <w:proofErr w:type="spellEnd"/>
    </w:p>
    <w:p w14:paraId="48F4C36A" w14:textId="77777777" w:rsidR="00763BB6" w:rsidRPr="00741FB1" w:rsidRDefault="00000000">
      <w:pPr>
        <w:rPr>
          <w:lang w:val="ru-RU"/>
        </w:rPr>
      </w:pPr>
      <w:r w:rsidRPr="00741FB1">
        <w:rPr>
          <w:lang w:val="ru-RU"/>
        </w:rPr>
        <w:t xml:space="preserve">Часто </w:t>
      </w:r>
      <w:proofErr w:type="spellStart"/>
      <w:r w:rsidRPr="00741FB1">
        <w:rPr>
          <w:lang w:val="ru-RU"/>
        </w:rPr>
        <w:t>симптоми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розвиваються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повільно</w:t>
      </w:r>
      <w:proofErr w:type="spellEnd"/>
      <w:r w:rsidRPr="00741FB1">
        <w:rPr>
          <w:lang w:val="ru-RU"/>
        </w:rPr>
        <w:t xml:space="preserve">, і </w:t>
      </w:r>
      <w:proofErr w:type="spellStart"/>
      <w:r w:rsidRPr="00741FB1">
        <w:rPr>
          <w:lang w:val="ru-RU"/>
        </w:rPr>
        <w:t>людина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може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довго</w:t>
      </w:r>
      <w:proofErr w:type="spellEnd"/>
      <w:r w:rsidRPr="00741FB1">
        <w:rPr>
          <w:lang w:val="ru-RU"/>
        </w:rPr>
        <w:t xml:space="preserve"> не </w:t>
      </w:r>
      <w:proofErr w:type="spellStart"/>
      <w:r w:rsidRPr="00741FB1">
        <w:rPr>
          <w:lang w:val="ru-RU"/>
        </w:rPr>
        <w:t>здогадуватись</w:t>
      </w:r>
      <w:proofErr w:type="spellEnd"/>
      <w:r w:rsidRPr="00741FB1">
        <w:rPr>
          <w:lang w:val="ru-RU"/>
        </w:rPr>
        <w:t xml:space="preserve">, </w:t>
      </w:r>
      <w:proofErr w:type="spellStart"/>
      <w:r w:rsidRPr="00741FB1">
        <w:rPr>
          <w:lang w:val="ru-RU"/>
        </w:rPr>
        <w:t>що</w:t>
      </w:r>
      <w:proofErr w:type="spellEnd"/>
      <w:r w:rsidRPr="00741FB1">
        <w:rPr>
          <w:lang w:val="ru-RU"/>
        </w:rPr>
        <w:t xml:space="preserve"> проблема — в гормонах.</w:t>
      </w:r>
    </w:p>
    <w:p w14:paraId="70F999B7" w14:textId="77777777" w:rsidR="00763BB6" w:rsidRPr="00741FB1" w:rsidRDefault="00000000">
      <w:pPr>
        <w:rPr>
          <w:lang w:val="ru-RU"/>
        </w:rPr>
      </w:pPr>
      <w:r w:rsidRPr="00741FB1">
        <w:rPr>
          <w:lang w:val="ru-RU"/>
        </w:rPr>
        <w:t xml:space="preserve">Як </w:t>
      </w:r>
      <w:proofErr w:type="spellStart"/>
      <w:r w:rsidRPr="00741FB1">
        <w:rPr>
          <w:lang w:val="ru-RU"/>
        </w:rPr>
        <w:t>виявити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гіпотиреоз</w:t>
      </w:r>
      <w:proofErr w:type="spellEnd"/>
    </w:p>
    <w:p w14:paraId="328AE403" w14:textId="77777777" w:rsidR="00763BB6" w:rsidRPr="00741FB1" w:rsidRDefault="00000000">
      <w:pPr>
        <w:rPr>
          <w:lang w:val="ru-RU"/>
        </w:rPr>
      </w:pPr>
      <w:proofErr w:type="spellStart"/>
      <w:r w:rsidRPr="00741FB1">
        <w:rPr>
          <w:lang w:val="ru-RU"/>
        </w:rPr>
        <w:t>Основний</w:t>
      </w:r>
      <w:proofErr w:type="spellEnd"/>
      <w:r w:rsidRPr="00741FB1">
        <w:rPr>
          <w:lang w:val="ru-RU"/>
        </w:rPr>
        <w:t xml:space="preserve"> метод </w:t>
      </w:r>
      <w:proofErr w:type="spellStart"/>
      <w:r w:rsidRPr="00741FB1">
        <w:rPr>
          <w:lang w:val="ru-RU"/>
        </w:rPr>
        <w:t>діагностики</w:t>
      </w:r>
      <w:proofErr w:type="spellEnd"/>
      <w:r w:rsidRPr="00741FB1">
        <w:rPr>
          <w:lang w:val="ru-RU"/>
        </w:rPr>
        <w:t xml:space="preserve"> — </w:t>
      </w:r>
      <w:proofErr w:type="spellStart"/>
      <w:r w:rsidRPr="00741FB1">
        <w:rPr>
          <w:lang w:val="ru-RU"/>
        </w:rPr>
        <w:t>аналіз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крові</w:t>
      </w:r>
      <w:proofErr w:type="spellEnd"/>
      <w:r w:rsidRPr="00741FB1">
        <w:rPr>
          <w:lang w:val="ru-RU"/>
        </w:rPr>
        <w:t xml:space="preserve"> на ТТГ (</w:t>
      </w:r>
      <w:proofErr w:type="spellStart"/>
      <w:r w:rsidRPr="00741FB1">
        <w:rPr>
          <w:lang w:val="ru-RU"/>
        </w:rPr>
        <w:t>тиреотропний</w:t>
      </w:r>
      <w:proofErr w:type="spellEnd"/>
      <w:r w:rsidRPr="00741FB1">
        <w:rPr>
          <w:lang w:val="ru-RU"/>
        </w:rPr>
        <w:t xml:space="preserve"> гормон). </w:t>
      </w:r>
      <w:proofErr w:type="spellStart"/>
      <w:r w:rsidRPr="00741FB1">
        <w:rPr>
          <w:lang w:val="ru-RU"/>
        </w:rPr>
        <w:t>Якщо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рівень</w:t>
      </w:r>
      <w:proofErr w:type="spellEnd"/>
      <w:r w:rsidRPr="00741FB1">
        <w:rPr>
          <w:lang w:val="ru-RU"/>
        </w:rPr>
        <w:t xml:space="preserve"> ТТГ </w:t>
      </w:r>
      <w:proofErr w:type="spellStart"/>
      <w:r w:rsidRPr="00741FB1">
        <w:rPr>
          <w:lang w:val="ru-RU"/>
        </w:rPr>
        <w:t>підвищений</w:t>
      </w:r>
      <w:proofErr w:type="spellEnd"/>
      <w:r w:rsidRPr="00741FB1">
        <w:rPr>
          <w:lang w:val="ru-RU"/>
        </w:rPr>
        <w:t xml:space="preserve">, а </w:t>
      </w:r>
      <w:proofErr w:type="spellStart"/>
      <w:r w:rsidRPr="00741FB1">
        <w:rPr>
          <w:lang w:val="ru-RU"/>
        </w:rPr>
        <w:t>гормонів</w:t>
      </w:r>
      <w:proofErr w:type="spellEnd"/>
      <w:r w:rsidRPr="00741FB1">
        <w:rPr>
          <w:lang w:val="ru-RU"/>
        </w:rPr>
        <w:t xml:space="preserve"> Т3 і Т4 — </w:t>
      </w:r>
      <w:proofErr w:type="spellStart"/>
      <w:r w:rsidRPr="00741FB1">
        <w:rPr>
          <w:lang w:val="ru-RU"/>
        </w:rPr>
        <w:t>знижений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або</w:t>
      </w:r>
      <w:proofErr w:type="spellEnd"/>
      <w:r w:rsidRPr="00741FB1">
        <w:rPr>
          <w:lang w:val="ru-RU"/>
        </w:rPr>
        <w:t xml:space="preserve"> на </w:t>
      </w:r>
      <w:proofErr w:type="spellStart"/>
      <w:r w:rsidRPr="00741FB1">
        <w:rPr>
          <w:lang w:val="ru-RU"/>
        </w:rPr>
        <w:t>нижній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межі</w:t>
      </w:r>
      <w:proofErr w:type="spellEnd"/>
      <w:r w:rsidRPr="00741FB1">
        <w:rPr>
          <w:lang w:val="ru-RU"/>
        </w:rPr>
        <w:t xml:space="preserve">, </w:t>
      </w:r>
      <w:proofErr w:type="spellStart"/>
      <w:r w:rsidRPr="00741FB1">
        <w:rPr>
          <w:lang w:val="ru-RU"/>
        </w:rPr>
        <w:t>це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може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вказувати</w:t>
      </w:r>
      <w:proofErr w:type="spellEnd"/>
      <w:r w:rsidRPr="00741FB1">
        <w:rPr>
          <w:lang w:val="ru-RU"/>
        </w:rPr>
        <w:t xml:space="preserve"> на </w:t>
      </w:r>
      <w:proofErr w:type="spellStart"/>
      <w:r w:rsidRPr="00741FB1">
        <w:rPr>
          <w:lang w:val="ru-RU"/>
        </w:rPr>
        <w:t>гіпотиреоз</w:t>
      </w:r>
      <w:proofErr w:type="spellEnd"/>
      <w:r w:rsidRPr="00741FB1">
        <w:rPr>
          <w:lang w:val="ru-RU"/>
        </w:rPr>
        <w:t>.</w:t>
      </w:r>
    </w:p>
    <w:p w14:paraId="155A1B89" w14:textId="77777777" w:rsidR="00763BB6" w:rsidRPr="00741FB1" w:rsidRDefault="00000000">
      <w:pPr>
        <w:rPr>
          <w:lang w:val="ru-RU"/>
        </w:rPr>
      </w:pPr>
      <w:r w:rsidRPr="00741FB1">
        <w:rPr>
          <w:lang w:val="ru-RU"/>
        </w:rPr>
        <w:t xml:space="preserve">Також </w:t>
      </w:r>
      <w:proofErr w:type="spellStart"/>
      <w:r w:rsidRPr="00741FB1">
        <w:rPr>
          <w:lang w:val="ru-RU"/>
        </w:rPr>
        <w:t>лікар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може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призначити</w:t>
      </w:r>
      <w:proofErr w:type="spellEnd"/>
      <w:r w:rsidRPr="00741FB1">
        <w:rPr>
          <w:lang w:val="ru-RU"/>
        </w:rPr>
        <w:t>:</w:t>
      </w:r>
      <w:r w:rsidRPr="00741FB1">
        <w:rPr>
          <w:lang w:val="ru-RU"/>
        </w:rPr>
        <w:br/>
        <w:t xml:space="preserve">- УЗД </w:t>
      </w:r>
      <w:proofErr w:type="spellStart"/>
      <w:r w:rsidRPr="00741FB1">
        <w:rPr>
          <w:lang w:val="ru-RU"/>
        </w:rPr>
        <w:t>щитоподібної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залози</w:t>
      </w:r>
      <w:proofErr w:type="spellEnd"/>
      <w:r w:rsidRPr="00741FB1">
        <w:rPr>
          <w:lang w:val="ru-RU"/>
        </w:rPr>
        <w:br/>
        <w:t xml:space="preserve">- </w:t>
      </w:r>
      <w:proofErr w:type="spellStart"/>
      <w:r w:rsidRPr="00741FB1">
        <w:rPr>
          <w:lang w:val="ru-RU"/>
        </w:rPr>
        <w:t>аналізи</w:t>
      </w:r>
      <w:proofErr w:type="spellEnd"/>
      <w:r w:rsidRPr="00741FB1">
        <w:rPr>
          <w:lang w:val="ru-RU"/>
        </w:rPr>
        <w:t xml:space="preserve"> на </w:t>
      </w:r>
      <w:proofErr w:type="spellStart"/>
      <w:r w:rsidRPr="00741FB1">
        <w:rPr>
          <w:lang w:val="ru-RU"/>
        </w:rPr>
        <w:t>антитіла</w:t>
      </w:r>
      <w:proofErr w:type="spellEnd"/>
      <w:r w:rsidRPr="00741FB1">
        <w:rPr>
          <w:lang w:val="ru-RU"/>
        </w:rPr>
        <w:t xml:space="preserve"> (при </w:t>
      </w:r>
      <w:proofErr w:type="spellStart"/>
      <w:r w:rsidRPr="00741FB1">
        <w:rPr>
          <w:lang w:val="ru-RU"/>
        </w:rPr>
        <w:t>підозрі</w:t>
      </w:r>
      <w:proofErr w:type="spellEnd"/>
      <w:r w:rsidRPr="00741FB1">
        <w:rPr>
          <w:lang w:val="ru-RU"/>
        </w:rPr>
        <w:t xml:space="preserve"> на </w:t>
      </w:r>
      <w:proofErr w:type="spellStart"/>
      <w:r w:rsidRPr="00741FB1">
        <w:rPr>
          <w:lang w:val="ru-RU"/>
        </w:rPr>
        <w:t>аутоімунний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тиреоїдит</w:t>
      </w:r>
      <w:proofErr w:type="spellEnd"/>
      <w:r w:rsidRPr="00741FB1">
        <w:rPr>
          <w:lang w:val="ru-RU"/>
        </w:rPr>
        <w:t>)</w:t>
      </w:r>
    </w:p>
    <w:p w14:paraId="3CDF2572" w14:textId="77777777" w:rsidR="00763BB6" w:rsidRPr="00741FB1" w:rsidRDefault="00000000">
      <w:pPr>
        <w:rPr>
          <w:lang w:val="ru-RU"/>
        </w:rPr>
      </w:pPr>
      <w:proofErr w:type="spellStart"/>
      <w:r w:rsidRPr="00741FB1">
        <w:rPr>
          <w:lang w:val="ru-RU"/>
        </w:rPr>
        <w:t>Чи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лікується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гіпотиреоз</w:t>
      </w:r>
      <w:proofErr w:type="spellEnd"/>
      <w:r w:rsidRPr="00741FB1">
        <w:rPr>
          <w:lang w:val="ru-RU"/>
        </w:rPr>
        <w:t>?</w:t>
      </w:r>
    </w:p>
    <w:p w14:paraId="57AC559D" w14:textId="77777777" w:rsidR="00763BB6" w:rsidRPr="00741FB1" w:rsidRDefault="00000000">
      <w:pPr>
        <w:rPr>
          <w:lang w:val="ru-RU"/>
        </w:rPr>
      </w:pPr>
      <w:r w:rsidRPr="00741FB1">
        <w:rPr>
          <w:lang w:val="ru-RU"/>
        </w:rPr>
        <w:t xml:space="preserve">Так, і </w:t>
      </w:r>
      <w:proofErr w:type="spellStart"/>
      <w:r w:rsidRPr="00741FB1">
        <w:rPr>
          <w:lang w:val="ru-RU"/>
        </w:rPr>
        <w:t>досить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ефективно</w:t>
      </w:r>
      <w:proofErr w:type="spellEnd"/>
      <w:r w:rsidRPr="00741FB1">
        <w:rPr>
          <w:lang w:val="ru-RU"/>
        </w:rPr>
        <w:t xml:space="preserve">. </w:t>
      </w:r>
      <w:proofErr w:type="spellStart"/>
      <w:r w:rsidRPr="00741FB1">
        <w:rPr>
          <w:lang w:val="ru-RU"/>
        </w:rPr>
        <w:t>Зазвичай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призначається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гормонозамісна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терапія</w:t>
      </w:r>
      <w:proofErr w:type="spellEnd"/>
      <w:r w:rsidRPr="00741FB1">
        <w:rPr>
          <w:lang w:val="ru-RU"/>
        </w:rPr>
        <w:t xml:space="preserve"> — </w:t>
      </w:r>
      <w:proofErr w:type="spellStart"/>
      <w:r w:rsidRPr="00741FB1">
        <w:rPr>
          <w:lang w:val="ru-RU"/>
        </w:rPr>
        <w:t>синтетичний</w:t>
      </w:r>
      <w:proofErr w:type="spellEnd"/>
      <w:r w:rsidRPr="00741FB1">
        <w:rPr>
          <w:lang w:val="ru-RU"/>
        </w:rPr>
        <w:t xml:space="preserve"> аналог тироксину (</w:t>
      </w:r>
      <w:r>
        <w:t>L</w:t>
      </w:r>
      <w:r w:rsidRPr="00741FB1">
        <w:rPr>
          <w:lang w:val="ru-RU"/>
        </w:rPr>
        <w:t xml:space="preserve">-тироксин). </w:t>
      </w:r>
      <w:proofErr w:type="spellStart"/>
      <w:r w:rsidRPr="00741FB1">
        <w:rPr>
          <w:lang w:val="ru-RU"/>
        </w:rPr>
        <w:t>Приймається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щоденно</w:t>
      </w:r>
      <w:proofErr w:type="spellEnd"/>
      <w:r w:rsidRPr="00741FB1">
        <w:rPr>
          <w:lang w:val="ru-RU"/>
        </w:rPr>
        <w:t xml:space="preserve">, дозу </w:t>
      </w:r>
      <w:proofErr w:type="spellStart"/>
      <w:r w:rsidRPr="00741FB1">
        <w:rPr>
          <w:lang w:val="ru-RU"/>
        </w:rPr>
        <w:t>підбирає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лікар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індивідуально</w:t>
      </w:r>
      <w:proofErr w:type="spellEnd"/>
      <w:r w:rsidRPr="00741FB1">
        <w:rPr>
          <w:lang w:val="ru-RU"/>
        </w:rPr>
        <w:t>.</w:t>
      </w:r>
    </w:p>
    <w:p w14:paraId="095D41A7" w14:textId="77777777" w:rsidR="00763BB6" w:rsidRPr="00741FB1" w:rsidRDefault="00000000">
      <w:pPr>
        <w:rPr>
          <w:lang w:val="ru-RU"/>
        </w:rPr>
      </w:pPr>
      <w:proofErr w:type="spellStart"/>
      <w:r w:rsidRPr="00741FB1">
        <w:rPr>
          <w:lang w:val="ru-RU"/>
        </w:rPr>
        <w:t>Лікування</w:t>
      </w:r>
      <w:proofErr w:type="spellEnd"/>
      <w:r w:rsidRPr="00741FB1">
        <w:rPr>
          <w:lang w:val="ru-RU"/>
        </w:rPr>
        <w:t xml:space="preserve"> — </w:t>
      </w:r>
      <w:proofErr w:type="spellStart"/>
      <w:r w:rsidRPr="00741FB1">
        <w:rPr>
          <w:lang w:val="ru-RU"/>
        </w:rPr>
        <w:t>довготривале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або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навіть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довічне</w:t>
      </w:r>
      <w:proofErr w:type="spellEnd"/>
      <w:r w:rsidRPr="00741FB1">
        <w:rPr>
          <w:lang w:val="ru-RU"/>
        </w:rPr>
        <w:t xml:space="preserve">, </w:t>
      </w:r>
      <w:proofErr w:type="spellStart"/>
      <w:r w:rsidRPr="00741FB1">
        <w:rPr>
          <w:lang w:val="ru-RU"/>
        </w:rPr>
        <w:t>але</w:t>
      </w:r>
      <w:proofErr w:type="spellEnd"/>
      <w:r w:rsidRPr="00741FB1">
        <w:rPr>
          <w:lang w:val="ru-RU"/>
        </w:rPr>
        <w:t xml:space="preserve"> при правильному </w:t>
      </w:r>
      <w:proofErr w:type="spellStart"/>
      <w:r w:rsidRPr="00741FB1">
        <w:rPr>
          <w:lang w:val="ru-RU"/>
        </w:rPr>
        <w:t>дозуванні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людина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почувається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повністю</w:t>
      </w:r>
      <w:proofErr w:type="spellEnd"/>
      <w:r w:rsidRPr="00741FB1">
        <w:rPr>
          <w:lang w:val="ru-RU"/>
        </w:rPr>
        <w:t xml:space="preserve"> здоровою.</w:t>
      </w:r>
    </w:p>
    <w:p w14:paraId="59AC606F" w14:textId="77777777" w:rsidR="00763BB6" w:rsidRPr="00741FB1" w:rsidRDefault="00000000">
      <w:pPr>
        <w:rPr>
          <w:lang w:val="ru-RU"/>
        </w:rPr>
      </w:pPr>
      <w:r w:rsidRPr="00741FB1">
        <w:rPr>
          <w:lang w:val="ru-RU"/>
        </w:rPr>
        <w:t xml:space="preserve">Коли </w:t>
      </w:r>
      <w:proofErr w:type="spellStart"/>
      <w:r w:rsidRPr="00741FB1">
        <w:rPr>
          <w:lang w:val="ru-RU"/>
        </w:rPr>
        <w:t>варто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звернутись</w:t>
      </w:r>
      <w:proofErr w:type="spellEnd"/>
      <w:r w:rsidRPr="00741FB1">
        <w:rPr>
          <w:lang w:val="ru-RU"/>
        </w:rPr>
        <w:t xml:space="preserve"> до </w:t>
      </w:r>
      <w:proofErr w:type="spellStart"/>
      <w:r w:rsidRPr="00741FB1">
        <w:rPr>
          <w:lang w:val="ru-RU"/>
        </w:rPr>
        <w:t>ендокринолога</w:t>
      </w:r>
      <w:proofErr w:type="spellEnd"/>
      <w:r w:rsidRPr="00741FB1">
        <w:rPr>
          <w:lang w:val="ru-RU"/>
        </w:rPr>
        <w:t>?</w:t>
      </w:r>
    </w:p>
    <w:p w14:paraId="44FC6814" w14:textId="77777777" w:rsidR="00763BB6" w:rsidRPr="00741FB1" w:rsidRDefault="00000000">
      <w:pPr>
        <w:rPr>
          <w:lang w:val="ru-RU"/>
        </w:rPr>
      </w:pPr>
      <w:proofErr w:type="spellStart"/>
      <w:r w:rsidRPr="00741FB1">
        <w:rPr>
          <w:lang w:val="ru-RU"/>
        </w:rPr>
        <w:t>Якщо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ви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помітили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хоча</w:t>
      </w:r>
      <w:proofErr w:type="spellEnd"/>
      <w:r w:rsidRPr="00741FB1">
        <w:rPr>
          <w:lang w:val="ru-RU"/>
        </w:rPr>
        <w:t xml:space="preserve"> б </w:t>
      </w:r>
      <w:proofErr w:type="spellStart"/>
      <w:r w:rsidRPr="00741FB1">
        <w:rPr>
          <w:lang w:val="ru-RU"/>
        </w:rPr>
        <w:t>кілька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симптомів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із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переліку</w:t>
      </w:r>
      <w:proofErr w:type="spellEnd"/>
      <w:r w:rsidRPr="00741FB1">
        <w:rPr>
          <w:lang w:val="ru-RU"/>
        </w:rPr>
        <w:t xml:space="preserve">, особливо — </w:t>
      </w:r>
      <w:proofErr w:type="spellStart"/>
      <w:r w:rsidRPr="00741FB1">
        <w:rPr>
          <w:lang w:val="ru-RU"/>
        </w:rPr>
        <w:t>постійну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втому</w:t>
      </w:r>
      <w:proofErr w:type="spellEnd"/>
      <w:r w:rsidRPr="00741FB1">
        <w:rPr>
          <w:lang w:val="ru-RU"/>
        </w:rPr>
        <w:t xml:space="preserve">, набору ваги </w:t>
      </w:r>
      <w:proofErr w:type="spellStart"/>
      <w:r w:rsidRPr="00741FB1">
        <w:rPr>
          <w:lang w:val="ru-RU"/>
        </w:rPr>
        <w:t>чи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зміну</w:t>
      </w:r>
      <w:proofErr w:type="spellEnd"/>
      <w:r w:rsidRPr="00741FB1">
        <w:rPr>
          <w:lang w:val="ru-RU"/>
        </w:rPr>
        <w:t xml:space="preserve"> настрою без причин — не </w:t>
      </w:r>
      <w:proofErr w:type="spellStart"/>
      <w:r w:rsidRPr="00741FB1">
        <w:rPr>
          <w:lang w:val="ru-RU"/>
        </w:rPr>
        <w:t>ігноруйте</w:t>
      </w:r>
      <w:proofErr w:type="spellEnd"/>
      <w:r w:rsidRPr="00741FB1">
        <w:rPr>
          <w:lang w:val="ru-RU"/>
        </w:rPr>
        <w:t xml:space="preserve">. </w:t>
      </w:r>
      <w:proofErr w:type="spellStart"/>
      <w:r w:rsidRPr="00741FB1">
        <w:rPr>
          <w:lang w:val="ru-RU"/>
        </w:rPr>
        <w:t>Краще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перевірити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гормони</w:t>
      </w:r>
      <w:proofErr w:type="spellEnd"/>
      <w:r w:rsidRPr="00741FB1">
        <w:rPr>
          <w:lang w:val="ru-RU"/>
        </w:rPr>
        <w:t xml:space="preserve"> і </w:t>
      </w:r>
      <w:proofErr w:type="spellStart"/>
      <w:r w:rsidRPr="00741FB1">
        <w:rPr>
          <w:lang w:val="ru-RU"/>
        </w:rPr>
        <w:t>вчасно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виявити</w:t>
      </w:r>
      <w:proofErr w:type="spellEnd"/>
      <w:r w:rsidRPr="00741FB1">
        <w:rPr>
          <w:lang w:val="ru-RU"/>
        </w:rPr>
        <w:t xml:space="preserve"> проблему, </w:t>
      </w:r>
      <w:proofErr w:type="spellStart"/>
      <w:r w:rsidRPr="00741FB1">
        <w:rPr>
          <w:lang w:val="ru-RU"/>
        </w:rPr>
        <w:t>ніж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довго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боротись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із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її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наслідками</w:t>
      </w:r>
      <w:proofErr w:type="spellEnd"/>
      <w:r w:rsidRPr="00741FB1">
        <w:rPr>
          <w:lang w:val="ru-RU"/>
        </w:rPr>
        <w:t>.</w:t>
      </w:r>
    </w:p>
    <w:p w14:paraId="2231945E" w14:textId="77777777" w:rsidR="00763BB6" w:rsidRPr="00741FB1" w:rsidRDefault="00000000">
      <w:pPr>
        <w:rPr>
          <w:lang w:val="ru-RU"/>
        </w:rPr>
      </w:pPr>
      <w:proofErr w:type="spellStart"/>
      <w:r w:rsidRPr="00741FB1">
        <w:rPr>
          <w:lang w:val="ru-RU"/>
        </w:rPr>
        <w:lastRenderedPageBreak/>
        <w:t>Піклування</w:t>
      </w:r>
      <w:proofErr w:type="spellEnd"/>
      <w:r w:rsidRPr="00741FB1">
        <w:rPr>
          <w:lang w:val="ru-RU"/>
        </w:rPr>
        <w:t xml:space="preserve"> про </w:t>
      </w:r>
      <w:proofErr w:type="spellStart"/>
      <w:r w:rsidRPr="00741FB1">
        <w:rPr>
          <w:lang w:val="ru-RU"/>
        </w:rPr>
        <w:t>щитоподібну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залозу</w:t>
      </w:r>
      <w:proofErr w:type="spellEnd"/>
      <w:r w:rsidRPr="00741FB1">
        <w:rPr>
          <w:lang w:val="ru-RU"/>
        </w:rPr>
        <w:t xml:space="preserve"> — </w:t>
      </w:r>
      <w:proofErr w:type="spellStart"/>
      <w:r w:rsidRPr="00741FB1">
        <w:rPr>
          <w:lang w:val="ru-RU"/>
        </w:rPr>
        <w:t>це</w:t>
      </w:r>
      <w:proofErr w:type="spellEnd"/>
      <w:r w:rsidRPr="00741FB1">
        <w:rPr>
          <w:lang w:val="ru-RU"/>
        </w:rPr>
        <w:t xml:space="preserve"> про </w:t>
      </w:r>
      <w:proofErr w:type="spellStart"/>
      <w:r w:rsidRPr="00741FB1">
        <w:rPr>
          <w:lang w:val="ru-RU"/>
        </w:rPr>
        <w:t>увагу</w:t>
      </w:r>
      <w:proofErr w:type="spellEnd"/>
      <w:r w:rsidRPr="00741FB1">
        <w:rPr>
          <w:lang w:val="ru-RU"/>
        </w:rPr>
        <w:t xml:space="preserve"> до себе. Один </w:t>
      </w:r>
      <w:proofErr w:type="spellStart"/>
      <w:r w:rsidRPr="00741FB1">
        <w:rPr>
          <w:lang w:val="ru-RU"/>
        </w:rPr>
        <w:t>аналіз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може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змінити</w:t>
      </w:r>
      <w:proofErr w:type="spellEnd"/>
      <w:r w:rsidRPr="00741FB1">
        <w:rPr>
          <w:lang w:val="ru-RU"/>
        </w:rPr>
        <w:t xml:space="preserve"> </w:t>
      </w:r>
      <w:proofErr w:type="spellStart"/>
      <w:r w:rsidRPr="00741FB1">
        <w:rPr>
          <w:lang w:val="ru-RU"/>
        </w:rPr>
        <w:t>самопочуття</w:t>
      </w:r>
      <w:proofErr w:type="spellEnd"/>
      <w:r w:rsidRPr="00741FB1">
        <w:rPr>
          <w:lang w:val="ru-RU"/>
        </w:rPr>
        <w:t xml:space="preserve"> на роки вперед.</w:t>
      </w:r>
    </w:p>
    <w:sectPr w:rsidR="00763BB6" w:rsidRPr="00741FB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79298" w14:textId="77777777" w:rsidR="00A52A24" w:rsidRDefault="00A52A24" w:rsidP="00741FB1">
      <w:pPr>
        <w:spacing w:after="0" w:line="240" w:lineRule="auto"/>
      </w:pPr>
      <w:r>
        <w:separator/>
      </w:r>
    </w:p>
  </w:endnote>
  <w:endnote w:type="continuationSeparator" w:id="0">
    <w:p w14:paraId="647A4F1A" w14:textId="77777777" w:rsidR="00A52A24" w:rsidRDefault="00A52A24" w:rsidP="00741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17EF1" w14:textId="77777777" w:rsidR="00A52A24" w:rsidRDefault="00A52A24" w:rsidP="00741FB1">
      <w:pPr>
        <w:spacing w:after="0" w:line="240" w:lineRule="auto"/>
      </w:pPr>
      <w:r>
        <w:separator/>
      </w:r>
    </w:p>
  </w:footnote>
  <w:footnote w:type="continuationSeparator" w:id="0">
    <w:p w14:paraId="1447DEA2" w14:textId="77777777" w:rsidR="00A52A24" w:rsidRDefault="00A52A24" w:rsidP="00741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06250633">
    <w:abstractNumId w:val="8"/>
  </w:num>
  <w:num w:numId="2" w16cid:durableId="604505377">
    <w:abstractNumId w:val="6"/>
  </w:num>
  <w:num w:numId="3" w16cid:durableId="1466510862">
    <w:abstractNumId w:val="5"/>
  </w:num>
  <w:num w:numId="4" w16cid:durableId="621694284">
    <w:abstractNumId w:val="4"/>
  </w:num>
  <w:num w:numId="5" w16cid:durableId="860632434">
    <w:abstractNumId w:val="7"/>
  </w:num>
  <w:num w:numId="6" w16cid:durableId="1222212645">
    <w:abstractNumId w:val="3"/>
  </w:num>
  <w:num w:numId="7" w16cid:durableId="1645743531">
    <w:abstractNumId w:val="2"/>
  </w:num>
  <w:num w:numId="8" w16cid:durableId="260644143">
    <w:abstractNumId w:val="1"/>
  </w:num>
  <w:num w:numId="9" w16cid:durableId="775443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41FB1"/>
    <w:rsid w:val="00763BB6"/>
    <w:rsid w:val="00A52A24"/>
    <w:rsid w:val="00AA1D8D"/>
    <w:rsid w:val="00B47730"/>
    <w:rsid w:val="00CB0664"/>
    <w:rsid w:val="00FC693F"/>
    <w:rsid w:val="00FE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9636A9"/>
  <w14:defaultImageDpi w14:val="300"/>
  <w15:docId w15:val="{222C89A7-B551-446B-A94A-97D4C709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Elizaveta Gruzina</cp:lastModifiedBy>
  <cp:revision>3</cp:revision>
  <dcterms:created xsi:type="dcterms:W3CDTF">2013-12-23T23:15:00Z</dcterms:created>
  <dcterms:modified xsi:type="dcterms:W3CDTF">2025-05-14T16:05:00Z</dcterms:modified>
  <cp:category/>
</cp:coreProperties>
</file>