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Переклад з англійської на українську</w:t>
      </w:r>
    </w:p>
    <w:p>
      <w:r>
        <w:t>Оригінальний текст англійською:</w:t>
      </w:r>
    </w:p>
    <w:p>
      <w:r>
        <w:t>Healthy eating is important for maintaining energy levels and a strong immune system.</w:t>
      </w:r>
    </w:p>
    <w:p>
      <w:r>
        <w:br/>
        <w:t>Переклад українською:</w:t>
      </w:r>
    </w:p>
    <w:p>
      <w:r>
        <w:t>Здорове харчування важливе для підтримки енергетичного рівня та міцного імунітету.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