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  <w:jc w:val="center"/>
      </w:pPr>
      <w:r>
        <w:t>Приклади рерайтингу текстів</w:t>
      </w:r>
    </w:p>
    <w:p>
      <w:r>
        <w:t>Це приклади моїх рерайтинг-робіт. Я працюю з текстами уважно, грамотно та адаптую їх відповідно до побажань замовника.</w:t>
      </w:r>
    </w:p>
    <w:p>
      <w:pPr>
        <w:pStyle w:val="ListBullet"/>
      </w:pPr>
      <w:r>
        <w:br/>
        <w:t>Оригінал:</w:t>
      </w:r>
    </w:p>
    <w:p>
      <w:r>
        <w:t>Літній відпочинок на морі — це чудова можливість розслабитися та набратися сил перед новим робочим роком.</w:t>
      </w:r>
    </w:p>
    <w:p>
      <w:pPr>
        <w:pStyle w:val="ListBullet"/>
      </w:pPr>
      <w:r>
        <w:t>Рерайт:</w:t>
      </w:r>
    </w:p>
    <w:p>
      <w:r>
        <w:t>Відпустка біля моря влітку — прекрасний шанс перепочити та відновити енергію перед початком трудових буднів.</w:t>
      </w:r>
    </w:p>
    <w:p>
      <w:pPr>
        <w:pStyle w:val="ListBullet"/>
      </w:pPr>
      <w:r>
        <w:br/>
        <w:t>Оригінал:</w:t>
      </w:r>
    </w:p>
    <w:p>
      <w:r>
        <w:t>Здорове харчування сприяє покращенню самопочуття та загального стану організму.</w:t>
      </w:r>
    </w:p>
    <w:p>
      <w:pPr>
        <w:pStyle w:val="ListBullet"/>
      </w:pPr>
      <w:r>
        <w:t>Рерайт:</w:t>
      </w:r>
    </w:p>
    <w:p>
      <w:r>
        <w:t>Правильне харчування допомагає відчувати себе краще та позитивно впливає на здоров’я в цілому.</w:t>
      </w:r>
    </w:p>
    <w:p>
      <w:pPr>
        <w:pStyle w:val="ListBullet"/>
      </w:pPr>
      <w:r>
        <w:br/>
        <w:t>Оригінал:</w:t>
      </w:r>
    </w:p>
    <w:p>
      <w:r>
        <w:t>Смартфони стали невід'ємною частиною нашого життя, адже вони дозволяють завжди залишатися на зв'язку.</w:t>
      </w:r>
    </w:p>
    <w:p>
      <w:pPr>
        <w:pStyle w:val="ListBullet"/>
      </w:pPr>
      <w:r>
        <w:t>Рерайт:</w:t>
      </w:r>
    </w:p>
    <w:p>
      <w:r>
        <w:t>Сьогодні ми не уявляємо життя без смартфонів, які дають можливість бути на зв’язку у будь-який момент.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