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Портфоліо медичного копірайтера — Олена Ісправникова</w:t>
      </w:r>
    </w:p>
    <w:p>
      <w:pPr>
        <w:pStyle w:val="Heading2"/>
      </w:pPr>
      <w:r>
        <w:t>1. Стаття для блогу</w:t>
      </w:r>
    </w:p>
    <w:p>
      <w:r>
        <w:t>Назва: 5 причин болю в щелепі: коли звертатися до лікаря</w:t>
      </w:r>
    </w:p>
    <w:p>
      <w:r>
        <w:t>Тип: Освітня стаття для блогу стоматологічної клініки</w:t>
      </w:r>
    </w:p>
    <w:p>
      <w:r>
        <w:t>Мета: Пояснити пацієнтам можливі причини болю в щелепі простими словами і спонукати звернутися до лікаря</w:t>
      </w:r>
    </w:p>
    <w:p>
      <w:r>
        <w:t>Формат: SEO-оптимізована стаття з підзаголовками</w:t>
      </w:r>
    </w:p>
    <w:p>
      <w:r>
        <w:t>Тональність: Професійна, але доступна</w:t>
      </w:r>
    </w:p>
    <w:p>
      <w:r>
        <w:t>Біль у щелепі може виникати з різних причин — від перевтоми м’язів до серйозних стоматологічних чи неврологічних проблем. У цій статті розглянемо найпоширеніші причини та підкажемо, коли слід звернутися до фахівця.</w:t>
        <w:br/>
        <w:br/>
        <w:t>1. Скронево-нижньощелепний суглоб (СНЩС)</w:t>
        <w:br/>
        <w:t>Порушення в роботі СНЩС можуть викликати хрускіт, клацання, біль при відкриванні рота або жуванні. Часто супроводжується головним болем і напругою в шиї.</w:t>
        <w:br/>
        <w:br/>
        <w:t>2. Бруксизм (нічне скреготіння зубами)</w:t>
        <w:br/>
        <w:t>Це мимовільне стискання щелеп під час сну. Пацієнт може не помічати проблеми, але зранку відчуває втому м'язів або біль у щелепі. З часом це призводить до стирання зубів і перевантаження суглобів.</w:t>
        <w:br/>
        <w:br/>
        <w:t>3. Проблеми з зубами</w:t>
        <w:br/>
        <w:t>Карієс, запалення коренів або прорізування зубів мудрості можуть викликати локалізований біль, який іноді віддає в щелепу, вухо або скроню.</w:t>
        <w:br/>
        <w:br/>
        <w:t>4. Травма або вивих</w:t>
        <w:br/>
        <w:t>Навіть легкий удар у щелепу або різкий рух (наприклад, під час зевання) може призвести до мікротравм або вивиху. Біль посилюється при русі рота.</w:t>
        <w:br/>
        <w:br/>
        <w:t>5. Інфекції та запальні процеси</w:t>
        <w:br/>
        <w:t>Запалення гайморових пазух, отити, абсцеси можуть викликати іррадіацію болю в щелепу. У таких випадках симптоми супроводжуються підвищеною температурою, набряком, загальною слабкістю.</w:t>
        <w:br/>
        <w:br/>
        <w:t>Коли звертатися до лікаря:</w:t>
        <w:br/>
        <w:t>– біль триває більше 2–3 днів</w:t>
        <w:br/>
        <w:t>– є набряк, обмеження руху щелепи або температура</w:t>
        <w:br/>
        <w:t>– відчувається клацання або “затирання” у суглобі</w:t>
        <w:br/>
        <w:t>– біль віддає в вухо, голову або шию</w:t>
      </w:r>
    </w:p>
    <w:p>
      <w:pPr>
        <w:pStyle w:val="Heading2"/>
      </w:pPr>
      <w:r>
        <w:t>2. Пост для соцмереж</w:t>
      </w:r>
    </w:p>
    <w:p>
      <w:r>
        <w:t>Назва: Чому кровоточать ясна — і коли це небезпечно?</w:t>
      </w:r>
    </w:p>
    <w:p>
      <w:r>
        <w:t>Тип: Пост для Instagram або Telegram-каналу стоматологічної клініки</w:t>
      </w:r>
    </w:p>
    <w:p>
      <w:r>
        <w:t>Мета: Підвищити обізнаність про проблему, дати короткі поради і заклик до запису</w:t>
      </w:r>
    </w:p>
    <w:p>
      <w:r>
        <w:t>Формат: Стисла структура, списки, емодзі</w:t>
      </w:r>
    </w:p>
    <w:p>
      <w:r>
        <w:t>Тональність: Дружня, інформативна, з акцентом на дії</w:t>
      </w:r>
    </w:p>
    <w:p>
      <w:r>
        <w:t>Бачите кров на щітці після чищення зубів? Це перший сигнал, що з вашими яснами щось не так.</w:t>
        <w:br/>
        <w:br/>
        <w:t>Можливі причини:</w:t>
        <w:br/>
        <w:t>• Гінгівіт (запалення ясен)</w:t>
        <w:br/>
        <w:t>• Жорстка щітка або неправильна техніка чищення</w:t>
        <w:br/>
        <w:t>• Камінь та наліт під яснами</w:t>
        <w:br/>
        <w:t>• Дефіцит вітаміну С або проблеми з судинами</w:t>
        <w:br/>
        <w:br/>
        <w:t>Що робити:</w:t>
        <w:br/>
        <w:t>1. Змінити щітку на м’яку</w:t>
        <w:br/>
        <w:t>2. Почистити зуби у гігієніста</w:t>
        <w:br/>
        <w:t>3. Прийти на огляд до стоматолога</w:t>
        <w:br/>
        <w:br/>
        <w:t>Кровоточивість — це не "дрібниця", а ознака хвороби, яку легше вилікувати на початку.</w:t>
        <w:br/>
        <w:br/>
        <w:t>📩 Записатись на консультацію можна в Direct або за телефоном у шапці профілю.</w:t>
      </w:r>
    </w:p>
    <w:p>
      <w:pPr>
        <w:pStyle w:val="Heading2"/>
      </w:pPr>
      <w:r>
        <w:t>3. Пам’ятка для пацієнта</w:t>
      </w:r>
    </w:p>
    <w:p>
      <w:r>
        <w:t>Назва: Пам’ятка для пацієнтів після професійної гігієни зубів</w:t>
      </w:r>
    </w:p>
    <w:p>
      <w:r>
        <w:t>Тип: Інформативний лист для видачі після процедури</w:t>
      </w:r>
    </w:p>
    <w:p>
      <w:r>
        <w:t>Мета: Дати чіткі рекомендації після чистки зубів, попередити можливі ускладнення</w:t>
      </w:r>
    </w:p>
    <w:p>
      <w:r>
        <w:t>Формат: Пам’ятка у вигляді списків з емодзі для кращого сприйняття</w:t>
      </w:r>
    </w:p>
    <w:p>
      <w:r>
        <w:t>Тональність: Спокійна, турботлива, проста</w:t>
      </w:r>
    </w:p>
    <w:p>
      <w:r>
        <w:t>✅ Можна:</w:t>
        <w:br/>
        <w:t>• Пити воду кімнатної температури</w:t>
        <w:br/>
        <w:t>• Їсти через 1–1,5 год</w:t>
        <w:br/>
        <w:t>• Чистити зуби вже наступного ранку</w:t>
        <w:br/>
        <w:br/>
        <w:t>🚫 Не можна в перші 4–6 годин:</w:t>
        <w:br/>
        <w:t>• Вживати каву, чай, вино (фарбують емаль)</w:t>
        <w:br/>
        <w:t>• Їсти кисле, гостре, дуже гаряче</w:t>
        <w:br/>
        <w:t>• Курити</w:t>
        <w:br/>
        <w:br/>
        <w:t>🦷 Додаткові поради:</w:t>
        <w:br/>
        <w:t>• Уникайте жорсткої їжі перші 1–2 дні (горіхи, сухарі)</w:t>
        <w:br/>
        <w:t>• Якщо ясна трохи болять або чутливі — це нормально</w:t>
        <w:br/>
        <w:t>• Для зменшення чутливості можна використовувати пасту з фтором</w:t>
        <w:br/>
        <w:br/>
        <w:t>📞 Якщо турбує біль, набряк або кровоточивість — зверніться до свого стоматолога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