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Описание товара: Умные часы Xiaomi Mi Watch Lite 2</w:t>
      </w:r>
    </w:p>
    <w:p>
      <w:r>
        <w:t>🕒 Xiaomi Mi Watch Lite 2 — стильные и доступные умные часы, созданные для тех, кто хочет держать всё под контролем: здоровье, активность и уведомления — прямо на запястье.</w:t>
        <w:br/>
      </w:r>
    </w:p>
    <w:p>
      <w:r>
        <w:t>📱 Удобный 1,55" HD-дисплей с сенсорным управлением обеспечивает яркое и чёткое изображение даже при ярком солнце. Лёгкий корпус и мягкий силиконовый ремешок обеспечивают комфорт в течение всего дня, даже при активном использовании.</w:t>
      </w:r>
    </w:p>
    <w:p>
      <w:pPr>
        <w:pStyle w:val="Heading2"/>
      </w:pPr>
      <w:r>
        <w:t>Основные преимущества:</w:t>
      </w:r>
    </w:p>
    <w:p>
      <w:r>
        <w:t>✅ До 10 дней автономной работы без подзарядки</w:t>
        <w:br/>
        <w:t>✅ 100+ тренировочных режимов: от бега до йоги</w:t>
        <w:br/>
        <w:t>✅ Мониторинг сна, пульса, уровня стресса и SpO2</w:t>
        <w:br/>
        <w:t>✅ Уведомления о звонках, сообщениях и событиях</w:t>
        <w:br/>
        <w:t>✅ Влагозащита 5 ATM — можно плавать в бассейне</w:t>
        <w:br/>
        <w:t>✅ Поддержка GPS, GLONASS и Galileo для точного отслеживания маршрутов</w:t>
      </w:r>
    </w:p>
    <w:p>
      <w:r>
        <w:t>⌚ Mi Watch Lite 2 — это не просто часы. Это ваш персональный фитнес-тренер, помощник и стильный аксессуар в одном. Отличный выбор для тех, кто ценит баланс технологий и доступной цены.</w:t>
      </w:r>
    </w:p>
    <w:p>
      <w:r>
        <w:t>🎁 Идеально подойдут как в подарок, так и для повседневного использования. Совместимы с Android и iOS.</w:t>
      </w:r>
    </w:p>
    <w:p>
      <w:r>
        <w:t>📦 В комплекте: часы, зарядное устройство, инструкция на русском языке.</w:t>
        <w:br/>
        <w:t>Гарантия — 12 месяцев.</w:t>
      </w:r>
    </w:p>
    <w:p>
      <w:r>
        <w:t>🛒 Готовы перейти на умные технологии? Добавьте Xiaomi Mi Watch Lite 2 в корзину и почувствуйте разницу уже сегодня!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