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Стаття про каву</w:t>
      </w:r>
    </w:p>
    <w:p>
      <w:r>
        <w:br/>
        <w:t>Кава — це не просто напій. Це символ початку дня, момент натхнення і енергії для багатьох людей по всьому світу. Більшість людей не уявляють свій ранок без чашки ароматної кави, що додає їм енергії і настрою на цілий день.</w:t>
        <w:br/>
        <w:br/>
        <w:t>Кава має не тільки енергетичний, а й соціальний аспект. Вона є предметом розмов і важливою частиною зустрічей, як в особистому, так і в професійному житті. У багатьох культурах чашка кави — це ритуал, що сприймається як можливість відпочити і обговорити важливі справи.</w:t>
        <w:br/>
        <w:br/>
        <w:t>У залежності від сорту та способу приготування, кава може мати різний смак і аромат, що робить її унікальною для кожного любителя. Її користь для організму також не можна недооцінювати: в помірних кількостях кава може підвищувати працездатність і допомагати зосередитися на завданнях.</w:t>
        <w:br/>
        <w:br/>
        <w:t>Однак, важливо пам'ятати, що надмірне вживання кави може призвести до негативних наслідків, таких як підвищена тривожність або порушення сну.</w:t>
        <w:br/>
        <w:br/>
        <w:t>Загалом, кава є важливою частиною життя багатьох людей, і її роль важко переоцінити. Вона не тільки допомагає прокинутися, але й стає невід'ємною частиною повсякденних ритуалів і культурних традицій.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