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AI &amp; TECH TRANSLATION PORTFOLIO</w:t>
      </w:r>
    </w:p>
    <w:p>
      <w:r>
        <w:t>Elena Vaskovskaya</w:t>
        <w:br/>
        <w:t>Ukrainian • Russian • English Translator</w:t>
      </w:r>
    </w:p>
    <w:p>
      <w:pPr>
        <w:pStyle w:val="Heading1"/>
      </w:pPr>
      <w:r>
        <w:t>E-commerce Product Description Translation (English → Ukrainian)</w:t>
      </w:r>
    </w:p>
    <w:p>
      <w:r>
        <w:t>Original:</w:t>
        <w:br/>
        <w:t>Wireless Bluetooth Headphones with noise cancellation and 20 hours battery life. Perfect for travel and everyday use.</w:t>
      </w:r>
    </w:p>
    <w:p>
      <w:r>
        <w:t>Translation:</w:t>
        <w:br/>
        <w:t>Бездротові Bluetooth-навушники з функцією шумозаглушення та автономною роботою до 20 годин. Ідеальний вибір для подорожей і щоденного використання.</w:t>
      </w:r>
    </w:p>
    <w:p>
      <w:pPr>
        <w:pStyle w:val="Heading1"/>
      </w:pPr>
      <w:r>
        <w:t>Social Media Post Translation (Russian → Ukrainian)</w:t>
      </w:r>
    </w:p>
    <w:p>
      <w:r>
        <w:t>Original:</w:t>
        <w:br/>
        <w:t>Мы открылись! Ждём вас каждый день с 9:00 до 20:00. У нас уютная атмосфера и вкусный кофе.</w:t>
      </w:r>
    </w:p>
    <w:p>
      <w:r>
        <w:t>Translation:</w:t>
        <w:br/>
        <w:t>Ми відкрилися! Чекаємо на вас щодня з 9:00 до 20:00. У нас затишна атмосфера та смачна кава.</w:t>
      </w:r>
    </w:p>
    <w:p>
      <w:pPr>
        <w:pStyle w:val="Heading1"/>
      </w:pPr>
      <w:r>
        <w:t>AI Article Translation (English → Ukrainian)</w:t>
      </w:r>
    </w:p>
    <w:p>
      <w:r>
        <w:t>Original:</w:t>
        <w:br/>
        <w:t>Machine learning is a subset of artificial intelligence that allows systems to learn and improve from experience without being explicitly programmed.</w:t>
      </w:r>
    </w:p>
    <w:p>
      <w:r>
        <w:t>Translation:</w:t>
        <w:br/>
        <w:t>Машинне навчання — це підгалузь штучного інтелекту, яка дозволяє системам навчатися та вдосконалюватися на основі досвіду без прямого програмування.</w:t>
      </w:r>
    </w:p>
    <w:p>
      <w:pPr>
        <w:pStyle w:val="Heading1"/>
      </w:pPr>
      <w:r>
        <w:t>Business Email Translation (English → Russian)</w:t>
      </w:r>
    </w:p>
    <w:p>
      <w:r>
        <w:t>Original:</w:t>
        <w:br/>
        <w:t>Dear Sir or Madam,</w:t>
        <w:br/>
        <w:t>Thank you for your inquiry. We will contact you within two business days.</w:t>
      </w:r>
    </w:p>
    <w:p>
      <w:r>
        <w:t>Translation:</w:t>
        <w:br/>
        <w:t>Уважаемые господа,</w:t>
        <w:br/>
        <w:t>Благодарим вас за ваш запрос. Мы свяжемся с вами в течение двух рабочих дней.</w:t>
      </w:r>
    </w:p>
    <w:p>
      <w:pPr>
        <w:pStyle w:val="Heading1"/>
      </w:pPr>
      <w:r>
        <w:t>Service Description Translation (Russian → Ukrainian)</w:t>
      </w:r>
    </w:p>
    <w:p>
      <w:r>
        <w:t>Original:</w:t>
        <w:br/>
        <w:t>Предлагаем профессиональный ремонт смартфонов с гарантией качества и быстрыми сроками выполнения.</w:t>
      </w:r>
    </w:p>
    <w:p>
      <w:r>
        <w:t>Translation:</w:t>
        <w:br/>
        <w:t>Пропонуємо професійний ремонт смартфонів із гарантією якості та швидкими термінами виконання.</w:t>
      </w:r>
    </w:p>
    <w:p>
      <w:pPr>
        <w:pStyle w:val="Heading1"/>
      </w:pPr>
      <w:r>
        <w:t>Technical Manual Translation (English → Ukrainian)</w:t>
      </w:r>
    </w:p>
    <w:p>
      <w:r>
        <w:t>Original:</w:t>
        <w:br/>
        <w:t>Press the power button for 3 seconds to turn on the device.</w:t>
      </w:r>
    </w:p>
    <w:p>
      <w:r>
        <w:t>Translation:</w:t>
        <w:br/>
        <w:t>Натисніть кнопку живлення та утримуйте її протягом 3 секунд, щоб увімкнути пристрій.</w:t>
      </w:r>
    </w:p>
    <w:p>
      <w:pPr>
        <w:pStyle w:val="Heading1"/>
      </w:pPr>
      <w:r>
        <w:t>SKILLS</w:t>
      </w:r>
    </w:p>
    <w:p>
      <w:r>
        <w:t>• AI &amp; Machine Learning translation</w:t>
        <w:br/>
        <w:t>• Technical translation</w:t>
        <w:br/>
        <w:t>• Website &amp; blog content</w:t>
        <w:br/>
        <w:t>• Social media content</w:t>
        <w:br/>
        <w:t>• Business correspondence</w:t>
      </w:r>
    </w:p>
    <w:p>
      <w:pPr>
        <w:pStyle w:val="Heading1"/>
      </w:pPr>
      <w:r>
        <w:t>LANGUAGES</w:t>
      </w:r>
    </w:p>
    <w:p>
      <w:r>
        <w:t>Ukrainian — Native</w:t>
        <w:br/>
        <w:t>Russian — Native</w:t>
        <w:br/>
        <w:t>English — Upper-Intermediate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